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2025年饮食护理的试题及答案</w:t>
      </w:r>
    </w:p>
    <w:p>
      <w:r>
        <w:br/>
        <w:t xml:space="preserve"> 一、单项选择题（共10题，每题2分）</w:t>
        <w:br/>
        <w:br/>
        <w:t>1. 下列哪种营养素是人体能量的主要来源？</w:t>
        <w:br/>
        <w:br/>
        <w:t>A. 蛋白质</w:t>
        <w:br/>
        <w:br/>
        <w:t>B. 脂肪</w:t>
        <w:br/>
        <w:br/>
        <w:t>C. 碳水化合物</w:t>
        <w:br/>
        <w:br/>
        <w:t>D. 维生素</w:t>
        <w:br/>
        <w:br/>
        <w:t>2. 成人每日推荐摄入的膳食纤维量约为：</w:t>
        <w:br/>
        <w:br/>
        <w:t>A. 10-15克</w:t>
        <w:br/>
        <w:br/>
        <w:t>B. 20-25克</w:t>
        <w:br/>
        <w:br/>
        <w:t>C. 25-30克</w:t>
        <w:br/>
        <w:br/>
        <w:t>D. 35-40克</w:t>
        <w:br/>
        <w:br/>
        <w:t>3. 下列哪种食物富含不饱和脂肪酸，对心血管健康有益？</w:t>
        <w:br/>
        <w:br/>
        <w:t>A. 猪肉</w:t>
        <w:br/>
        <w:br/>
        <w:t>B. 黄油</w:t>
        <w:br/>
        <w:br/>
        <w:t>C. 橄榄油</w:t>
        <w:br/>
        <w:br/>
        <w:t>D. 椰子油</w:t>
        <w:br/>
        <w:br/>
        <w:t>4. 关于蛋白质的摄入，下列说法正确的是：</w:t>
        <w:br/>
        <w:br/>
        <w:t>A. 蛋白质摄入越多越好</w:t>
        <w:br/>
        <w:br/>
        <w:t>B. 蛋白质摄入应占总能量的10%-15%</w:t>
        <w:br/>
        <w:br/>
        <w:t>C. 只有动物性食物含有优质蛋白质</w:t>
        <w:br/>
        <w:br/>
        <w:t>D. 蛋白质不需要每日摄入</w:t>
        <w:br/>
        <w:br/>
        <w:t>5. 下列哪种维生素主要参与钙的吸收和利用？</w:t>
        <w:br/>
        <w:br/>
        <w:t>A. 维生素A</w:t>
        <w:br/>
        <w:br/>
        <w:t>B. 维生素B1</w:t>
        <w:br/>
        <w:br/>
        <w:t>C. 维生素C</w:t>
        <w:br/>
        <w:br/>
        <w:t>D. 维生素D</w:t>
        <w:br/>
        <w:br/>
        <w:t>6. 关于饮水，下列说法错误的是：</w:t>
        <w:br/>
        <w:br/>
        <w:t>A. 成人每日应饮水1500-2000毫升</w:t>
        <w:br/>
        <w:br/>
        <w:t>B. 运动后应适量补充水分</w:t>
        <w:br/>
        <w:br/>
        <w:t>C. 只有口渴时才需要喝水</w:t>
        <w:br/>
        <w:br/>
        <w:t>D. 饮水应少量多次</w:t>
        <w:br/>
        <w:br/>
        <w:t>7. 下列哪种食物属于低GI食物？</w:t>
        <w:br/>
        <w:br/>
        <w:t>A. 白米饭</w:t>
        <w:br/>
        <w:br/>
        <w:t>B. 白面包</w:t>
        <w:br/>
        <w:br/>
        <w:t>C. 苹果</w:t>
        <w:br/>
        <w:br/>
        <w:t>D. 葡萄糖</w:t>
        <w:br/>
        <w:br/>
        <w:t>8. 关于素食者饮食，下列说法正确的是：</w:t>
        <w:br/>
        <w:br/>
        <w:t>A. 素食者不需要补充任何营养素</w:t>
        <w:br/>
        <w:br/>
        <w:t>B. 素食者更容易缺乏维生素B12</w:t>
        <w:br/>
        <w:br/>
        <w:t>C. 素食者蛋白质摄入一定不足</w:t>
        <w:br/>
        <w:br/>
        <w:t>D. 素食者不需要关注铁的摄入</w:t>
        <w:br/>
        <w:br/>
        <w:t>9. 下列哪种矿物质对维持体液平衡和神经传导功能至关重要？</w:t>
        <w:br/>
        <w:br/>
        <w:t>A. 钙</w:t>
        <w:br/>
        <w:br/>
        <w:t>B. 铁</w:t>
        <w:br/>
        <w:br/>
        <w:t>C. 钾</w:t>
        <w:br/>
        <w:br/>
        <w:t>D. 锌</w:t>
        <w:br/>
        <w:br/>
        <w:t>10. 关于食品安全，下列做法错误的是：</w:t>
        <w:br/>
        <w:br/>
        <w:t>A. 生熟食物分开处理</w:t>
        <w:br/>
        <w:br/>
        <w:t>B. 食物彻底煮熟</w:t>
        <w:br/>
        <w:br/>
        <w:t>C. 剩菜剩饭可以长时间室温存放</w:t>
        <w:br/>
        <w:br/>
        <w:t>D. 定期清洁厨房用具</w:t>
        <w:br/>
        <w:br/>
        <w:t xml:space="preserve"> 二、判断题（共5题，每题2分）</w:t>
        <w:br/>
        <w:br/>
        <w:t>1. 脂肪对人体有害，应尽量避免摄入。（ ）</w:t>
        <w:br/>
        <w:br/>
        <w:t>2. 合理的饮食结构应包括谷物、蔬菜、水果、肉类和奶制品等多种食物。（ ）</w:t>
        <w:br/>
        <w:br/>
        <w:t>3. 空腹饮用浓茶会影响铁的吸收。（ ）</w:t>
        <w:br/>
        <w:br/>
        <w:t>4. 所有人群都应该采用相同的饮食模式。（ ）</w:t>
        <w:br/>
        <w:br/>
        <w:t>5. 食品添加剂都是有害的，应该完全避免。（ ）</w:t>
        <w:br/>
        <w:br/>
        <w:t xml:space="preserve"> 三、多项选择题（共2题，每题2分）</w:t>
        <w:br/>
        <w:br/>
        <w:t>1. 下列哪些营养素对维持骨骼健康有重要作用？（ ）</w:t>
        <w:br/>
        <w:br/>
        <w:t>A. 钙</w:t>
        <w:br/>
        <w:br/>
        <w:t>B. 维生素D</w:t>
        <w:br/>
        <w:br/>
        <w:t>C. 蛋白质</w:t>
        <w:br/>
        <w:br/>
        <w:t>D. 维生素K</w:t>
        <w:br/>
        <w:br/>
        <w:t>2. 下列哪些因素会影响人体对营养素的吸收？（ ）</w:t>
        <w:br/>
        <w:br/>
        <w:t>A. 食物的加工方式</w:t>
        <w:br/>
        <w:br/>
        <w:t>B. 个体健康状况</w:t>
        <w:br/>
        <w:br/>
        <w:t>C. 营养素之间的相互作用</w:t>
        <w:br/>
        <w:br/>
        <w:t>D. 进食时间</w:t>
        <w:br/>
        <w:br/>
        <w:t xml:space="preserve"> 四、填空题（共5题，每题2分）</w:t>
        <w:br/>
        <w:br/>
        <w:t>1. 中国居民膳食指南推荐成人每日摄入盐不超过______克。</w:t>
        <w:br/>
        <w:br/>
        <w:t>2. 膳食纤维主要来源于______类食物。</w:t>
        <w:br/>
        <w:br/>
        <w:t>3. 蛋白质的互补作用是指将不同种类的食物搭配食用，以提高蛋白质的______。</w:t>
        <w:br/>
        <w:br/>
        <w:t>4. 食物血糖生成指数(GI)是衡量食物引起______升高程度的指标。</w:t>
        <w:br/>
        <w:br/>
        <w:t>5. 维生素根据其溶解性可分为______维生素和脂溶性维生素。</w:t>
        <w:br/>
        <w:br/>
        <w:t xml:space="preserve"> 五、简答题（共2题，每题5分）</w:t>
        <w:br/>
        <w:br/>
        <w:t>1. 简述中国居民膳食指南的核心推荐内容。</w:t>
        <w:br/>
        <w:br/>
        <w:t>2. 请解释什么是"地中海饮食模式"，并简述其对健康的益处。</w:t>
        <w:br/>
        <w:br/>
        <w:t xml:space="preserve"> 参考答案及解析</w:t>
        <w:br/>
        <w:br/>
        <w:t xml:space="preserve"> 一、单项选择题</w:t>
        <w:br/>
        <w:br/>
        <w:t>1. 答案：C</w:t>
        <w:br/>
        <w:br/>
        <w:t>解析：碳水化合物是人体能量的主要来源，每克碳水化合物提供约4千卡的能量。虽然蛋白质和脂肪也能提供能量，但碳水化合物是首选的能量来源，尤其是大脑活动主要依赖葡萄糖。</w:t>
        <w:br/>
        <w:br/>
        <w:t>2. 答案：C</w:t>
        <w:br/>
        <w:br/>
        <w:t>解析：根据中国居民膳食指南，成人每日推荐摄入的膳食纤维量为25-30克。膳食纤维有助于维持肠道健康、控制血糖和血脂水平。</w:t>
        <w:br/>
        <w:br/>
        <w:t>3. 答案：C</w:t>
        <w:br/>
        <w:br/>
        <w:t>解析：橄榄油富含单不饱和脂肪酸，有助于降低低密度脂蛋白胆固醇(坏胆固醇)水平，同时保持或提高高密度脂蛋白胆固醇(好胆固醇)水平，对心血管健康有益。</w:t>
        <w:br/>
        <w:br/>
        <w:t>4. 答案：B</w:t>
        <w:br/>
        <w:br/>
        <w:t>解析：蛋白质应占总能量的10%-15%，过多摄入会增加肾脏负担，过少则会影响身体组织的修复和生长。优质蛋白质不仅存在于动物性食物中，大豆及其制品也是植物性优质蛋白的重要来源。</w:t>
        <w:br/>
        <w:br/>
        <w:t>5. 答案：D</w:t>
        <w:br/>
        <w:br/>
        <w:t>解析：维生素D主要参与钙的吸收和利用，促进骨骼健康。缺乏维生素D会导致钙吸收不良，增加骨质疏松风险。</w:t>
        <w:br/>
        <w:br/>
        <w:t>6. 答案：C</w:t>
        <w:br/>
        <w:br/>
        <w:t>解析：口渴是身体缺水的信号，但不应等到口渴时才喝水。成人每日应饮水1500-2000毫升，运动后应适量补充水分，饮水应少量多次，以保持良好的水合状态。</w:t>
        <w:br/>
        <w:br/>
        <w:t>7. 答案：C</w:t>
        <w:br/>
        <w:br/>
        <w:t>解析：低GI食物消化吸收较慢，血糖上升缓慢。苹果属于低GI食物，而白米饭、白面包和葡萄糖属于高GI食物。</w:t>
        <w:br/>
        <w:br/>
        <w:t>8. 答案：B</w:t>
        <w:br/>
        <w:br/>
        <w:t>解析：素食者更容易缺乏维生素B12，因为这种维生素主要存在于动物性食物中。素食者需要通过强化食品或补充剂获取足够的维生素B12。素食者可以通过合理搭配植物性食物获取足够的蛋白质和铁。</w:t>
        <w:br/>
        <w:br/>
        <w:t>9. 答案：C</w:t>
        <w:br/>
        <w:br/>
        <w:t>解析：钾对维持体液平衡和神经传导功能至关重要。它参与调节细胞内外液体平衡，维持正常血压，支持神经冲动传导和肌肉收缩。</w:t>
        <w:br/>
        <w:br/>
        <w:t>10. 答案：C</w:t>
        <w:br/>
        <w:br/>
        <w:t>解析：剩菜剩饭不应长时间室温存放，因为室温下细菌容易繁殖。正确的做法是尽快冷藏，并在再次食用前彻底加热。生熟食物分开处理、食物彻底煮熟和定期清洁厨房用具都是食品安全的重要措施。</w:t>
        <w:br/>
        <w:br/>
        <w:t xml:space="preserve"> 二、判断题</w:t>
        <w:br/>
        <w:br/>
        <w:t>1. 答案：×</w:t>
        <w:br/>
        <w:br/>
        <w:t>解析：脂肪是人体必需的营养素之一，对维持正常生理功能、吸收脂溶性维生素和提供能量都至关重要。应适量摄入健康脂肪，如不饱和脂肪酸，避免摄入过多的饱和脂肪和反式脂肪。</w:t>
        <w:br/>
        <w:br/>
        <w:t>2. 答案：√</w:t>
        <w:br/>
        <w:br/>
        <w:t>解析：合理的饮食结构应多样化，包括谷物、蔬菜、水果、肉类和奶制品等多种食物，以确保摄入全面的营养素。中国居民膳食指南推荐"食物多样，谷类为主"的膳食模式。</w:t>
        <w:br/>
        <w:br/>
        <w:t>3. 答案：√</w:t>
        <w:br/>
        <w:br/>
        <w:t>解析：浓茶中含有鞣酸等物质，会与食物中的铁形成不溶性复合物，影响铁的吸收。建议餐后1-2小时再饮茶，特别是对于缺铁性贫血患者。</w:t>
        <w:br/>
        <w:br/>
        <w:t>4. 答案：×</w:t>
        <w:br/>
        <w:br/>
        <w:t>解析：不同人群(如儿童、孕妇、老年人、慢性病患者等)有不同的营养需求，应根据个体情况制定个性化的饮食方案。年龄、性别、生理状态和健康状况都会影响饮食需求。</w:t>
        <w:br/>
        <w:br/>
        <w:t>5. 答案：×</w:t>
        <w:br/>
        <w:br/>
        <w:t>解析：并非所有食品添加剂都有害。食品添加剂在食品加工中有重要作用，如防腐剂、抗氧化剂可延长食品保质期，色素可改善食品外观。合法使用的食品添加剂在规定剂量内是安全的，但应避免过量摄入。</w:t>
        <w:br/>
        <w:br/>
        <w:t xml:space="preserve"> 三、多项选择题</w:t>
        <w:br/>
        <w:br/>
        <w:t>1. 答案：ABCD</w:t>
        <w:br/>
        <w:br/>
        <w:t>解析：钙是骨骼的主要成分，维生素D促进钙的吸收，蛋白质是骨骼基质的重要组成部分，维生素K参与骨蛋白的合成和钙的沉积。这四种营养素对维持骨骼健康都有重要作用。</w:t>
        <w:br/>
        <w:br/>
        <w:t>2. 答案：ABCD</w:t>
        <w:br/>
        <w:br/>
        <w:t>解析：食物的加工方式会影响营养素的保留和释放；个体健康状况如消化吸收功能、疾病状态等会影响营养素的吸收；营养素之间的相互作用可能促进或抑制吸收；进食时间也会影响某些营养素的吸收效率。</w:t>
        <w:br/>
        <w:br/>
        <w:t xml:space="preserve"> 四、填空题</w:t>
        <w:br/>
        <w:br/>
        <w:t>1. 答案：5</w:t>
        <w:br/>
        <w:br/>
        <w:t>解析：中国居民膳食指南推荐成人每日摄入盐不超过5克，以降低高血压等慢性病的风险。</w:t>
        <w:br/>
        <w:br/>
        <w:t>2. 答案：植物</w:t>
        <w:br/>
        <w:br/>
        <w:t>解析：膳食纤维主要来源于植物性食物，如全谷物、蔬菜、水果、豆类和坚果等。</w:t>
        <w:br/>
        <w:br/>
        <w:t>3. 答案：利用率</w:t>
        <w:br/>
        <w:br/>
        <w:t>解析：蛋白质的互补作用是指将不同种类的食物搭配食用，可以提高蛋白质的利用率，因为不同食物中的蛋白质氨基酸组成不同，互补后能提供更全面的必需氨基酸。</w:t>
        <w:br/>
        <w:br/>
        <w:t>4. 答案：血糖</w:t>
        <w:br/>
        <w:br/>
        <w:t>解析：食物血糖生成指数(GI)是衡量食物引起血糖升高程度的指标，低GI食物消化吸收慢，血糖上升缓慢，有利于血糖控制。</w:t>
        <w:br/>
        <w:br/>
        <w:t>5. 答案：水溶性</w:t>
        <w:br/>
        <w:br/>
        <w:t>解析：维生素根据其溶解性可分为水溶性维生素(如B族维生素和维生素C)和脂溶性维生素(如维生素A、D、E、K)。</w:t>
        <w:br/>
        <w:br/>
        <w:t xml:space="preserve"> 五、简答题</w:t>
        <w:br/>
        <w:br/>
        <w:t>1. 答案：</w:t>
        <w:br/>
        <w:br/>
        <w:t>中国居民膳食指南的核心推荐内容包括：</w:t>
        <w:br/>
        <w:br/>
        <w:t>(1)食物多样，谷类为主；</w:t>
        <w:br/>
        <w:br/>
        <w:t>(2)吃动平衡，健康体重；</w:t>
        <w:br/>
        <w:br/>
        <w:t>(3)多吃蔬果、奶类、大豆；</w:t>
        <w:br/>
        <w:br/>
        <w:t>(4)适量吃鱼、禽、蛋、瘦肉；</w:t>
        <w:br/>
        <w:br/>
        <w:t>(5)少盐少油，控糖限酒；</w:t>
        <w:br/>
        <w:br/>
        <w:t>(6)杜绝浪费，兴新食尚。</w:t>
        <w:br/>
        <w:br/>
        <w:t>解析：中国居民膳食指南是根据中国居民的营养健康状况和膳食结构特点制定的指导性文件，旨在促进全民健康。这些推荐基于科学证据，强调了平衡膳食、适量运动和健康生活方式的重要性，以预防慢性疾病，提高全民健康水平。</w:t>
        <w:br/>
        <w:br/>
        <w:t>2. 答案：</w:t>
        <w:br/>
        <w:br/>
        <w:t>"地中海饮食模式"是指地中海地区(如希腊、意大利南部等)传统饮食模式，其主要特点包括：</w:t>
        <w:br/>
        <w:br/>
        <w:t>(1)以植物性食物为主，如蔬菜、水果、全谷物、豆类和坚果；</w:t>
        <w:br/>
        <w:br/>
        <w:t>(2)橄榄油为主要脂肪来源；</w:t>
        <w:br/>
        <w:br/>
        <w:t>(3)适量摄入鱼类和海鲜；</w:t>
        <w:br/>
        <w:br/>
        <w:t>(4)少量摄入禽类、蛋和乳制品；</w:t>
        <w:br/>
        <w:br/>
        <w:t>(5)红肉和甜食摄入较少；</w:t>
        <w:br/>
        <w:br/>
        <w:t>(6)适量饮用红酒。</w:t>
        <w:br/>
        <w:br/>
        <w:t>地中海饮食对健康的益处包括：</w:t>
        <w:br/>
        <w:br/>
        <w:t>(1)降低心血管疾病风险；</w:t>
        <w:br/>
        <w:br/>
        <w:t>(2)有助于控制体重；</w:t>
        <w:br/>
        <w:br/>
        <w:t>(3)降低2型糖尿病风险；</w:t>
        <w:br/>
        <w:br/>
        <w:t>(4)可能延缓认知功能下降，降低神经退行性疾病风险；</w:t>
        <w:br/>
        <w:br/>
        <w:t>(5)具有抗炎作用，可能降低某些癌症风险。</w:t>
        <w:br/>
        <w:br/>
        <w:t>解析：地中海饮食模式被多项研究证实对健康有益，它富含抗氧化物质、不饱和脂肪酸和膳食纤维，同时限制饱和脂肪和反式脂肪的摄入。这种饮食模式不仅关注食物选择，还包括适量运动和社交进餐等生活方式因素，是一种综合性的健康饮食模式。</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