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2025年原料主控工试题及答案</w:t>
      </w:r>
    </w:p>
    <w:p>
      <w:r>
        <w:br/>
        <w:t xml:space="preserve"> 一、单项选择题（共10题，每题2分）</w:t>
        <w:br/>
        <w:br/>
        <w:t>1. 原料主控工在日常工作中，应优先考虑的安全因素是：</w:t>
        <w:br/>
        <w:br/>
        <w:t>A. 生产效率</w:t>
        <w:br/>
        <w:br/>
        <w:t>B. 原料成本</w:t>
        <w:br/>
        <w:br/>
        <w:t>C. 操作安全</w:t>
        <w:br/>
        <w:br/>
        <w:t>D. 产品质量</w:t>
        <w:br/>
        <w:br/>
        <w:t>2. 原料储存过程中，控制湿度的目的是：</w:t>
        <w:br/>
        <w:br/>
        <w:t>A. 提高原料价值</w:t>
        <w:br/>
        <w:br/>
        <w:t>B. 防止原料变质</w:t>
        <w:br/>
        <w:br/>
        <w:t>C. 增加原料重量</w:t>
        <w:br/>
        <w:br/>
        <w:t>D. 美化储存环境</w:t>
        <w:br/>
        <w:br/>
        <w:t>3. 原料配比计算中，若要求A原料与B原料的比例为3:5，现有A原料30kg，需要B原料多少kg？</w:t>
        <w:br/>
        <w:br/>
        <w:t>A. 15kg</w:t>
        <w:br/>
        <w:br/>
        <w:t>B. 30kg</w:t>
        <w:br/>
        <w:br/>
        <w:t>C. 50kg</w:t>
        <w:br/>
        <w:br/>
        <w:t>D. 90kg</w:t>
        <w:br/>
        <w:br/>
        <w:t>4. 原料质量控制中，以下哪项不属于物理指标？</w:t>
        <w:br/>
        <w:br/>
        <w:t>A. 密度</w:t>
        <w:br/>
        <w:br/>
        <w:t>B. 粒度</w:t>
        <w:br/>
        <w:br/>
        <w:t>C. 成分</w:t>
        <w:br/>
        <w:br/>
        <w:t>D. 熔点</w:t>
        <w:br/>
        <w:br/>
        <w:t>5. 原料主控工在操作自动化控制系统时，发现参数异常，首先应该：</w:t>
        <w:br/>
        <w:br/>
        <w:t>A. 立即调整参数</w:t>
        <w:br/>
        <w:br/>
        <w:t>B. 记录异常情况</w:t>
        <w:br/>
        <w:br/>
        <w:t>C. 停机检查</w:t>
        <w:br/>
        <w:br/>
        <w:t>D. 忽略继续生产</w:t>
        <w:br/>
        <w:br/>
        <w:t>6. 原料验收时，以下哪项不是必须检查的内容？</w:t>
        <w:br/>
        <w:br/>
        <w:t>A. 数量</w:t>
        <w:br/>
        <w:br/>
        <w:t>B. 包装完整性</w:t>
        <w:br/>
        <w:br/>
        <w:t>C. 生产日期</w:t>
        <w:br/>
        <w:br/>
        <w:t>D. 操作人员姓名</w:t>
        <w:br/>
        <w:br/>
        <w:t>7. 原料储存库的温湿度控制范围通常是根据：</w:t>
        <w:br/>
        <w:br/>
        <w:t>A. 操作人员喜好</w:t>
        <w:br/>
        <w:br/>
        <w:t>B. 厂区环境</w:t>
        <w:br/>
        <w:br/>
        <w:t>C. 原料特性</w:t>
        <w:br/>
        <w:br/>
        <w:t>D. 季节变化</w:t>
        <w:br/>
        <w:br/>
        <w:t>8. 原料主控工在填写原料使用记录时，不需要记录的内容是：</w:t>
        <w:br/>
        <w:br/>
        <w:t>A. 使用数量</w:t>
        <w:br/>
        <w:br/>
        <w:t>B. 使用时间</w:t>
        <w:br/>
        <w:br/>
        <w:t>C. 操作人员心情</w:t>
        <w:br/>
        <w:br/>
        <w:t>D. 剩余数量</w:t>
        <w:br/>
        <w:br/>
        <w:t>9. 原料配比中，若某原料的允许误差范围为±2%，实际使用量为100kg，则使用量应在什么范围内？</w:t>
        <w:br/>
        <w:br/>
        <w:t>A. 98-102kg</w:t>
        <w:br/>
        <w:br/>
        <w:t>B. 95-105kg</w:t>
        <w:br/>
        <w:br/>
        <w:t>C. 90-110kg</w:t>
        <w:br/>
        <w:br/>
        <w:t>D. 80-120kg</w:t>
        <w:br/>
        <w:br/>
        <w:t>10. 原料主控工发现原料有轻微变质迹象时，应采取的措施是：</w:t>
        <w:br/>
        <w:br/>
        <w:t>A. 继续使用</w:t>
        <w:br/>
        <w:br/>
        <w:t>B. 立即隔离并报告</w:t>
        <w:br/>
        <w:br/>
        <w:t>C. 加速使用</w:t>
        <w:br/>
        <w:br/>
        <w:t>D. 增加用量</w:t>
        <w:br/>
        <w:br/>
        <w:t xml:space="preserve"> 二、填空题（共6题，每题2分）</w:t>
        <w:br/>
        <w:br/>
        <w:t>1. 原料主控工在操作自动化控制系统前，必须熟悉系统的______和操作流程。</w:t>
        <w:br/>
        <w:br/>
        <w:t>2. 原料储存库应保持良好的______，防止原料受潮、污染。</w:t>
        <w:br/>
        <w:br/>
        <w:t>3. 原料验收时，应核对原料的______、规格、数量等信息是否与采购单一致。</w:t>
        <w:br/>
        <w:br/>
        <w:t>4. 原料配比计算中，应考虑原料的______，确保产品质量稳定。</w:t>
        <w:br/>
        <w:br/>
        <w:t>5. 原料主控工应定期对原料进行______，及时发现并处理异常情况。</w:t>
        <w:br/>
        <w:br/>
        <w:t>6. 原料使用遵循______原则，即先入库的原料先使用。</w:t>
        <w:br/>
        <w:br/>
        <w:t xml:space="preserve"> 三、判断题（共6题，每题2分）</w:t>
        <w:br/>
        <w:br/>
        <w:t>1. 原料主控工可以随意调整原料配比以提高生产效率。（ ）</w:t>
        <w:br/>
        <w:br/>
        <w:t>2. 原料储存库的温度越高越好，这样可以防止原料冻结。（ ）</w:t>
        <w:br/>
        <w:br/>
        <w:t>3. 原料主控工在交接班时，应详细交接原料使用情况和设备运行状态。（ ）</w:t>
        <w:br/>
        <w:br/>
        <w:t>4. 原料验收时，只需检查数量，无需检查质量。（ ）</w:t>
        <w:br/>
        <w:br/>
        <w:t>5. 原料主控工应定期参加安全培训，提高安全意识和操作技能。（ ）</w:t>
        <w:br/>
        <w:br/>
        <w:t>6. 原料储存库可以同时存放性质相抵触的原料。（ ）</w:t>
        <w:br/>
        <w:br/>
        <w:t xml:space="preserve"> 四、多项选择题（共2题，每题2分）</w:t>
        <w:br/>
        <w:br/>
        <w:t>1. 原料主控工的职责包括：</w:t>
        <w:br/>
        <w:br/>
        <w:t>A. 原料验收</w:t>
        <w:br/>
        <w:br/>
        <w:t>B. 原料储存管理</w:t>
        <w:br/>
        <w:br/>
        <w:t>C. 原料配比计算</w:t>
        <w:br/>
        <w:br/>
        <w:t>D. 产品销售</w:t>
        <w:br/>
        <w:br/>
        <w:t>E. 设备维护</w:t>
        <w:br/>
        <w:br/>
        <w:t>2. 原料储存过程中需要控制的参数有：</w:t>
        <w:br/>
        <w:br/>
        <w:t>A. 温度</w:t>
        <w:br/>
        <w:br/>
        <w:t>B. 湿度</w:t>
        <w:br/>
        <w:br/>
        <w:t>C. 光照</w:t>
        <w:br/>
        <w:br/>
        <w:t>D. 时间</w:t>
        <w:br/>
        <w:br/>
        <w:t>E. 操作人员数量</w:t>
        <w:br/>
        <w:br/>
        <w:t xml:space="preserve"> 五、简答题（共2题，每题5分）</w:t>
        <w:br/>
        <w:br/>
        <w:t>1. 简述原料主控工在原料验收过程中应检查的主要内容。</w:t>
        <w:br/>
        <w:br/>
        <w:t>2. 原料储存过程中，如何防止原料变质？</w:t>
        <w:br/>
        <w:br/>
        <w:t xml:space="preserve"> 参考答案及解析</w:t>
        <w:br/>
        <w:br/>
        <w:t xml:space="preserve"> 一、单项选择题</w:t>
        <w:br/>
        <w:br/>
        <w:t>1. 答案：C</w:t>
        <w:br/>
        <w:br/>
        <w:t>解析：安全是生产过程中首要考虑的因素。原料主控工在工作中必须将操作安全放在首位，确保自身和他人的人身安全，同时避免安全事故造成的环境污染和财产损失。</w:t>
        <w:br/>
        <w:br/>
        <w:t>2. 答案：B</w:t>
        <w:br/>
        <w:br/>
        <w:t>解析：控制湿度主要是为了防止原料受潮变质。许多原料在潮湿环境下容易发生化学反应、霉变、结块等问题，影响原料质量和最终产品质量。</w:t>
        <w:br/>
        <w:br/>
        <w:t>3. 答案：C</w:t>
        <w:br/>
        <w:br/>
        <w:t>解析：根据比例关系A:B=3:5，A原料30kg对应的比例份为10份（30÷3=10），因此B原料需要10×5=50kg。</w:t>
        <w:br/>
        <w:br/>
        <w:t>4. 答案：C</w:t>
        <w:br/>
        <w:br/>
        <w:t>解析：物理指标是指不改变物质化学性质就能测量的指标，如密度、粒度、熔点等。成分属于化学指标，需要通过化学反应才能测定。</w:t>
        <w:br/>
        <w:br/>
        <w:t>5. 答案：B</w:t>
        <w:br/>
        <w:br/>
        <w:t>解析：发现参数异常时，首先应记录异常情况，包括异常时间、参数值等，然后分析原因，必要时停机检查，而不是盲目调整或继续生产。</w:t>
        <w:br/>
        <w:br/>
        <w:t>6. 答案：D</w:t>
        <w:br/>
        <w:br/>
        <w:t>解析：原料验收时必须检查数量、包装完整性、生产日期、保质期、质量证明文件等，操作人员姓名不是必须检查的内容。</w:t>
        <w:br/>
        <w:br/>
        <w:t>7. 答案：C</w:t>
        <w:br/>
        <w:br/>
        <w:t>解析：原料储存库的温湿度控制范围应根据不同原料的特性来确定，如易燃原料需要低温储存，易潮解原料需要干燥环境等。</w:t>
        <w:br/>
        <w:br/>
        <w:t>8. 答案：C</w:t>
        <w:br/>
        <w:br/>
        <w:t>解析：原料使用记录应包括使用数量、使用时间、剩余数量、操作人员等信息，操作人员心情与生产无关，不需要记录。</w:t>
        <w:br/>
        <w:br/>
        <w:t>9. 答案：A</w:t>
        <w:br/>
        <w:br/>
        <w:t>解析：允许误差范围为±2%，实际使用量为100kg，则使用量应在100×(1±2%)=98-102kg范围内。</w:t>
        <w:br/>
        <w:br/>
        <w:t>10. 答案：B</w:t>
        <w:br/>
        <w:br/>
        <w:t>解析：发现原料有变质迹象时，应立即将其隔离存放，防止污染其他原料，并及时向主管报告，按照规定程序处理，不能继续使用或加速使用。</w:t>
        <w:br/>
        <w:br/>
        <w:t xml:space="preserve"> 二、填空题</w:t>
        <w:br/>
        <w:br/>
        <w:t>1. 答案：操作界面</w:t>
        <w:br/>
        <w:br/>
        <w:t>解析：原料主控工在操作自动化控制系统前，必须熟悉系统的操作界面和操作流程，确保能够正确、高效地操作设备，避免因操作不当导致的安全事故或生产问题。</w:t>
        <w:br/>
        <w:br/>
        <w:t>2. 答案：通风条件</w:t>
        <w:br/>
        <w:br/>
        <w:t>解析：良好的通风条件可以保持储存库空气流通，减少湿气积聚，防止原料受潮、霉变，同时可以排出可能产生的有害气体，保障原料质量和操作人员健康。</w:t>
        <w:br/>
        <w:br/>
        <w:t>3. 答案：名称</w:t>
        <w:br/>
        <w:br/>
        <w:t>解析：原料验收时，应核对原料的名称、规格、数量、质量证明文件等信息是否与采购单一致，确保接收的原料符合要求，避免错收、漏收。</w:t>
        <w:br/>
        <w:br/>
        <w:t>4. 答案：纯度</w:t>
        <w:br/>
        <w:br/>
        <w:t>解析：原料配比计算中，应考虑原料的纯度，确保实际有效成分的比例符合要求，从而保证产品质量稳定。不同批次原料的纯度可能存在差异，需要根据实际检测结果调整配比。</w:t>
        <w:br/>
        <w:br/>
        <w:t>5. 答案：抽样检查</w:t>
        <w:br/>
        <w:br/>
        <w:t>解析：原料主控工应定期对库存原料进行抽样检查，检查原料的外观、气味、状态等，及时发现并处理异常情况，防止不合格原料流入生产环节。</w:t>
        <w:br/>
        <w:br/>
        <w:t>6. 答案：先进先出</w:t>
        <w:br/>
        <w:br/>
        <w:t>解析：原料使用应遵循"先进先出"原则，即先入库的原料先使用，这样可以避免原料长期存放导致变质，同时便于库存管理和追溯。</w:t>
        <w:br/>
        <w:br/>
        <w:t xml:space="preserve"> 三、判断题</w:t>
        <w:br/>
        <w:br/>
        <w:t>1. 答案：×</w:t>
        <w:br/>
        <w:br/>
        <w:t>解析：原料配比是根据产品要求和原料特性科学确定的，原料主控工不能随意调整配比，必须严格按照工艺要求执行，随意调整可能导致产品质量不合格，甚至引发安全事故。</w:t>
        <w:br/>
        <w:br/>
        <w:t>2. 答案：×</w:t>
        <w:br/>
        <w:br/>
        <w:t>解析：原料储存库的温度不是越高越好，应根据原料特性确定适宜的储存温度。过高温度可能导致某些原料挥发、变质或发生化学反应，影响原料质量和安全。</w:t>
        <w:br/>
        <w:br/>
        <w:t>3. 答案：√</w:t>
        <w:br/>
        <w:br/>
        <w:t>解析：交接班时，原料主控工应详细交接原料使用情况、设备运行状态、存在问题及注意事项等信息，确保工作连续性和生产稳定性，避免因交接不清导致的问题。</w:t>
        <w:br/>
        <w:br/>
        <w:t>4. 答案：×</w:t>
        <w:br/>
        <w:br/>
        <w:t>解析：原料验收时不仅要检查数量，还必须检查质量，包括外观、包装、标识、质量证明文件等，确保接收的原料符合质量要求，避免不合格原料入库。</w:t>
        <w:br/>
        <w:br/>
        <w:t>5. 答案：√</w:t>
        <w:br/>
        <w:br/>
        <w:t>解析：安全培训是提高安全意识和操作技能的重要途径，原料主控工应定期参加安全培训，学习新的安全知识、操作规程和应急处理方法，确保安全生产。</w:t>
        <w:br/>
        <w:br/>
        <w:t>6. 答案：×</w:t>
        <w:br/>
        <w:br/>
        <w:t>解析：原料储存库不应同时存放性质相抵触的原料，如酸碱、氧化剂与还原剂等，这些原料可能发生化学反应，引发安全事故或污染其他原料。</w:t>
        <w:br/>
        <w:br/>
        <w:t xml:space="preserve"> 四、多项选择题</w:t>
        <w:br/>
        <w:br/>
        <w:t>1. 答案：A、B、C、E</w:t>
        <w:br/>
        <w:br/>
        <w:t>解析：原料主控工的主要职责包括原料验收、原料储存管理、原料配比计算、设备维护等。产品销售通常由销售部门负责，不属于原料主控工的职责范围。</w:t>
        <w:br/>
        <w:br/>
        <w:t>2. 答案：A、B、C、D</w:t>
        <w:br/>
        <w:br/>
        <w:t>解析：原料储存过程中需要控制的参数包括温度、湿度、光照、时间等，这些因素直接影响原料的质量和稳定性。操作人员数量与原料储存无直接关系，不需要特别控制。</w:t>
        <w:br/>
        <w:br/>
        <w:t xml:space="preserve"> 五、简答题</w:t>
        <w:br/>
        <w:br/>
        <w:t>1. 答案：</w:t>
        <w:br/>
        <w:br/>
        <w:t>原料主控工在原料验收过程中应检查的主要内容有：</w:t>
        <w:br/>
        <w:br/>
        <w:t>(1) 核对原料名称、规格、型号是否与采购单一致；</w:t>
        <w:br/>
        <w:br/>
        <w:t>(2) 检查原料数量是否与送货单相符；</w:t>
        <w:br/>
        <w:br/>
        <w:t>(3) 检查原料包装是否完好，有无破损、泄漏等情况；</w:t>
        <w:br/>
        <w:br/>
        <w:t>(4) 检查原料标识是否清晰，包括生产日期、保质期、生产厂家等信息；</w:t>
        <w:br/>
        <w:br/>
        <w:t>(5) 检查原料质量证明文件是否齐全、有效；</w:t>
        <w:br/>
        <w:br/>
        <w:t>(6) 对原料进行外观检查，观察颜色、气味、状态是否正常；</w:t>
        <w:br/>
        <w:br/>
        <w:t>(7) 必要时进行抽样检测，验证原料质量是否符合要求。</w:t>
        <w:br/>
        <w:br/>
        <w:t>解析：原料验收是质量控制的第一道关口，原料主控工应严格按照验收标准进行检查，确保接收的原料符合质量要求。验收过程中应做好记录，包括验收时间、验收人员、验收结果等信息，以便追溯。对于不合格原料，应拒收并做好记录，及时与供应商沟通处理。</w:t>
        <w:br/>
        <w:br/>
        <w:t>2. 答案：</w:t>
        <w:br/>
        <w:br/>
        <w:t>原料储存过程中，防止原料变质的方法有：</w:t>
        <w:br/>
        <w:br/>
        <w:t>(1) 控制储存环境：根据原料特性控制储存库的温度、湿度、光照等条件，创造适宜的储存环境；</w:t>
        <w:br/>
        <w:br/>
        <w:t>(2) 分类存放：按照原料性质分类存放，避免性质相抵触的原料混存；</w:t>
        <w:br/>
        <w:br/>
        <w:t>(3) 密封保存：对易挥发、易吸潮的原料采用密封容器保存；</w:t>
        <w:br/>
        <w:br/>
        <w:t>(4) 定期检查：定期对库存原料进行检查，及时发现并处理异常情况；</w:t>
        <w:br/>
        <w:br/>
        <w:t>(5) 先进先出：遵循"先进先出"原则，避免原料长期存放；</w:t>
        <w:br/>
        <w:br/>
        <w:t>(6) 防虫防鼠：采取有效措施防止虫害、鼠害对原料的污染；</w:t>
        <w:br/>
        <w:br/>
        <w:t>(7) 保持清洁：定期清洁储存库，保持环境卫生，减少污染风险。</w:t>
        <w:br/>
        <w:br/>
        <w:t>解析：原料储存是保证原料质量的重要环节，原料主控工应根据不同原料的特性采取相应的储存措施，防止原料变质。储存过程中应做好记录，包括入库时间、储存条件、检查结果等，以便追溯和管理。同时，应定期评估储存条件是否适宜，根据实际情况调整储存策略，确保原料质量稳定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