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学期：四年级下学期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版本：清华大学版（一年级起点）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HOME SWEET HOME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7674"/>
        </w:trPr>
        <w:tc>
          <w:tcPr>
            <w:tcW w:type="dxa" w:w="37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空气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关心，关怀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countryside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庄稼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example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例子，案例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 example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例如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insect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昆虫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知道，了解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鲨鱼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鲸鱼</w:t>
            </w:r>
          </w:p>
        </w:tc>
        <w:tc>
          <w:tcPr>
            <w:tcW w:type="dxa" w:w="59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全部的，所有的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crocodile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鳄鱼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farmer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grassland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jungle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丛林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ocean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care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爱护，照料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8" w:right="12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worker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工人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GOING SOMEWHERE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766"/>
        </w:trPr>
        <w:tc>
          <w:tcPr>
            <w:tcW w:type="dxa" w:w="363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回原处，向后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cinema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沿着；向下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left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左边的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</w:t>
            </w:r>
          </w:p>
        </w:tc>
        <w:tc>
          <w:tcPr>
            <w:tcW w:type="dxa" w:w="609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12" w:right="1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银行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2" w:right="1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bookstore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2" w:right="1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corner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拐弯，角落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2" w:right="1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2" w:right="1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2" w:right="1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library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12" w:right="1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在……附近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4172"/>
        </w:trPr>
        <w:tc>
          <w:tcPr>
            <w:tcW w:type="dxa" w:w="43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 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邮局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straight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直的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supermarket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超市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toilet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厕所</w:t>
            </w:r>
          </w:p>
        </w:tc>
        <w:tc>
          <w:tcPr>
            <w:tcW w:type="dxa" w:w="61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334" w:right="13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右边的，正确的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4" w:right="13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4" w:right="13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subway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4" w:right="13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然后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4" w:right="13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traffic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交通，车辆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WHEN I GROW UP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254"/>
        </w:trPr>
        <w:tc>
          <w:tcPr>
            <w:tcW w:type="dxa" w:w="35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艺术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抓，抓住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direct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指挥，指导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grow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hospital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医院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medicine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P.E.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救助，挽救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教，讲授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thief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贼</w:t>
            </w:r>
          </w:p>
        </w:tc>
        <w:tc>
          <w:tcPr>
            <w:tcW w:type="dxa" w:w="61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astronaut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宇航员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danger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危险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感觉，觉得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乐趣，有趣的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心，心脏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月亮，月球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饲养，养育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打针，注射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temperature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温度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2" w:right="1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uniform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制服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well </w:t>
      </w:r>
      <w:r>
        <w:rPr>
          <w:rFonts w:ascii="宋体" w:hAnsi="宋体" w:eastAsia="宋体"/>
          <w:b w:val="0"/>
          <w:i w:val="0"/>
          <w:color w:val="555D5D"/>
          <w:sz w:val="24"/>
        </w:rPr>
        <w:t>治愈的，健康的</w:t>
      </w:r>
    </w:p>
    <w:p>
      <w:pPr>
        <w:autoSpaceDN w:val="0"/>
        <w:autoSpaceDE w:val="0"/>
        <w:widowControl/>
        <w:spacing w:line="400" w:lineRule="exact" w:before="720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SEASONS AND MONTHS OF THE YEAR </w:t>
      </w:r>
    </w:p>
    <w:p>
      <w:pPr>
        <w:autoSpaceDN w:val="0"/>
        <w:autoSpaceDE w:val="0"/>
        <w:widowControl/>
        <w:spacing w:line="212" w:lineRule="exact" w:before="1052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0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4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9312"/>
        </w:trPr>
        <w:tc>
          <w:tcPr>
            <w:tcW w:type="dxa" w:w="50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April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四月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成为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最，最好的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February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二月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January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六月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March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October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第六的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储存，储藏</w:t>
            </w:r>
          </w:p>
        </w:tc>
        <w:tc>
          <w:tcPr>
            <w:tcW w:type="dxa" w:w="54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August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八月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beginning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between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在……之间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七月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国王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五月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November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pumpkin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南瓜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September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儿子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2" w:right="6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毛衣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tenth </w:t>
      </w:r>
      <w:r>
        <w:rPr>
          <w:rFonts w:ascii="宋体" w:hAnsi="宋体" w:eastAsia="宋体"/>
          <w:b w:val="0"/>
          <w:i w:val="0"/>
          <w:color w:val="555D5D"/>
          <w:sz w:val="24"/>
        </w:rPr>
        <w:t>第十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4"/>
        </w:trPr>
        <w:tc>
          <w:tcPr>
            <w:tcW w:type="dxa" w:w="16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insect </w:t>
            </w:r>
          </w:p>
        </w:tc>
        <w:tc>
          <w:tcPr>
            <w:tcW w:type="dxa" w:w="15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昆虫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9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9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2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air </w:t>
            </w:r>
          </w:p>
        </w:tc>
        <w:tc>
          <w:tcPr>
            <w:tcW w:type="dxa" w:w="19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空气</w:t>
            </w:r>
          </w:p>
        </w:tc>
        <w:tc>
          <w:tcPr>
            <w:tcW w:type="dxa" w:w="323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394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4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1240"/>
        </w:trPr>
        <w:tc>
          <w:tcPr>
            <w:tcW w:type="dxa" w:w="344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countryside </w:t>
            </w:r>
          </w:p>
        </w:tc>
        <w:tc>
          <w:tcPr>
            <w:tcW w:type="dxa" w:w="12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农村</w:t>
            </w:r>
          </w:p>
        </w:tc>
        <w:tc>
          <w:tcPr>
            <w:tcW w:type="dxa" w:w="30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3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" w:right="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care </w:t>
            </w:r>
          </w:p>
        </w:tc>
        <w:tc>
          <w:tcPr>
            <w:tcW w:type="dxa" w:w="207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2" w:right="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关心，关怀</w:t>
            </w:r>
          </w:p>
        </w:tc>
        <w:tc>
          <w:tcPr>
            <w:tcW w:type="dxa" w:w="30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farmer </w:t>
            </w:r>
          </w:p>
        </w:tc>
        <w:tc>
          <w:tcPr>
            <w:tcW w:type="dxa" w:w="16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农夫</w:t>
            </w:r>
          </w:p>
        </w:tc>
        <w:tc>
          <w:tcPr>
            <w:tcW w:type="dxa" w:w="30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68" w:right="6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</w:p>
        </w:tc>
        <w:tc>
          <w:tcPr>
            <w:tcW w:type="dxa" w:w="207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4" w:right="1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</w:tc>
        <w:tc>
          <w:tcPr>
            <w:tcW w:type="dxa" w:w="30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grassland </w:t>
            </w:r>
          </w:p>
        </w:tc>
        <w:tc>
          <w:tcPr>
            <w:tcW w:type="dxa" w:w="12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草原</w:t>
            </w:r>
          </w:p>
        </w:tc>
        <w:tc>
          <w:tcPr>
            <w:tcW w:type="dxa" w:w="300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4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3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crop </w:t>
            </w:r>
          </w:p>
        </w:tc>
        <w:tc>
          <w:tcPr>
            <w:tcW w:type="dxa" w:w="207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庄稼</w:t>
            </w:r>
          </w:p>
        </w:tc>
        <w:tc>
          <w:tcPr>
            <w:tcW w:type="dxa" w:w="300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486" w:right="48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44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61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1504"/>
        </w:trPr>
        <w:tc>
          <w:tcPr>
            <w:tcW w:type="dxa" w:w="361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jungle </w:t>
            </w:r>
          </w:p>
        </w:tc>
        <w:tc>
          <w:tcPr>
            <w:tcW w:type="dxa" w:w="20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丛林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84" w:right="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shark </w:t>
            </w:r>
          </w:p>
        </w:tc>
        <w:tc>
          <w:tcPr>
            <w:tcW w:type="dxa" w:w="20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鲨鱼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whale </w:t>
            </w:r>
          </w:p>
        </w:tc>
        <w:tc>
          <w:tcPr>
            <w:tcW w:type="dxa" w:w="20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鲸鱼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4" w:right="3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ocean </w:t>
            </w:r>
          </w:p>
        </w:tc>
        <w:tc>
          <w:tcPr>
            <w:tcW w:type="dxa" w:w="20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6" w:right="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海洋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8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example </w:t>
            </w:r>
          </w:p>
        </w:tc>
        <w:tc>
          <w:tcPr>
            <w:tcW w:type="dxa" w:w="16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例子，案例</w:t>
            </w:r>
          </w:p>
        </w:tc>
        <w:tc>
          <w:tcPr>
            <w:tcW w:type="dxa" w:w="28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6" w:right="31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2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</w:t>
            </w:r>
          </w:p>
        </w:tc>
        <w:tc>
          <w:tcPr>
            <w:tcW w:type="dxa" w:w="234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全部的，所有的</w:t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4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1306"/>
        </w:trPr>
        <w:tc>
          <w:tcPr>
            <w:tcW w:type="dxa" w:w="344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crocodile </w:t>
            </w:r>
          </w:p>
        </w:tc>
        <w:tc>
          <w:tcPr>
            <w:tcW w:type="dxa" w:w="1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鳄鱼</w:t>
            </w:r>
          </w:p>
        </w:tc>
        <w:tc>
          <w:tcPr>
            <w:tcW w:type="dxa" w:w="30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worker </w:t>
            </w:r>
          </w:p>
        </w:tc>
        <w:tc>
          <w:tcPr>
            <w:tcW w:type="dxa" w:w="1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工人</w:t>
            </w:r>
          </w:p>
        </w:tc>
        <w:tc>
          <w:tcPr>
            <w:tcW w:type="dxa" w:w="30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Earth </w:t>
            </w:r>
          </w:p>
        </w:tc>
        <w:tc>
          <w:tcPr>
            <w:tcW w:type="dxa" w:w="19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地球</w:t>
            </w:r>
          </w:p>
        </w:tc>
        <w:tc>
          <w:tcPr>
            <w:tcW w:type="dxa" w:w="30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</w:p>
        </w:tc>
        <w:tc>
          <w:tcPr>
            <w:tcW w:type="dxa" w:w="19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知道，了解</w:t>
            </w:r>
          </w:p>
        </w:tc>
        <w:tc>
          <w:tcPr>
            <w:tcW w:type="dxa" w:w="30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2" w:right="1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near </w:t>
            </w:r>
          </w:p>
        </w:tc>
        <w:tc>
          <w:tcPr>
            <w:tcW w:type="dxa" w:w="19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8" w:right="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在……附近</w:t>
            </w:r>
          </w:p>
        </w:tc>
        <w:tc>
          <w:tcPr>
            <w:tcW w:type="dxa" w:w="30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44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92" w:right="4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63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938"/>
        </w:trPr>
        <w:tc>
          <w:tcPr>
            <w:tcW w:type="dxa" w:w="186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cinema </w:t>
            </w:r>
          </w:p>
        </w:tc>
        <w:tc>
          <w:tcPr>
            <w:tcW w:type="dxa" w:w="17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电影院</w:t>
            </w:r>
          </w:p>
        </w:tc>
        <w:tc>
          <w:tcPr>
            <w:tcW w:type="dxa" w:w="281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bank </w:t>
            </w:r>
          </w:p>
        </w:tc>
        <w:tc>
          <w:tcPr>
            <w:tcW w:type="dxa" w:w="22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银行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subway </w:t>
            </w:r>
          </w:p>
        </w:tc>
        <w:tc>
          <w:tcPr>
            <w:tcW w:type="dxa" w:w="17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地铁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right </w:t>
            </w:r>
          </w:p>
        </w:tc>
        <w:tc>
          <w:tcPr>
            <w:tcW w:type="dxa" w:w="22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右边的，正确的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2" w:right="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</w:p>
        </w:tc>
        <w:tc>
          <w:tcPr>
            <w:tcW w:type="dxa" w:w="22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38" w:right="1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第一的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6" w:right="1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left </w:t>
            </w:r>
          </w:p>
        </w:tc>
        <w:tc>
          <w:tcPr>
            <w:tcW w:type="dxa" w:w="22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4" w:right="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左边的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63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9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1202"/>
        </w:trPr>
        <w:tc>
          <w:tcPr>
            <w:tcW w:type="dxa" w:w="2154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bookstore </w:t>
            </w:r>
          </w:p>
        </w:tc>
        <w:tc>
          <w:tcPr>
            <w:tcW w:type="dxa" w:w="13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书店</w:t>
            </w:r>
          </w:p>
        </w:tc>
        <w:tc>
          <w:tcPr>
            <w:tcW w:type="dxa" w:w="295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meter </w:t>
            </w:r>
          </w:p>
        </w:tc>
        <w:tc>
          <w:tcPr>
            <w:tcW w:type="dxa" w:w="17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</w:t>
            </w:r>
          </w:p>
        </w:tc>
        <w:tc>
          <w:tcPr>
            <w:tcW w:type="dxa" w:w="21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6" w:right="1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beside </w:t>
            </w:r>
          </w:p>
        </w:tc>
        <w:tc>
          <w:tcPr>
            <w:tcW w:type="dxa" w:w="17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24" w:right="1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</w:p>
        </w:tc>
        <w:tc>
          <w:tcPr>
            <w:tcW w:type="dxa" w:w="17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第二的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4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76"/>
        </w:trPr>
        <w:tc>
          <w:tcPr>
            <w:tcW w:type="dxa" w:w="39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insect</w:t>
            </w:r>
          </w:p>
        </w:tc>
        <w:tc>
          <w:tcPr>
            <w:tcW w:type="dxa" w:w="65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2540" w:right="25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昆虫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15952"/>
        </w:trPr>
        <w:tc>
          <w:tcPr>
            <w:tcW w:type="dxa" w:w="428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air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countryside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farmer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city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grassland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crop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jungle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shark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whale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ocean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example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crocodile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worker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Earth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know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cinema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bank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subway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right</w:t>
            </w:r>
          </w:p>
        </w:tc>
        <w:tc>
          <w:tcPr>
            <w:tcW w:type="dxa" w:w="617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空气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农村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关心，关怀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农夫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城市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草原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庄稼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丛林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鲨鱼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鲸鱼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海洋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例子，案例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02" w:right="170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全部的，所有的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鳄鱼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工人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地球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知道，了解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在……附近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电影院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银行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地铁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02" w:right="170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右边的，正确的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5214"/>
        </w:trPr>
        <w:tc>
          <w:tcPr>
            <w:tcW w:type="dxa" w:w="41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first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left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bookstore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meter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beside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second</w:t>
            </w:r>
          </w:p>
        </w:tc>
        <w:tc>
          <w:tcPr>
            <w:tcW w:type="dxa" w:w="62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98" w:right="22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第一的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8" w:right="22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左边的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8" w:right="22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书店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8" w:right="22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米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8" w:right="22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远的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2" w:right="218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在……旁边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8" w:right="22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第二的</w:t>
            </w:r>
          </w:p>
        </w:tc>
      </w:tr>
    </w:tbl>
    <w:p>
      <w:pPr>
        <w:autoSpaceDN w:val="0"/>
        <w:autoSpaceDE w:val="0"/>
        <w:widowControl/>
        <w:spacing w:line="19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cnstei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necsti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insect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昆虫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air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rai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空气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iyduncoesrt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countryside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suernoidcyt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农村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reca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care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arec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关心，关怀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marref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farmer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rfeamr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农夫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ctiy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yict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city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城市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512" w:right="5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grassland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srdngasla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gdssnaral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草原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pocr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crop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corp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庄稼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nujleg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jungle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ugelnj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丛林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aksrh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ahksr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shark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鲨鱼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ahwel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whale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leawh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鲸鱼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ocean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conea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enaco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海洋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30" w:right="6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example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elxepma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xleeapm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例子，案例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all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全部的，所有的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30" w:right="5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cocloderi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cedrclioo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crocodile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鳄鱼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woerkr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worker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ewrork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工人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ahtrE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Earht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地球</w:t>
            </w:r>
          </w:p>
        </w:tc>
      </w:tr>
      <w:tr>
        <w:trPr>
          <w:trHeight w:hRule="exact" w:val="998"/>
        </w:trPr>
        <w:tc>
          <w:tcPr>
            <w:tcW w:type="dxa" w:w="23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konw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nowk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know</w:t>
            </w:r>
          </w:p>
        </w:tc>
        <w:tc>
          <w:tcPr>
            <w:tcW w:type="dxa" w:w="4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知道，了解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790"/>
        </w:trPr>
        <w:tc>
          <w:tcPr>
            <w:tcW w:type="dxa" w:w="22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near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arne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rnea</w:t>
            </w:r>
          </w:p>
        </w:tc>
        <w:tc>
          <w:tcPr>
            <w:tcW w:type="dxa" w:w="43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在……附近</w:t>
            </w:r>
          </w:p>
        </w:tc>
      </w:tr>
      <w:tr>
        <w:trPr>
          <w:trHeight w:hRule="exact" w:val="520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inmeac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neimca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cinema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电影院</w:t>
            </w:r>
          </w:p>
        </w:tc>
      </w:tr>
      <w:tr>
        <w:trPr>
          <w:trHeight w:hRule="exact" w:val="516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bkan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bnka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bank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银行</w:t>
            </w:r>
          </w:p>
        </w:tc>
      </w:tr>
      <w:tr>
        <w:trPr>
          <w:trHeight w:hRule="exact" w:val="518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622" w:right="6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wabsuy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subway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buaswy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地铁</w:t>
            </w:r>
          </w:p>
        </w:tc>
      </w:tr>
      <w:tr>
        <w:trPr>
          <w:trHeight w:hRule="exact" w:val="518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irgth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igthr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right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右边的，正确的</w:t>
            </w:r>
          </w:p>
        </w:tc>
      </w:tr>
      <w:tr>
        <w:trPr>
          <w:trHeight w:hRule="exact" w:val="516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irfts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srtif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first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第一的</w:t>
            </w:r>
          </w:p>
        </w:tc>
      </w:tr>
      <w:tr>
        <w:trPr>
          <w:trHeight w:hRule="exact" w:val="518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left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lfet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tlef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左边的</w:t>
            </w:r>
          </w:p>
        </w:tc>
      </w:tr>
      <w:tr>
        <w:trPr>
          <w:trHeight w:hRule="exact" w:val="518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otkreobos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roboteosk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bookstore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书店</w:t>
            </w:r>
          </w:p>
        </w:tc>
      </w:tr>
      <w:tr>
        <w:trPr>
          <w:trHeight w:hRule="exact" w:val="516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retem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mtree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meter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米</w:t>
            </w:r>
          </w:p>
        </w:tc>
      </w:tr>
      <w:tr>
        <w:trPr>
          <w:trHeight w:hRule="exact" w:val="518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raf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afr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远的</w:t>
            </w:r>
          </w:p>
        </w:tc>
      </w:tr>
      <w:tr>
        <w:trPr>
          <w:trHeight w:hRule="exact" w:val="516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dsbeei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beside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ebseid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在……旁边</w:t>
            </w:r>
          </w:p>
        </w:tc>
      </w:tr>
      <w:tr>
        <w:trPr>
          <w:trHeight w:hRule="exact" w:val="604"/>
        </w:trPr>
        <w:tc>
          <w:tcPr>
            <w:tcW w:type="dxa" w:w="2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ecdson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second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odcesn</w:t>
            </w:r>
          </w:p>
        </w:tc>
        <w:tc>
          <w:tcPr>
            <w:tcW w:type="dxa" w:w="43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6" w:right="3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第二的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8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8264"/>
        </w:trPr>
        <w:tc>
          <w:tcPr>
            <w:tcW w:type="dxa" w:w="47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昆虫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农村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rme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assla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ungl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丛林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鲸鱼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exam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例子，案例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codil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鳄鱼</w:t>
            </w:r>
          </w:p>
        </w:tc>
        <w:tc>
          <w:tcPr>
            <w:tcW w:type="dxa" w:w="570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428" w:right="142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空气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54" w:right="105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关心，关怀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庄稼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鲨鱼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54" w:right="105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全部的，所有的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04" w:right="8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工人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7248"/>
        </w:trPr>
        <w:tc>
          <w:tcPr>
            <w:tcW w:type="dxa" w:w="47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地球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在……附近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银行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右边的，正确的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左边的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</w:tc>
        <w:tc>
          <w:tcPr>
            <w:tcW w:type="dxa" w:w="56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396" w:right="139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知道，了解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72" w:right="7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电影院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22" w:right="102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22" w:right="102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72" w:right="7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store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96" w:right="139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96" w:right="139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第二的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昆虫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空气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农村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关心，关怀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农夫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城市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草原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庄稼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丛林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鲨鱼 </w:t>
            </w:r>
          </w:p>
        </w:tc>
      </w:tr>
      <w:tr>
        <w:trPr>
          <w:trHeight w:hRule="exact" w:val="1000"/>
        </w:trPr>
        <w:tc>
          <w:tcPr>
            <w:tcW w:type="dxa" w:w="4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鲸鱼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海洋 </w:t>
            </w:r>
          </w:p>
        </w:tc>
      </w:tr>
      <w:tr>
        <w:trPr>
          <w:trHeight w:hRule="exact" w:val="1662"/>
        </w:trPr>
        <w:tc>
          <w:tcPr>
            <w:tcW w:type="dxa" w:w="47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例子，案例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全部的，所有的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9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4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清华大学版（一年级起点）</w:t>
            </w:r>
          </w:p>
        </w:tc>
      </w:tr>
      <w:tr>
        <w:trPr>
          <w:trHeight w:hRule="exact" w:val="1306"/>
        </w:trPr>
        <w:tc>
          <w:tcPr>
            <w:tcW w:type="dxa" w:w="49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鳄鱼 </w:t>
            </w:r>
          </w:p>
        </w:tc>
        <w:tc>
          <w:tcPr>
            <w:tcW w:type="dxa" w:w="24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工人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地球 </w:t>
            </w:r>
          </w:p>
        </w:tc>
        <w:tc>
          <w:tcPr>
            <w:tcW w:type="dxa" w:w="2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知道，了解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在……附近 </w:t>
            </w:r>
          </w:p>
        </w:tc>
        <w:tc>
          <w:tcPr>
            <w:tcW w:type="dxa" w:w="2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电影院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银行 </w:t>
            </w:r>
          </w:p>
        </w:tc>
        <w:tc>
          <w:tcPr>
            <w:tcW w:type="dxa" w:w="2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地铁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2" w:right="61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右边的，正确的 </w:t>
            </w:r>
          </w:p>
        </w:tc>
        <w:tc>
          <w:tcPr>
            <w:tcW w:type="dxa" w:w="2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第一的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左边的 </w:t>
            </w:r>
          </w:p>
        </w:tc>
        <w:tc>
          <w:tcPr>
            <w:tcW w:type="dxa" w:w="2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书店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米 </w:t>
            </w:r>
          </w:p>
        </w:tc>
        <w:tc>
          <w:tcPr>
            <w:tcW w:type="dxa" w:w="2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远的 </w:t>
            </w:r>
          </w:p>
        </w:tc>
      </w:tr>
      <w:tr>
        <w:trPr>
          <w:trHeight w:hRule="exact" w:val="8646"/>
        </w:trPr>
        <w:tc>
          <w:tcPr>
            <w:tcW w:type="dxa" w:w="49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在……旁边 </w:t>
            </w:r>
          </w:p>
        </w:tc>
        <w:tc>
          <w:tcPr>
            <w:tcW w:type="dxa" w:w="24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第二的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