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学期：五年级下学期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版本：接力版（三年级起点）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1 My favourite season is spring.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874"/>
        </w:trPr>
        <w:tc>
          <w:tcPr>
            <w:tcW w:type="dxa" w:w="45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雪，雪花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spring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我们（宾格）</w:t>
            </w:r>
          </w:p>
        </w:tc>
        <w:tc>
          <w:tcPr>
            <w:tcW w:type="dxa" w:w="52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428" w:right="4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最，最好的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8" w:right="4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8" w:right="4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8" w:right="4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summer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夏天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8" w:right="4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冬天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2 I like dancing.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9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difficult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困难的，难懂的</w:t>
            </w:r>
          </w:p>
        </w:tc>
        <w:tc>
          <w:tcPr>
            <w:tcW w:type="dxa" w:w="57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92" w:right="9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hobby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爱好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photo </w:t>
      </w:r>
      <w:r>
        <w:rPr>
          <w:rFonts w:ascii="宋体" w:hAnsi="宋体" w:eastAsia="宋体"/>
          <w:b w:val="0"/>
          <w:i w:val="0"/>
          <w:color w:val="555D5D"/>
          <w:sz w:val="24"/>
        </w:rPr>
        <w:t>照片</w:t>
      </w:r>
    </w:p>
    <w:p>
      <w:pPr>
        <w:autoSpaceDN w:val="0"/>
        <w:autoSpaceDE w:val="0"/>
        <w:widowControl/>
        <w:spacing w:line="400" w:lineRule="exact" w:before="720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3 There is a desk beside the bed.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14"/>
        </w:trPr>
        <w:tc>
          <w:tcPr>
            <w:tcW w:type="dxa" w:w="36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在……旁边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地板</w:t>
            </w:r>
          </w:p>
        </w:tc>
        <w:tc>
          <w:tcPr>
            <w:tcW w:type="dxa" w:w="61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34" w:right="13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衣橱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shelf </w:t>
      </w:r>
      <w:r>
        <w:rPr>
          <w:rFonts w:ascii="宋体" w:hAnsi="宋体" w:eastAsia="宋体"/>
          <w:b w:val="0"/>
          <w:i w:val="0"/>
          <w:color w:val="555D5D"/>
          <w:sz w:val="24"/>
        </w:rPr>
        <w:t>书架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4 Don’t play football on the street.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904"/>
        </w:trPr>
        <w:tc>
          <w:tcPr>
            <w:tcW w:type="dxa" w:w="419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crosswalk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人行横道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minute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分钟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越过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sign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  <w:tc>
          <w:tcPr>
            <w:tcW w:type="dxa" w:w="552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44" w:right="7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fence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护栏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44" w:right="7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夜晚，晚上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44" w:right="7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sidewalk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44" w:right="7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讲话，谈话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32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5 Is there a library in your school?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114"/>
        </w:trPr>
        <w:tc>
          <w:tcPr>
            <w:tcW w:type="dxa" w:w="32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打电话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农场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gym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体育馆</w:t>
            </w:r>
          </w:p>
        </w:tc>
        <w:tc>
          <w:tcPr>
            <w:tcW w:type="dxa" w:w="64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86" w:right="16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beautiful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漂亮的，美丽的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86" w:right="16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86" w:right="16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film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86" w:right="168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地方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6 Is there a bookshop near here?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54"/>
        </w:trPr>
        <w:tc>
          <w:tcPr>
            <w:tcW w:type="dxa" w:w="37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问，询问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车站，火车站</w:t>
            </w:r>
          </w:p>
        </w:tc>
        <w:tc>
          <w:tcPr>
            <w:tcW w:type="dxa" w:w="59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96" w:right="11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96" w:right="11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sorry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对不起，抱歉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96" w:right="11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路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7 Your parents were young then.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34"/>
        </w:trPr>
        <w:tc>
          <w:tcPr>
            <w:tcW w:type="dxa" w:w="31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难过的</w:t>
            </w:r>
          </w:p>
        </w:tc>
        <w:tc>
          <w:tcPr>
            <w:tcW w:type="dxa" w:w="65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752" w:right="17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yesterday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昨天</w:t>
            </w:r>
          </w:p>
        </w:tc>
      </w:tr>
    </w:tbl>
    <w:p>
      <w:pPr>
        <w:autoSpaceDN w:val="0"/>
        <w:autoSpaceDE w:val="0"/>
        <w:widowControl/>
        <w:spacing w:line="402" w:lineRule="exact" w:before="352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8 What did you do last Saturday?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594"/>
        </w:trPr>
        <w:tc>
          <w:tcPr>
            <w:tcW w:type="dxa" w:w="36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busy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忙碌的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上次的，最后的</w:t>
            </w:r>
          </w:p>
        </w:tc>
        <w:tc>
          <w:tcPr>
            <w:tcW w:type="dxa" w:w="604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66" w:right="12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clothes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衣服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sheep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9 I went to Beijing on my last holiday.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1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duck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鸭子</w:t>
            </w:r>
          </w:p>
        </w:tc>
        <w:tc>
          <w:tcPr>
            <w:tcW w:type="dxa" w:w="65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782" w:right="17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假期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no </w:t>
      </w:r>
      <w:r>
        <w:rPr>
          <w:rFonts w:ascii="宋体" w:hAnsi="宋体" w:eastAsia="宋体"/>
          <w:b w:val="0"/>
          <w:i w:val="0"/>
          <w:color w:val="555D5D"/>
          <w:sz w:val="24"/>
        </w:rPr>
        <w:t>没有，无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10 I’m going to play basketball.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344"/>
        </w:trPr>
        <w:tc>
          <w:tcPr>
            <w:tcW w:type="dxa" w:w="349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以后，后来</w:t>
            </w:r>
          </w:p>
        </w:tc>
        <w:tc>
          <w:tcPr>
            <w:tcW w:type="dxa" w:w="622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242" w:right="2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grandparent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祖父（母）；外祖父（母）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3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1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952"/>
        </w:trPr>
        <w:tc>
          <w:tcPr>
            <w:tcW w:type="dxa" w:w="43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hamburger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汉堡包</w:t>
            </w:r>
          </w:p>
        </w:tc>
        <w:tc>
          <w:tcPr>
            <w:tcW w:type="dxa" w:w="29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376" w:right="3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</w:t>
            </w:r>
          </w:p>
        </w:tc>
        <w:tc>
          <w:tcPr>
            <w:tcW w:type="dxa" w:w="31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ping-pong </w:t>
      </w:r>
      <w:r>
        <w:rPr>
          <w:rFonts w:ascii="宋体" w:hAnsi="宋体" w:eastAsia="宋体"/>
          <w:b w:val="0"/>
          <w:i w:val="0"/>
          <w:color w:val="555D5D"/>
          <w:sz w:val="24"/>
        </w:rPr>
        <w:t>乒乓球运动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Revision 1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36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bookshop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采摘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post office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邮政局</w:t>
            </w:r>
          </w:p>
        </w:tc>
        <w:tc>
          <w:tcPr>
            <w:tcW w:type="dxa" w:w="60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20" w:right="13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picnic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野餐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20" w:right="13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规则，规章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supermarket </w:t>
      </w:r>
      <w:r>
        <w:rPr>
          <w:rFonts w:ascii="宋体" w:hAnsi="宋体" w:eastAsia="宋体"/>
          <w:b w:val="0"/>
          <w:i w:val="0"/>
          <w:color w:val="555D5D"/>
          <w:sz w:val="24"/>
        </w:rPr>
        <w:t>超市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Revision 2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6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before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在……以前</w:t>
            </w:r>
          </w:p>
        </w:tc>
        <w:tc>
          <w:tcPr>
            <w:tcW w:type="dxa" w:w="61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32" w:right="13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homework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家庭作业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652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trip </w:t>
      </w:r>
      <w:r>
        <w:rPr>
          <w:rFonts w:ascii="宋体" w:hAnsi="宋体" w:eastAsia="宋体"/>
          <w:b w:val="0"/>
          <w:i w:val="0"/>
          <w:color w:val="555D5D"/>
          <w:sz w:val="24"/>
        </w:rPr>
        <w:t>旅行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2"/>
        </w:trPr>
        <w:tc>
          <w:tcPr>
            <w:tcW w:type="dxa" w:w="17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winter </w:t>
            </w:r>
          </w:p>
        </w:tc>
        <w:tc>
          <w:tcPr>
            <w:tcW w:type="dxa" w:w="16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冬天</w:t>
            </w:r>
          </w:p>
        </w:tc>
        <w:tc>
          <w:tcPr>
            <w:tcW w:type="dxa" w:w="30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6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6" w:right="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best </w:t>
            </w:r>
          </w:p>
        </w:tc>
        <w:tc>
          <w:tcPr>
            <w:tcW w:type="dxa" w:w="20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最，最好的</w:t>
            </w:r>
          </w:p>
        </w:tc>
        <w:tc>
          <w:tcPr>
            <w:tcW w:type="dxa" w:w="308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72" w:right="57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30"/>
        </w:trPr>
        <w:tc>
          <w:tcPr>
            <w:tcW w:type="dxa" w:w="13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2" w:right="2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 </w:t>
            </w:r>
          </w:p>
        </w:tc>
        <w:tc>
          <w:tcPr>
            <w:tcW w:type="dxa" w:w="201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" w:right="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我们（宾格）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2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1306"/>
        </w:trPr>
        <w:tc>
          <w:tcPr>
            <w:tcW w:type="dxa" w:w="3324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6" w:right="1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summer </w:t>
            </w:r>
          </w:p>
        </w:tc>
        <w:tc>
          <w:tcPr>
            <w:tcW w:type="dxa" w:w="13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4" w:right="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夏天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mountain </w:t>
            </w:r>
          </w:p>
        </w:tc>
        <w:tc>
          <w:tcPr>
            <w:tcW w:type="dxa" w:w="13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30" w:right="2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山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</w:p>
        </w:tc>
        <w:tc>
          <w:tcPr>
            <w:tcW w:type="dxa" w:w="13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season </w:t>
            </w:r>
          </w:p>
        </w:tc>
        <w:tc>
          <w:tcPr>
            <w:tcW w:type="dxa" w:w="16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0" w:right="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snowman </w:t>
            </w:r>
          </w:p>
        </w:tc>
        <w:tc>
          <w:tcPr>
            <w:tcW w:type="dxa" w:w="13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32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83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938"/>
        </w:trPr>
        <w:tc>
          <w:tcPr>
            <w:tcW w:type="dxa" w:w="16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spring </w:t>
            </w:r>
          </w:p>
        </w:tc>
        <w:tc>
          <w:tcPr>
            <w:tcW w:type="dxa" w:w="219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00" w:right="2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春天</w:t>
            </w:r>
          </w:p>
        </w:tc>
        <w:tc>
          <w:tcPr>
            <w:tcW w:type="dxa" w:w="261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雪，雪花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4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22" w:right="1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difficult </w:t>
            </w:r>
          </w:p>
        </w:tc>
        <w:tc>
          <w:tcPr>
            <w:tcW w:type="dxa" w:w="18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困难的，难懂的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photo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照片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hobby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00" w:right="2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爱好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floor </w:t>
            </w:r>
          </w:p>
        </w:tc>
        <w:tc>
          <w:tcPr>
            <w:tcW w:type="dxa" w:w="21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地板</w:t>
            </w:r>
          </w:p>
        </w:tc>
        <w:tc>
          <w:tcPr>
            <w:tcW w:type="dxa" w:w="26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83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83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102" w:right="10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9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1202"/>
        </w:trPr>
        <w:tc>
          <w:tcPr>
            <w:tcW w:type="dxa" w:w="16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room </w:t>
            </w:r>
          </w:p>
        </w:tc>
        <w:tc>
          <w:tcPr>
            <w:tcW w:type="dxa" w:w="181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房间</w:t>
            </w:r>
          </w:p>
        </w:tc>
        <w:tc>
          <w:tcPr>
            <w:tcW w:type="dxa" w:w="295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56" w:right="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beside </w:t>
            </w:r>
          </w:p>
        </w:tc>
        <w:tc>
          <w:tcPr>
            <w:tcW w:type="dxa" w:w="18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74" w:right="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在……旁边</w:t>
            </w:r>
          </w:p>
        </w:tc>
        <w:tc>
          <w:tcPr>
            <w:tcW w:type="dxa" w:w="29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shelf </w:t>
            </w:r>
          </w:p>
        </w:tc>
        <w:tc>
          <w:tcPr>
            <w:tcW w:type="dxa" w:w="18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书架</w:t>
            </w:r>
          </w:p>
        </w:tc>
        <w:tc>
          <w:tcPr>
            <w:tcW w:type="dxa" w:w="29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24" w:right="1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closet </w:t>
            </w:r>
          </w:p>
        </w:tc>
        <w:tc>
          <w:tcPr>
            <w:tcW w:type="dxa" w:w="18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08" w:right="1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衣橱</w:t>
            </w:r>
          </w:p>
        </w:tc>
        <w:tc>
          <w:tcPr>
            <w:tcW w:type="dxa" w:w="29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minute </w:t>
            </w:r>
          </w:p>
        </w:tc>
        <w:tc>
          <w:tcPr>
            <w:tcW w:type="dxa" w:w="181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分钟</w:t>
            </w:r>
          </w:p>
        </w:tc>
        <w:tc>
          <w:tcPr>
            <w:tcW w:type="dxa" w:w="29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sidewalk </w:t>
            </w:r>
          </w:p>
        </w:tc>
        <w:tc>
          <w:tcPr>
            <w:tcW w:type="dxa" w:w="145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人行道</w:t>
            </w:r>
          </w:p>
        </w:tc>
        <w:tc>
          <w:tcPr>
            <w:tcW w:type="dxa" w:w="295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2" w:right="4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49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8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1240"/>
        </w:trPr>
        <w:tc>
          <w:tcPr>
            <w:tcW w:type="dxa" w:w="358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00" w:right="1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over </w:t>
            </w:r>
          </w:p>
        </w:tc>
        <w:tc>
          <w:tcPr>
            <w:tcW w:type="dxa" w:w="210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0" w:right="1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越过</w:t>
            </w:r>
          </w:p>
        </w:tc>
        <w:tc>
          <w:tcPr>
            <w:tcW w:type="dxa" w:w="286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sign </w:t>
            </w:r>
          </w:p>
        </w:tc>
        <w:tc>
          <w:tcPr>
            <w:tcW w:type="dxa" w:w="210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标志，标记</w:t>
            </w:r>
          </w:p>
        </w:tc>
        <w:tc>
          <w:tcPr>
            <w:tcW w:type="dxa" w:w="286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night </w:t>
            </w:r>
          </w:p>
        </w:tc>
        <w:tc>
          <w:tcPr>
            <w:tcW w:type="dxa" w:w="210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夜晚，晚上</w:t>
            </w:r>
          </w:p>
        </w:tc>
        <w:tc>
          <w:tcPr>
            <w:tcW w:type="dxa" w:w="286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fence </w:t>
            </w:r>
          </w:p>
        </w:tc>
        <w:tc>
          <w:tcPr>
            <w:tcW w:type="dxa" w:w="210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6" w:right="2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护栏</w:t>
            </w:r>
          </w:p>
        </w:tc>
        <w:tc>
          <w:tcPr>
            <w:tcW w:type="dxa" w:w="286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4" w:right="18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talk </w:t>
            </w:r>
          </w:p>
        </w:tc>
        <w:tc>
          <w:tcPr>
            <w:tcW w:type="dxa" w:w="210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讲话，谈话</w:t>
            </w:r>
          </w:p>
        </w:tc>
        <w:tc>
          <w:tcPr>
            <w:tcW w:type="dxa" w:w="286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21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crosswalk </w:t>
            </w:r>
          </w:p>
        </w:tc>
        <w:tc>
          <w:tcPr>
            <w:tcW w:type="dxa" w:w="14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人行横道</w:t>
            </w:r>
          </w:p>
        </w:tc>
        <w:tc>
          <w:tcPr>
            <w:tcW w:type="dxa" w:w="286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346" w:right="34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58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1504"/>
        </w:trPr>
        <w:tc>
          <w:tcPr>
            <w:tcW w:type="dxa" w:w="321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6" w:right="2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call </w:t>
            </w:r>
          </w:p>
        </w:tc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" w:right="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打电话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place </w:t>
            </w:r>
          </w:p>
        </w:tc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地方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00" w:right="2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city </w:t>
            </w:r>
          </w:p>
        </w:tc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film </w:t>
            </w:r>
          </w:p>
        </w:tc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电影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2974"/>
        </w:trPr>
        <w:tc>
          <w:tcPr>
            <w:tcW w:type="dxa" w:w="40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winter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summer</w:t>
            </w:r>
          </w:p>
        </w:tc>
        <w:tc>
          <w:tcPr>
            <w:tcW w:type="dxa" w:w="63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2402" w:right="240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冬天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2" w:right="23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最，最好的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72" w:right="20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我们（宾格）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02" w:right="240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夏天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15952"/>
        </w:trPr>
        <w:tc>
          <w:tcPr>
            <w:tcW w:type="dxa" w:w="418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mountain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autumn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season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snowman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spring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snow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difficult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photo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hobby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floor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room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beside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shelf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closet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minute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sidewalk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over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sign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night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fence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talk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crosswalk</w:t>
            </w:r>
          </w:p>
        </w:tc>
        <w:tc>
          <w:tcPr>
            <w:tcW w:type="dxa" w:w="627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山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秋天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季节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雪人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春天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雪，雪花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712" w:right="17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困难的，难懂的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照片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爱好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地板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房间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2" w:right="21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在……旁边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书架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衣橱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分钟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人行道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越过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2" w:right="21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标志，标记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2" w:right="21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夜晚，晚上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护栏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2" w:right="21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讲话，谈话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84" w:right="22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人行横道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3114"/>
        </w:trPr>
        <w:tc>
          <w:tcPr>
            <w:tcW w:type="dxa" w:w="41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place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city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film</w:t>
            </w:r>
          </w:p>
        </w:tc>
        <w:tc>
          <w:tcPr>
            <w:tcW w:type="dxa" w:w="63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打电话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地方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城市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0" w:right="231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电影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4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ietwrn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nirtwe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winter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冬天</w:t>
            </w:r>
          </w:p>
        </w:tc>
      </w:tr>
      <w:tr>
        <w:trPr>
          <w:trHeight w:hRule="exact" w:val="520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tseb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best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tsbe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最，最好的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54" w:right="55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summer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mmsreu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umrmse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夏天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86" w:right="38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mountain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tunoiamn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omnintua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山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20" w:right="6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natuum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autumn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mtnuua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秋天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season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snoesa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senoas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季节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aomwsnn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snowman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samonwn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雪人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nsgipr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rspgni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spring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春天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wsno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wosn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snow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雪，雪花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54" w:right="55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ffliticdu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ilctudfif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difficult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困难的，难懂的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photo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otpoh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thpoo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照片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yobbh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hobby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hbboy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爱好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orflo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ooflr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floor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地板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omro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rmoo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room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房间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beeids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diseeb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beside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在……旁边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felhs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hlsef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shelf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书架</w:t>
            </w:r>
          </w:p>
        </w:tc>
      </w:tr>
      <w:tr>
        <w:trPr>
          <w:trHeight w:hRule="exact" w:val="518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stolce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closet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sectol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衣橱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itneum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unteim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minute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分钟</w:t>
            </w:r>
          </w:p>
        </w:tc>
      </w:tr>
      <w:tr>
        <w:trPr>
          <w:trHeight w:hRule="exact" w:val="520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54" w:right="45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askdliwe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eiadslkw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sidewalk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人行道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vero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rvoe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over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越过</w:t>
            </w:r>
          </w:p>
        </w:tc>
      </w:tr>
      <w:tr>
        <w:trPr>
          <w:trHeight w:hRule="exact" w:val="516"/>
        </w:trPr>
        <w:tc>
          <w:tcPr>
            <w:tcW w:type="dxa" w:w="2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gins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sign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igns</w:t>
            </w:r>
          </w:p>
        </w:tc>
        <w:tc>
          <w:tcPr>
            <w:tcW w:type="dxa" w:w="44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标志，标记</w:t>
            </w:r>
          </w:p>
        </w:tc>
      </w:tr>
      <w:tr>
        <w:trPr>
          <w:trHeight w:hRule="exact" w:val="1030"/>
        </w:trPr>
        <w:tc>
          <w:tcPr>
            <w:tcW w:type="dxa" w:w="22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night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nthig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ghnit</w:t>
            </w:r>
          </w:p>
        </w:tc>
        <w:tc>
          <w:tcPr>
            <w:tcW w:type="dxa" w:w="44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0" w:right="37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夜晚，晚上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22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5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8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790"/>
        </w:trPr>
        <w:tc>
          <w:tcPr>
            <w:tcW w:type="dxa" w:w="22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fence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46" w:right="3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nefce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44" w:right="3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fenec</w:t>
            </w:r>
          </w:p>
        </w:tc>
        <w:tc>
          <w:tcPr>
            <w:tcW w:type="dxa" w:w="15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46" w:right="3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护栏</w:t>
            </w:r>
          </w:p>
        </w:tc>
        <w:tc>
          <w:tcPr>
            <w:tcW w:type="dxa" w:w="280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20"/>
        </w:trPr>
        <w:tc>
          <w:tcPr>
            <w:tcW w:type="dxa" w:w="22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tlka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46" w:right="3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talk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44" w:right="3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tlak</w:t>
            </w:r>
          </w:p>
        </w:tc>
        <w:tc>
          <w:tcPr>
            <w:tcW w:type="dxa" w:w="1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44" w:right="4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讲话，谈话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2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44" w:right="34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ssoarcklw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crosswalk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wsaoklscr</w:t>
            </w:r>
          </w:p>
        </w:tc>
        <w:tc>
          <w:tcPr>
            <w:tcW w:type="dxa" w:w="1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人行横道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2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llac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46" w:right="3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acll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44" w:right="3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call</w:t>
            </w:r>
          </w:p>
        </w:tc>
        <w:tc>
          <w:tcPr>
            <w:tcW w:type="dxa" w:w="1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46" w:right="3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打电话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2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pclae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46" w:right="3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lcaep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44" w:right="3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place</w:t>
            </w:r>
          </w:p>
        </w:tc>
        <w:tc>
          <w:tcPr>
            <w:tcW w:type="dxa" w:w="1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46" w:right="3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地方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2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ityc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46" w:right="3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icyt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44" w:right="3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city</w:t>
            </w:r>
          </w:p>
        </w:tc>
        <w:tc>
          <w:tcPr>
            <w:tcW w:type="dxa" w:w="1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46" w:right="3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城市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604"/>
        </w:trPr>
        <w:tc>
          <w:tcPr>
            <w:tcW w:type="dxa" w:w="22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film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46" w:right="3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lfmi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44" w:right="3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fiml</w:t>
            </w:r>
          </w:p>
        </w:tc>
        <w:tc>
          <w:tcPr>
            <w:tcW w:type="dxa" w:w="15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46" w:right="3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电影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850"/>
        </w:trPr>
        <w:tc>
          <w:tcPr>
            <w:tcW w:type="dxa" w:w="464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umme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夏天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tumn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雪，雪花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照片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在……旁边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衣橱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人行道</w:t>
            </w:r>
          </w:p>
        </w:tc>
        <w:tc>
          <w:tcPr>
            <w:tcW w:type="dxa" w:w="581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最，最好的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64" w:right="116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山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春天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84" w:right="1084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ifficu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困难的，难懂的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爱好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房间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64" w:right="116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书架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minu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分钟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64" w:right="116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越过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8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4282"/>
        </w:trPr>
        <w:tc>
          <w:tcPr>
            <w:tcW w:type="dxa" w:w="48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标志，标记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护栏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osswa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人行横道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地方</w:t>
            </w:r>
          </w:p>
        </w:tc>
        <w:tc>
          <w:tcPr>
            <w:tcW w:type="dxa" w:w="56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夜晚，晚上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64" w:right="136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讲话，谈话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0" w:right="99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打电话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城市</w:t>
            </w:r>
          </w:p>
        </w:tc>
      </w:tr>
    </w:tbl>
    <w:p>
      <w:pPr>
        <w:autoSpaceDN w:val="0"/>
        <w:autoSpaceDE w:val="0"/>
        <w:widowControl/>
        <w:spacing w:line="414" w:lineRule="exact" w:before="292" w:after="518"/>
        <w:ind w:left="706" w:right="70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>f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m</w:t>
      </w:r>
      <w:r>
        <w:rPr>
          <w:rFonts w:ascii="Helvetica" w:hAnsi="Helvetica" w:eastAsia="Helvetica"/>
          <w:b w:val="0"/>
          <w:i w:val="0"/>
          <w:color w:val="000000"/>
          <w:sz w:val="30"/>
        </w:rPr>
        <w:t xml:space="preserve">    </w:t>
      </w:r>
      <w:r>
        <w:rPr>
          <w:rFonts w:ascii="宋体" w:hAnsi="宋体" w:eastAsia="宋体"/>
          <w:b w:val="0"/>
          <w:i w:val="0"/>
          <w:color w:val="555D5D"/>
          <w:sz w:val="24"/>
        </w:rPr>
        <w:t>电影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冬天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最，最好的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我们（宾格）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夏天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山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秋天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季节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雪人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春天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雪，雪花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08" w:right="60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困难的，难懂的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照片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爱好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地板 </w:t>
            </w:r>
          </w:p>
        </w:tc>
      </w:tr>
      <w:tr>
        <w:trPr>
          <w:trHeight w:hRule="exact" w:val="1000"/>
        </w:trPr>
        <w:tc>
          <w:tcPr>
            <w:tcW w:type="dxa" w:w="4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房间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在……旁边 </w:t>
            </w:r>
          </w:p>
        </w:tc>
      </w:tr>
      <w:tr>
        <w:trPr>
          <w:trHeight w:hRule="exact" w:val="1662"/>
        </w:trPr>
        <w:tc>
          <w:tcPr>
            <w:tcW w:type="dxa" w:w="49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书架 </w:t>
            </w:r>
          </w:p>
        </w:tc>
        <w:tc>
          <w:tcPr>
            <w:tcW w:type="dxa" w:w="24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衣橱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7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接力版（三年级起点）</w:t>
            </w:r>
          </w:p>
        </w:tc>
      </w:tr>
      <w:tr>
        <w:trPr>
          <w:trHeight w:hRule="exact" w:val="1306"/>
        </w:trPr>
        <w:tc>
          <w:tcPr>
            <w:tcW w:type="dxa" w:w="47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分钟 </w:t>
            </w:r>
          </w:p>
        </w:tc>
        <w:tc>
          <w:tcPr>
            <w:tcW w:type="dxa" w:w="26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人行道 </w:t>
            </w:r>
          </w:p>
        </w:tc>
      </w:tr>
      <w:tr>
        <w:trPr>
          <w:trHeight w:hRule="exact" w:val="1000"/>
        </w:trPr>
        <w:tc>
          <w:tcPr>
            <w:tcW w:type="dxa" w:w="47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越过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标志，标记 </w:t>
            </w:r>
          </w:p>
        </w:tc>
      </w:tr>
      <w:tr>
        <w:trPr>
          <w:trHeight w:hRule="exact" w:val="1000"/>
        </w:trPr>
        <w:tc>
          <w:tcPr>
            <w:tcW w:type="dxa" w:w="47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夜晚，晚上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护栏 </w:t>
            </w:r>
          </w:p>
        </w:tc>
      </w:tr>
      <w:tr>
        <w:trPr>
          <w:trHeight w:hRule="exact" w:val="1000"/>
        </w:trPr>
        <w:tc>
          <w:tcPr>
            <w:tcW w:type="dxa" w:w="47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讲话，谈话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人行横道 </w:t>
            </w:r>
          </w:p>
        </w:tc>
      </w:tr>
      <w:tr>
        <w:trPr>
          <w:trHeight w:hRule="exact" w:val="1000"/>
        </w:trPr>
        <w:tc>
          <w:tcPr>
            <w:tcW w:type="dxa" w:w="47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打电话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地方 </w:t>
            </w:r>
          </w:p>
        </w:tc>
      </w:tr>
      <w:tr>
        <w:trPr>
          <w:trHeight w:hRule="exact" w:val="10646"/>
        </w:trPr>
        <w:tc>
          <w:tcPr>
            <w:tcW w:type="dxa" w:w="47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城市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电影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