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3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教科版（主编：龚亚夫）（三年级起点）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76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4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2038"/>
        </w:trPr>
        <w:tc>
          <w:tcPr>
            <w:tcW w:type="dxa" w:w="3476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4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学期：六年级上学期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版本：教科版（主编：龚亚夫）（三年级起点</w:t>
            </w:r>
          </w:p>
          <w:p>
            <w:pPr>
              <w:autoSpaceDN w:val="0"/>
              <w:autoSpaceDE w:val="0"/>
              <w:widowControl/>
              <w:spacing w:line="422" w:lineRule="exact" w:before="14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）</w:t>
            </w:r>
          </w:p>
        </w:tc>
      </w:tr>
    </w:tbl>
    <w:p>
      <w:pPr>
        <w:autoSpaceDN w:val="0"/>
        <w:autoSpaceDE w:val="0"/>
        <w:widowControl/>
        <w:spacing w:line="212" w:lineRule="exact" w:before="1075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3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教科版（主编：龚亚夫）（三年级起点）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1 Country life     Unit 1 What are those farmers doing?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634"/>
        </w:trPr>
        <w:tc>
          <w:tcPr>
            <w:tcW w:type="dxa" w:w="478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 few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几(个、条…)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n.奶牛；母牛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field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goose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other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ad.其他的；别的 pron.其他的（人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river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n.河；江</w:t>
            </w:r>
          </w:p>
        </w:tc>
        <w:tc>
          <w:tcPr>
            <w:tcW w:type="dxa" w:w="49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58" w:right="1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country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n.农村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8" w:right="1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adj.极少；几乎没有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8" w:right="1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8" w:right="1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8" w:right="1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pick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v.摘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8" w:right="1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sheep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n.绵羊（单复数一样）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1 Country life     Unit 2 A country life is a healthy life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174"/>
        </w:trPr>
        <w:tc>
          <w:tcPr>
            <w:tcW w:type="dxa" w:w="48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air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n.空气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help......with......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在......（方面）帮助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ride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v.骑(过去式是rode)</w:t>
            </w:r>
          </w:p>
        </w:tc>
        <w:tc>
          <w:tcPr>
            <w:tcW w:type="dxa" w:w="491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grandparent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n.祖父（母）；外祖父（母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milk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v.挤奶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still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adv.仍然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take </w:t>
      </w:r>
      <w:r>
        <w:rPr>
          <w:rFonts w:ascii="宋体" w:hAnsi="宋体" w:eastAsia="宋体"/>
          <w:b w:val="0"/>
          <w:i w:val="0"/>
          <w:color w:val="555D5D"/>
          <w:sz w:val="24"/>
        </w:rPr>
        <w:t>v.花费(过去式是took)</w:t>
      </w:r>
    </w:p>
    <w:p>
      <w:pPr>
        <w:autoSpaceDN w:val="0"/>
        <w:autoSpaceDE w:val="0"/>
        <w:widowControl/>
        <w:spacing w:line="400" w:lineRule="exact" w:before="720" w:after="9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2 City life     Unit 3 Where are you from?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694"/>
        </w:trPr>
        <w:tc>
          <w:tcPr>
            <w:tcW w:type="dxa" w:w="429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cheap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comfortable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adj.舒服的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heavy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adj.拥挤的；大量的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noisy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adj.嘈杂的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slow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adj.慢的；缓慢的</w:t>
            </w:r>
          </w:p>
        </w:tc>
        <w:tc>
          <w:tcPr>
            <w:tcW w:type="dxa" w:w="542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646" w:right="6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city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n.城市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46" w:right="6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crowded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adj.拥挤的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46" w:right="6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modern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adj.现代化的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46" w:right="6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quiet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adj.安静的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46" w:right="6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student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n.学生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wide </w:t>
      </w:r>
      <w:r>
        <w:rPr>
          <w:rFonts w:ascii="宋体" w:hAnsi="宋体" w:eastAsia="宋体"/>
          <w:b w:val="0"/>
          <w:i w:val="0"/>
          <w:color w:val="555D5D"/>
          <w:sz w:val="24"/>
        </w:rPr>
        <w:t>adj.宽阔的</w:t>
      </w:r>
    </w:p>
    <w:p>
      <w:pPr>
        <w:autoSpaceDN w:val="0"/>
        <w:autoSpaceDE w:val="0"/>
        <w:widowControl/>
        <w:spacing w:line="212" w:lineRule="exact" w:before="64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3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教科版（主编：龚亚夫）（三年级起点）</w:t>
            </w:r>
          </w:p>
        </w:tc>
      </w:tr>
    </w:tbl>
    <w:p>
      <w:pPr>
        <w:autoSpaceDN w:val="0"/>
        <w:autoSpaceDE w:val="0"/>
        <w:widowControl/>
        <w:spacing w:line="400" w:lineRule="exact" w:before="95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2 City life     Unit 4 I like the city very much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874"/>
        </w:trPr>
        <w:tc>
          <w:tcPr>
            <w:tcW w:type="dxa" w:w="403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afraid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adj.害怕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 afraid......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害怕......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countryside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n.农村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dirty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adj.脏的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v.出售(过去式是sold)</w:t>
            </w:r>
          </w:p>
        </w:tc>
        <w:tc>
          <w:tcPr>
            <w:tcW w:type="dxa" w:w="568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906" w:right="9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all 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整天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06" w:right="9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because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conj.因为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06" w:right="9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different to.…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不同于…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06" w:right="9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postcard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n.明信片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06" w:right="9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theatre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n.剧院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3 Health     Unit 5 What's the matter with you?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3497"/>
        <w:gridCol w:w="3497"/>
        <w:gridCol w:w="3497"/>
      </w:tblGrid>
      <w:tr>
        <w:trPr>
          <w:trHeight w:hRule="exact" w:val="4454"/>
        </w:trPr>
        <w:tc>
          <w:tcPr>
            <w:tcW w:type="dxa" w:w="4338"/>
            <w:vMerge w:val="restart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v.吃(eat的过去式)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brush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v.刷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could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aux.v.能够(can的过去式)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finger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n.手指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have a cold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感冒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health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n.健康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adj.病的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matter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n.事情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n.休息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v.服（药）(过去式是took)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time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n.次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twice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num.两次</w:t>
            </w:r>
          </w:p>
        </w:tc>
        <w:tc>
          <w:tcPr>
            <w:tcW w:type="dxa" w:w="5382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600" w:right="6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broken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adj.断了的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0" w:right="6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check-up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n.检查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0" w:right="6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fever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n.发烧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0" w:right="6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gave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v.给(give的过去式)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0" w:right="6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headache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n.头疼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0" w:right="6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v.听到(过去式是heard).</w:t>
            </w:r>
          </w:p>
        </w:tc>
      </w:tr>
      <w:tr>
        <w:trPr>
          <w:trHeight w:hRule="exact" w:val="76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8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202" w:right="20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I'm sorry to hear </w:t>
            </w:r>
          </w:p>
        </w:tc>
        <w:tc>
          <w:tcPr>
            <w:tcW w:type="dxa" w:w="25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84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听到这个我感到很难</w:t>
            </w:r>
          </w:p>
        </w:tc>
      </w:tr>
      <w:tr>
        <w:trPr>
          <w:trHeight w:hRule="exact" w:val="4558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5382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600" w:right="6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medicine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0" w:right="6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stomachache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n.胃疼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0" w:right="6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take a rest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休息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0" w:right="6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toothache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n.牙疼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0" w:right="6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What's the matter?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怎么回事？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3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教科版（主编：龚亚夫）（三年级起点）</w:t>
            </w:r>
          </w:p>
        </w:tc>
      </w:tr>
    </w:tbl>
    <w:p>
      <w:pPr>
        <w:autoSpaceDN w:val="0"/>
        <w:autoSpaceDE w:val="0"/>
        <w:widowControl/>
        <w:spacing w:line="400" w:lineRule="exact" w:before="372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wore </w:t>
      </w:r>
      <w:r>
        <w:rPr>
          <w:rFonts w:ascii="宋体" w:hAnsi="宋体" w:eastAsia="宋体"/>
          <w:b w:val="0"/>
          <w:i w:val="0"/>
          <w:color w:val="555D5D"/>
          <w:sz w:val="24"/>
        </w:rPr>
        <w:t>v.穿(wear的过去式)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3 Health     Unit 6 The secret to good health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694"/>
        </w:trPr>
        <w:tc>
          <w:tcPr>
            <w:tcW w:type="dxa" w:w="478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at least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至少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adv.甚至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keep a good diet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保持一个良好的饮食习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adj.较少的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secret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n.秘密</w:t>
            </w:r>
          </w:p>
        </w:tc>
        <w:tc>
          <w:tcPr>
            <w:tcW w:type="dxa" w:w="49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56" w:right="15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n.节食；限食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6" w:right="15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finally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adv.最后地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6" w:right="15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least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adj.最少（小）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6" w:right="15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oily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adj.多油的；油腻的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6" w:right="15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simple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adj.简单的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smile </w:t>
      </w:r>
      <w:r>
        <w:rPr>
          <w:rFonts w:ascii="宋体" w:hAnsi="宋体" w:eastAsia="宋体"/>
          <w:b w:val="0"/>
          <w:i w:val="0"/>
          <w:color w:val="555D5D"/>
          <w:sz w:val="24"/>
        </w:rPr>
        <w:t>v.微笑n.微笑；笑容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4 Past experiences     Unit 7 What did you do yesterday?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454"/>
        </w:trPr>
        <w:tc>
          <w:tcPr>
            <w:tcW w:type="dxa" w:w="463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angry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adj.生气的；愤怒的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v.来(come的过去式)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adj.最近的，上一个的adv.上一个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no/not......at 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一点都不......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poor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adj.可怜的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v.看见；明白(see的过去式)</w:t>
            </w:r>
          </w:p>
        </w:tc>
        <w:tc>
          <w:tcPr>
            <w:tcW w:type="dxa" w:w="508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bought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v.买(buy的过去式)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experience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n.经验；经历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v.遇见；聚集(meet的过去式)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adj.过去的n.过去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v.读(read的过去式)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n.年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yesterday </w:t>
      </w:r>
      <w:r>
        <w:rPr>
          <w:rFonts w:ascii="宋体" w:hAnsi="宋体" w:eastAsia="宋体"/>
          <w:b w:val="0"/>
          <w:i w:val="0"/>
          <w:color w:val="555D5D"/>
          <w:sz w:val="24"/>
        </w:rPr>
        <w:t>n.昨天adv.在昨天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4 Past experiences     Unit 8 A trip to Hong Kong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218"/>
        </w:trPr>
        <w:tc>
          <w:tcPr>
            <w:tcW w:type="dxa" w:w="329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 little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一点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diary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n.日记</w:t>
            </w:r>
          </w:p>
        </w:tc>
        <w:tc>
          <w:tcPr>
            <w:tcW w:type="dxa" w:w="642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1646" w:right="16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better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更好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1646" w:right="16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Disneyland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迪士尼公园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8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5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教科版（主编：龚亚夫）（三年级起点）</w:t>
            </w:r>
          </w:p>
        </w:tc>
      </w:tr>
      <w:tr>
        <w:trPr>
          <w:trHeight w:hRule="exact" w:val="2472"/>
        </w:trPr>
        <w:tc>
          <w:tcPr>
            <w:tcW w:type="dxa" w:w="48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Donald Duck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唐老鸭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adv.后来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</w:tc>
        <w:tc>
          <w:tcPr>
            <w:tcW w:type="dxa" w:w="565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828" w:right="8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felt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v.感觉，觉得(feel的过去式)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28" w:right="8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Mickey Mouse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米老鼠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28" w:right="8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surprised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adj.惊讶的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until </w:t>
      </w:r>
      <w:r>
        <w:rPr>
          <w:rFonts w:ascii="宋体" w:hAnsi="宋体" w:eastAsia="宋体"/>
          <w:b w:val="0"/>
          <w:i w:val="0"/>
          <w:color w:val="555D5D"/>
          <w:sz w:val="24"/>
        </w:rPr>
        <w:t>prep.直到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5 Changes     Unit 9 Was I a good girl back then?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174"/>
        </w:trPr>
        <w:tc>
          <w:tcPr>
            <w:tcW w:type="dxa" w:w="428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back then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当时；过去那个时候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adj.肥胖的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polite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adj.有礼貌的</w:t>
            </w:r>
          </w:p>
        </w:tc>
        <w:tc>
          <w:tcPr>
            <w:tcW w:type="dxa" w:w="543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656" w:right="65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56" w:right="65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Internet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n.因特网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56" w:right="65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surf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v.浏览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surf the Internet </w:t>
      </w:r>
      <w:r>
        <w:rPr>
          <w:rFonts w:ascii="宋体" w:hAnsi="宋体" w:eastAsia="宋体"/>
          <w:b w:val="0"/>
          <w:i w:val="0"/>
          <w:color w:val="555D5D"/>
          <w:sz w:val="24"/>
        </w:rPr>
        <w:t>上网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5 Changes     Unit 10 Then and now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174"/>
        </w:trPr>
        <w:tc>
          <w:tcPr>
            <w:tcW w:type="dxa" w:w="368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ago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adv.......之前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far away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遥远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office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n.办公室</w:t>
            </w:r>
          </w:p>
        </w:tc>
        <w:tc>
          <w:tcPr>
            <w:tcW w:type="dxa" w:w="603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258" w:right="12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department store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百货公司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58" w:right="12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nearby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附近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58" w:right="12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store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n.商店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village </w:t>
      </w:r>
      <w:r>
        <w:rPr>
          <w:rFonts w:ascii="宋体" w:hAnsi="宋体" w:eastAsia="宋体"/>
          <w:b w:val="0"/>
          <w:i w:val="0"/>
          <w:color w:val="555D5D"/>
          <w:sz w:val="24"/>
        </w:rPr>
        <w:t>n.村子；村庄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6 Festivals     Unit 11 I like the Spring Festival best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738"/>
        </w:trPr>
        <w:tc>
          <w:tcPr>
            <w:tcW w:type="dxa" w:w="426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Chongyang Festival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重阳节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Dragon Boat Festival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端午节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gift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n.礼物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lucky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adj.幸运的</w:t>
            </w:r>
          </w:p>
        </w:tc>
        <w:tc>
          <w:tcPr>
            <w:tcW w:type="dxa" w:w="545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672" w:right="6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dragon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n.龙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each other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672" w:right="6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jiaozi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n.饺子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672" w:right="6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lucky money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压岁钱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02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4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教科版（主编：龚亚夫）（三年级起点）</w:t>
            </w:r>
          </w:p>
        </w:tc>
      </w:tr>
      <w:tr>
        <w:trPr>
          <w:trHeight w:hRule="exact" w:val="1712"/>
        </w:trPr>
        <w:tc>
          <w:tcPr>
            <w:tcW w:type="dxa" w:w="402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n.月亮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race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n.比赛</w:t>
            </w:r>
          </w:p>
        </w:tc>
        <w:tc>
          <w:tcPr>
            <w:tcW w:type="dxa" w:w="643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614" w:right="16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mooncake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n.月饼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14" w:right="16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wish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希望；祝愿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zongzi </w:t>
      </w:r>
      <w:r>
        <w:rPr>
          <w:rFonts w:ascii="宋体" w:hAnsi="宋体" w:eastAsia="宋体"/>
          <w:b w:val="0"/>
          <w:i w:val="0"/>
          <w:color w:val="555D5D"/>
          <w:sz w:val="24"/>
        </w:rPr>
        <w:t>n.粽子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6 Festivals     Unit 12 Other festivals in China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840"/>
        </w:trPr>
        <w:tc>
          <w:tcPr>
            <w:tcW w:type="dxa" w:w="365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ancient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adj.古代的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cheer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v.欢呼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lunar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adj.月亮的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remember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v.记住</w:t>
            </w:r>
          </w:p>
        </w:tc>
        <w:tc>
          <w:tcPr>
            <w:tcW w:type="dxa" w:w="606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282" w:right="12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bamboo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n.竹子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82" w:right="12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celebrate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v.庆祝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82" w:right="12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lantern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n.灯笼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82" w:right="12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n.诗人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82" w:right="12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reunion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n.重聚</w:t>
            </w:r>
          </w:p>
        </w:tc>
      </w:tr>
    </w:tbl>
    <w:p>
      <w:pPr>
        <w:autoSpaceDN w:val="0"/>
        <w:autoSpaceDE w:val="0"/>
        <w:widowControl/>
        <w:spacing w:line="3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624"/>
        </w:trPr>
        <w:tc>
          <w:tcPr>
            <w:tcW w:type="dxa" w:w="15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90" w:right="1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cow </w:t>
            </w:r>
          </w:p>
        </w:tc>
        <w:tc>
          <w:tcPr>
            <w:tcW w:type="dxa" w:w="23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8" w:after="0"/>
              <w:ind w:left="40" w:right="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n.奶牛；母牛</w:t>
            </w:r>
          </w:p>
        </w:tc>
        <w:tc>
          <w:tcPr>
            <w:tcW w:type="dxa" w:w="25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56" w:right="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87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87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6" w:right="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0" w:right="2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few </w:t>
            </w:r>
          </w:p>
        </w:tc>
        <w:tc>
          <w:tcPr>
            <w:tcW w:type="dxa" w:w="23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adj.极少；几乎没有</w:t>
            </w:r>
          </w:p>
        </w:tc>
        <w:tc>
          <w:tcPr>
            <w:tcW w:type="dxa" w:w="25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6" w:right="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7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87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6" w:right="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goose </w:t>
            </w:r>
          </w:p>
        </w:tc>
        <w:tc>
          <w:tcPr>
            <w:tcW w:type="dxa" w:w="23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54" w:right="54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n.鹅(复数是geese)</w:t>
            </w:r>
          </w:p>
        </w:tc>
        <w:tc>
          <w:tcPr>
            <w:tcW w:type="dxa" w:w="2572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56" w:right="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664"/>
        </w:trPr>
        <w:tc>
          <w:tcPr>
            <w:tcW w:type="dxa" w:w="3878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6280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41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教科版（主编：龚亚夫）（三年级起点）</w:t>
            </w:r>
          </w:p>
        </w:tc>
      </w:tr>
      <w:tr>
        <w:trPr>
          <w:trHeight w:hRule="exact" w:val="1240"/>
        </w:trPr>
        <w:tc>
          <w:tcPr>
            <w:tcW w:type="dxa" w:w="3216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6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546" w:right="54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180"/>
            <w:vMerge w:val="restart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888" w:right="8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888" w:right="8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888" w:right="8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888" w:right="8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888" w:right="8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888" w:right="8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888" w:right="8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888" w:right="8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888" w:right="8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888" w:right="8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888" w:right="8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866" w:after="0"/>
              <w:ind w:left="888" w:right="8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98" w:right="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grass </w:t>
            </w:r>
          </w:p>
        </w:tc>
        <w:tc>
          <w:tcPr>
            <w:tcW w:type="dxa" w:w="471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32" w:right="1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n.草</w:t>
            </w:r>
          </w:p>
        </w:tc>
        <w:tc>
          <w:tcPr>
            <w:tcW w:type="dxa" w:w="2623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546" w:right="54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46" w:right="54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6"/>
        </w:trPr>
        <w:tc>
          <w:tcPr>
            <w:tcW w:type="dxa" w:w="15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98" w:right="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other </w:t>
            </w:r>
          </w:p>
        </w:tc>
        <w:tc>
          <w:tcPr>
            <w:tcW w:type="dxa" w:w="471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ad.其他的；别的 pron.其他的（人或事）</w:t>
            </w:r>
          </w:p>
        </w:tc>
        <w:tc>
          <w:tcPr>
            <w:tcW w:type="dxa" w:w="2623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546" w:right="54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46" w:right="54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5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32" w:right="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sheep </w:t>
            </w:r>
          </w:p>
        </w:tc>
        <w:tc>
          <w:tcPr>
            <w:tcW w:type="dxa" w:w="471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98" w:right="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n.绵羊（单复数一样）</w:t>
            </w:r>
          </w:p>
        </w:tc>
        <w:tc>
          <w:tcPr>
            <w:tcW w:type="dxa" w:w="2623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546" w:right="54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46" w:right="54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5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98" w:right="1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pick </w:t>
            </w:r>
          </w:p>
        </w:tc>
        <w:tc>
          <w:tcPr>
            <w:tcW w:type="dxa" w:w="471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v.摘</w:t>
            </w:r>
          </w:p>
        </w:tc>
        <w:tc>
          <w:tcPr>
            <w:tcW w:type="dxa" w:w="2623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546" w:right="54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46" w:right="54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5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8" w:right="1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river </w:t>
            </w:r>
          </w:p>
        </w:tc>
        <w:tc>
          <w:tcPr>
            <w:tcW w:type="dxa" w:w="471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82" w:right="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n.河；江</w:t>
            </w:r>
          </w:p>
        </w:tc>
        <w:tc>
          <w:tcPr>
            <w:tcW w:type="dxa" w:w="2623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546" w:right="54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46" w:right="54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34"/>
        </w:trPr>
        <w:tc>
          <w:tcPr>
            <w:tcW w:type="dxa" w:w="15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98" w:right="1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goat </w:t>
            </w:r>
          </w:p>
        </w:tc>
        <w:tc>
          <w:tcPr>
            <w:tcW w:type="dxa" w:w="471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n.山羊</w:t>
            </w:r>
          </w:p>
        </w:tc>
        <w:tc>
          <w:tcPr>
            <w:tcW w:type="dxa" w:w="2623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1092"/>
        </w:trPr>
        <w:tc>
          <w:tcPr>
            <w:tcW w:type="dxa" w:w="321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8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6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8" w:after="0"/>
              <w:ind w:left="546" w:right="54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82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25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3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教科版（主编：龚亚夫）（三年级起点）</w:t>
            </w:r>
          </w:p>
        </w:tc>
      </w:tr>
      <w:tr>
        <w:trPr>
          <w:trHeight w:hRule="exact" w:val="1504"/>
        </w:trPr>
        <w:tc>
          <w:tcPr>
            <w:tcW w:type="dxa" w:w="3822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25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112" w:right="1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country </w:t>
            </w:r>
          </w:p>
        </w:tc>
        <w:tc>
          <w:tcPr>
            <w:tcW w:type="dxa" w:w="19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n.农村</w:t>
            </w:r>
          </w:p>
        </w:tc>
        <w:tc>
          <w:tcPr>
            <w:tcW w:type="dxa" w:w="22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12" w:right="1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8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2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12" w:right="1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field </w:t>
            </w:r>
          </w:p>
        </w:tc>
        <w:tc>
          <w:tcPr>
            <w:tcW w:type="dxa" w:w="24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2" w:right="2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n.田</w:t>
            </w:r>
          </w:p>
        </w:tc>
        <w:tc>
          <w:tcPr>
            <w:tcW w:type="dxa" w:w="22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12" w:right="1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8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2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12" w:right="1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milk </w:t>
            </w:r>
          </w:p>
        </w:tc>
        <w:tc>
          <w:tcPr>
            <w:tcW w:type="dxa" w:w="24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32" w:right="2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v.挤奶</w:t>
            </w:r>
          </w:p>
        </w:tc>
        <w:tc>
          <w:tcPr>
            <w:tcW w:type="dxa" w:w="22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12" w:right="1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8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8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2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12" w:right="1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98" w:right="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still </w:t>
            </w:r>
          </w:p>
        </w:tc>
        <w:tc>
          <w:tcPr>
            <w:tcW w:type="dxa" w:w="24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32" w:right="1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adv.仍然</w:t>
            </w:r>
          </w:p>
        </w:tc>
        <w:tc>
          <w:tcPr>
            <w:tcW w:type="dxa" w:w="22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12" w:right="1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8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8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2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12" w:right="1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82" w:right="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ride </w:t>
            </w:r>
          </w:p>
        </w:tc>
        <w:tc>
          <w:tcPr>
            <w:tcW w:type="dxa" w:w="24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v.骑(过去式是rode)</w:t>
            </w:r>
          </w:p>
        </w:tc>
        <w:tc>
          <w:tcPr>
            <w:tcW w:type="dxa" w:w="22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12" w:right="1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8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254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12" w:right="1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462"/>
        </w:trPr>
        <w:tc>
          <w:tcPr>
            <w:tcW w:type="dxa" w:w="14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32" w:right="2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air </w:t>
            </w:r>
          </w:p>
        </w:tc>
        <w:tc>
          <w:tcPr>
            <w:tcW w:type="dxa" w:w="2418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n.空气</w:t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607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43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教科版（主编：龚亚夫）（三年级起点）</w:t>
            </w:r>
          </w:p>
        </w:tc>
      </w:tr>
      <w:tr>
        <w:trPr>
          <w:trHeight w:hRule="exact" w:val="1306"/>
        </w:trPr>
        <w:tc>
          <w:tcPr>
            <w:tcW w:type="dxa" w:w="2508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250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5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90" w:right="1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take </w:t>
            </w:r>
          </w:p>
        </w:tc>
        <w:tc>
          <w:tcPr>
            <w:tcW w:type="dxa" w:w="45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40" w:right="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v.花费(过去式是took)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250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250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250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20" w:right="22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grandparent </w:t>
            </w:r>
          </w:p>
        </w:tc>
        <w:tc>
          <w:tcPr>
            <w:tcW w:type="dxa" w:w="35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0" w:right="1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n.祖父（母）；外祖父（母）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250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250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5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38" w:right="3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noisy </w:t>
            </w:r>
          </w:p>
        </w:tc>
        <w:tc>
          <w:tcPr>
            <w:tcW w:type="dxa" w:w="45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92" w:right="1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adj.嘈杂的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4"/>
        </w:trPr>
        <w:tc>
          <w:tcPr>
            <w:tcW w:type="dxa" w:w="250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250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5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88" w:right="8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quiet </w:t>
            </w:r>
          </w:p>
        </w:tc>
        <w:tc>
          <w:tcPr>
            <w:tcW w:type="dxa" w:w="45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42" w:right="14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adj.安静的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250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250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8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modern </w:t>
            </w:r>
          </w:p>
        </w:tc>
        <w:tc>
          <w:tcPr>
            <w:tcW w:type="dxa" w:w="419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adj.现代化的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250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1660"/>
        </w:trPr>
        <w:tc>
          <w:tcPr>
            <w:tcW w:type="dxa" w:w="250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8" w:right="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607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43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教科版（主编：龚亚夫）（三年级起点）</w:t>
            </w:r>
          </w:p>
        </w:tc>
      </w:tr>
      <w:tr>
        <w:trPr>
          <w:trHeight w:hRule="exact" w:val="938"/>
        </w:trPr>
        <w:tc>
          <w:tcPr>
            <w:tcW w:type="dxa" w:w="2004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crowded </w:t>
            </w:r>
          </w:p>
        </w:tc>
        <w:tc>
          <w:tcPr>
            <w:tcW w:type="dxa" w:w="4072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adj.拥挤的</w:t>
            </w:r>
          </w:p>
        </w:tc>
        <w:tc>
          <w:tcPr>
            <w:tcW w:type="dxa" w:w="4384"/>
            <w:vMerge w:val="restart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268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25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16" w:right="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25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6" w:right="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6"/>
        </w:trPr>
        <w:tc>
          <w:tcPr>
            <w:tcW w:type="dxa" w:w="15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heavy </w:t>
            </w:r>
          </w:p>
        </w:tc>
        <w:tc>
          <w:tcPr>
            <w:tcW w:type="dxa" w:w="451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adj.拥挤的；大量的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25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16" w:right="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25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6" w:right="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5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0" w:right="1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cheap </w:t>
            </w:r>
          </w:p>
        </w:tc>
        <w:tc>
          <w:tcPr>
            <w:tcW w:type="dxa" w:w="451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20" w:right="2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adj.便宜的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4"/>
        </w:trPr>
        <w:tc>
          <w:tcPr>
            <w:tcW w:type="dxa" w:w="25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16" w:right="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25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6" w:right="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5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42" w:right="14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slow </w:t>
            </w:r>
          </w:p>
        </w:tc>
        <w:tc>
          <w:tcPr>
            <w:tcW w:type="dxa" w:w="451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88" w:right="8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adj.慢的；缓慢的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25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16" w:right="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25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6" w:right="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5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26" w:right="12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wide </w:t>
            </w:r>
          </w:p>
        </w:tc>
        <w:tc>
          <w:tcPr>
            <w:tcW w:type="dxa" w:w="451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04" w:right="1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adj.宽阔的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25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16" w:right="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25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6" w:right="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25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12" w:right="21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comfortable </w:t>
            </w:r>
          </w:p>
        </w:tc>
        <w:tc>
          <w:tcPr>
            <w:tcW w:type="dxa" w:w="35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8" w:right="1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adj.舒服的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898"/>
        </w:trPr>
        <w:tc>
          <w:tcPr>
            <w:tcW w:type="dxa" w:w="25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16" w:right="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1128"/>
        </w:trPr>
        <w:tc>
          <w:tcPr>
            <w:tcW w:type="dxa" w:w="25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16" w:right="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56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568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50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3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教科版（主编：龚亚夫）（三年级起点）</w:t>
            </w:r>
          </w:p>
        </w:tc>
      </w:tr>
      <w:tr>
        <w:trPr>
          <w:trHeight w:hRule="exact" w:val="1202"/>
        </w:trPr>
        <w:tc>
          <w:tcPr>
            <w:tcW w:type="dxa" w:w="1912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190" w:right="1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student </w:t>
            </w:r>
          </w:p>
        </w:tc>
        <w:tc>
          <w:tcPr>
            <w:tcW w:type="dxa" w:w="1656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40" w:right="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n.学生</w:t>
            </w:r>
          </w:p>
        </w:tc>
        <w:tc>
          <w:tcPr>
            <w:tcW w:type="dxa" w:w="250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5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city </w:t>
            </w:r>
          </w:p>
        </w:tc>
        <w:tc>
          <w:tcPr>
            <w:tcW w:type="dxa" w:w="214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n.城市</w:t>
            </w:r>
          </w:p>
        </w:tc>
        <w:tc>
          <w:tcPr>
            <w:tcW w:type="dxa" w:w="250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91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40" w:right="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postcard </w:t>
            </w:r>
          </w:p>
        </w:tc>
        <w:tc>
          <w:tcPr>
            <w:tcW w:type="dxa" w:w="165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90" w:right="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n.明信片</w:t>
            </w:r>
          </w:p>
        </w:tc>
        <w:tc>
          <w:tcPr>
            <w:tcW w:type="dxa" w:w="250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36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countryside </w:t>
            </w:r>
          </w:p>
        </w:tc>
        <w:tc>
          <w:tcPr>
            <w:tcW w:type="dxa" w:w="12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n.农村</w:t>
            </w:r>
          </w:p>
        </w:tc>
        <w:tc>
          <w:tcPr>
            <w:tcW w:type="dxa" w:w="250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1000"/>
        </w:trPr>
        <w:tc>
          <w:tcPr>
            <w:tcW w:type="dxa" w:w="35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974"/>
        </w:trPr>
        <w:tc>
          <w:tcPr>
            <w:tcW w:type="dxa" w:w="393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84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cow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few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goose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grass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other</w:t>
            </w:r>
          </w:p>
        </w:tc>
        <w:tc>
          <w:tcPr>
            <w:tcW w:type="dxa" w:w="652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4" w:after="0"/>
              <w:ind w:left="2068" w:right="206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n.奶牛；母牛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348" w:right="134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adj.极少；几乎没有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468" w:right="146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n.鹅(复数是geese)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536" w:right="25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n.草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40" w:right="40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ad.其他的；别的 pron.其他的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3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教科版（主编：龚亚夫）（三年级起点）</w:t>
            </w:r>
          </w:p>
        </w:tc>
      </w:tr>
    </w:tbl>
    <w:p>
      <w:pPr>
        <w:autoSpaceDN w:val="0"/>
        <w:autoSpaceDE w:val="0"/>
        <w:widowControl/>
        <w:spacing w:line="240" w:lineRule="exact" w:before="554" w:after="166"/>
        <w:ind w:left="66" w:right="66" w:firstLine="0"/>
        <w:jc w:val="right"/>
      </w:pPr>
      <w:r>
        <w:rPr>
          <w:rFonts w:ascii="宋体" w:hAnsi="宋体" w:eastAsia="宋体"/>
          <w:b w:val="0"/>
          <w:i w:val="0"/>
          <w:color w:val="363639"/>
          <w:sz w:val="24"/>
        </w:rPr>
        <w:t>（人或事）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4992"/>
        </w:trPr>
        <w:tc>
          <w:tcPr>
            <w:tcW w:type="dxa" w:w="43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64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sheep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pick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river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goat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country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field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milk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still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ride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air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take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grandparent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noisy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quiet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modern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crowded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heavy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cheap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slow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wide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comfortable</w:t>
            </w:r>
          </w:p>
        </w:tc>
        <w:tc>
          <w:tcPr>
            <w:tcW w:type="dxa" w:w="61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94" w:after="0"/>
              <w:ind w:left="1108" w:right="110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n.绵羊（单复数一样）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60" w:right="216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v.摘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60" w:right="216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n.河；江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60" w:right="216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n.山羊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60" w:right="216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n.农村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60" w:right="216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n.田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60" w:right="216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v.挤奶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60" w:right="216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adv.仍然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228" w:right="122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v.骑(过去式是rode)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60" w:right="216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n.空气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988" w:right="98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v.花费(过去式是took)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68" w:right="26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n.祖父（母）；外祖父（母）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adj.嘈杂的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adj.安静的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948" w:right="194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adj.现代化的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adj.拥挤的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228" w:right="122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adj.拥挤的；大量的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adj.便宜的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468" w:right="146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adj.慢的；缓慢的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adj.宽阔的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adj.舒服的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25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0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教科版（主编：龚亚夫）（三年级起点）</w:t>
            </w:r>
          </w:p>
        </w:tc>
      </w:tr>
      <w:tr>
        <w:trPr>
          <w:trHeight w:hRule="exact" w:val="3114"/>
        </w:trPr>
        <w:tc>
          <w:tcPr>
            <w:tcW w:type="dxa" w:w="425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student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city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postcard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countryside</w:t>
            </w:r>
          </w:p>
        </w:tc>
        <w:tc>
          <w:tcPr>
            <w:tcW w:type="dxa" w:w="62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214" w:right="22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n.学生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4" w:right="22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n.城市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4" w:right="22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n.明信片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14" w:right="22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n.农村</w:t>
            </w:r>
          </w:p>
        </w:tc>
      </w:tr>
    </w:tbl>
    <w:p>
      <w:pPr>
        <w:autoSpaceDN w:val="0"/>
        <w:autoSpaceDE w:val="0"/>
        <w:widowControl/>
        <w:spacing w:line="19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.9999999999999" w:type="dxa"/>
      </w:tblPr>
      <w:tblGrid>
        <w:gridCol w:w="2623"/>
        <w:gridCol w:w="2623"/>
        <w:gridCol w:w="2623"/>
        <w:gridCol w:w="2623"/>
      </w:tblGrid>
      <w:tr>
        <w:trPr>
          <w:trHeight w:hRule="exact" w:val="494"/>
        </w:trPr>
        <w:tc>
          <w:tcPr>
            <w:tcW w:type="dxa" w:w="16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372" w:right="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woc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596" w:right="5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cow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598" w:right="5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ocw</w:t>
            </w:r>
          </w:p>
        </w:tc>
        <w:tc>
          <w:tcPr>
            <w:tcW w:type="dxa" w:w="46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2" w:after="0"/>
              <w:ind w:left="598" w:right="5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n.奶牛；母牛</w:t>
            </w:r>
          </w:p>
        </w:tc>
      </w:tr>
      <w:tr>
        <w:trPr>
          <w:trHeight w:hRule="exact" w:val="520"/>
        </w:trPr>
        <w:tc>
          <w:tcPr>
            <w:tcW w:type="dxa" w:w="16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2" w:right="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few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596" w:right="5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wef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598" w:right="5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ewf</w:t>
            </w:r>
          </w:p>
        </w:tc>
        <w:tc>
          <w:tcPr>
            <w:tcW w:type="dxa" w:w="46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598" w:right="5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adj.极少；几乎没有</w:t>
            </w:r>
          </w:p>
        </w:tc>
      </w:tr>
      <w:tr>
        <w:trPr>
          <w:trHeight w:hRule="exact" w:val="516"/>
        </w:trPr>
        <w:tc>
          <w:tcPr>
            <w:tcW w:type="dxa" w:w="16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2" w:right="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osego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ogeos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goose</w:t>
            </w:r>
          </w:p>
        </w:tc>
        <w:tc>
          <w:tcPr>
            <w:tcW w:type="dxa" w:w="46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598" w:right="5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n.鹅(复数是geese)</w:t>
            </w:r>
          </w:p>
        </w:tc>
      </w:tr>
      <w:tr>
        <w:trPr>
          <w:trHeight w:hRule="exact" w:val="518"/>
        </w:trPr>
        <w:tc>
          <w:tcPr>
            <w:tcW w:type="dxa" w:w="16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2" w:right="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grass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96" w:right="5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arssg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98" w:right="5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sgars</w:t>
            </w:r>
          </w:p>
        </w:tc>
        <w:tc>
          <w:tcPr>
            <w:tcW w:type="dxa" w:w="46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598" w:right="5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n.草</w:t>
            </w:r>
          </w:p>
        </w:tc>
      </w:tr>
      <w:tr>
        <w:trPr>
          <w:trHeight w:hRule="exact" w:val="506"/>
        </w:trPr>
        <w:tc>
          <w:tcPr>
            <w:tcW w:type="dxa" w:w="16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2" w:right="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other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96" w:right="5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ohter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98" w:right="5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hoert</w:t>
            </w:r>
          </w:p>
        </w:tc>
        <w:tc>
          <w:tcPr>
            <w:tcW w:type="dxa" w:w="46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52" w:right="5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ad.其他的；别的 pron.其他的（人或</w:t>
            </w:r>
          </w:p>
        </w:tc>
      </w:tr>
    </w:tbl>
    <w:p>
      <w:pPr>
        <w:autoSpaceDN w:val="0"/>
        <w:autoSpaceDE w:val="0"/>
        <w:widowControl/>
        <w:spacing w:line="240" w:lineRule="exact" w:before="46" w:after="62"/>
        <w:ind w:left="3586" w:right="3586" w:firstLine="0"/>
        <w:jc w:val="right"/>
      </w:pPr>
      <w:r>
        <w:rPr>
          <w:rFonts w:ascii="宋体" w:hAnsi="宋体" w:eastAsia="宋体"/>
          <w:b w:val="0"/>
          <w:i w:val="0"/>
          <w:color w:val="000000"/>
          <w:sz w:val="24"/>
        </w:rPr>
        <w:t>事）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520"/>
        </w:trPr>
        <w:tc>
          <w:tcPr>
            <w:tcW w:type="dxa" w:w="2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sheep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0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hepse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0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seeph</w:t>
            </w:r>
          </w:p>
        </w:tc>
        <w:tc>
          <w:tcPr>
            <w:tcW w:type="dxa" w:w="42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6" w:after="0"/>
              <w:ind w:left="230" w:right="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n.绵羊（单复数一样）</w:t>
            </w:r>
          </w:p>
        </w:tc>
      </w:tr>
      <w:tr>
        <w:trPr>
          <w:trHeight w:hRule="exact" w:val="516"/>
        </w:trPr>
        <w:tc>
          <w:tcPr>
            <w:tcW w:type="dxa" w:w="2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pick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ikpc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kcip</w:t>
            </w:r>
          </w:p>
        </w:tc>
        <w:tc>
          <w:tcPr>
            <w:tcW w:type="dxa" w:w="42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30" w:right="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v.摘</w:t>
            </w:r>
          </w:p>
        </w:tc>
      </w:tr>
      <w:tr>
        <w:trPr>
          <w:trHeight w:hRule="exact" w:val="520"/>
        </w:trPr>
        <w:tc>
          <w:tcPr>
            <w:tcW w:type="dxa" w:w="2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vrier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river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vrrei</w:t>
            </w:r>
          </w:p>
        </w:tc>
        <w:tc>
          <w:tcPr>
            <w:tcW w:type="dxa" w:w="42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30" w:right="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n.河；江</w:t>
            </w:r>
          </w:p>
        </w:tc>
      </w:tr>
      <w:tr>
        <w:trPr>
          <w:trHeight w:hRule="exact" w:val="516"/>
        </w:trPr>
        <w:tc>
          <w:tcPr>
            <w:tcW w:type="dxa" w:w="2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toag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goat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atog</w:t>
            </w:r>
          </w:p>
        </w:tc>
        <w:tc>
          <w:tcPr>
            <w:tcW w:type="dxa" w:w="42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30" w:right="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n.山羊</w:t>
            </w:r>
          </w:p>
        </w:tc>
      </w:tr>
      <w:tr>
        <w:trPr>
          <w:trHeight w:hRule="exact" w:val="516"/>
        </w:trPr>
        <w:tc>
          <w:tcPr>
            <w:tcW w:type="dxa" w:w="2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ytuncro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country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ocunryt</w:t>
            </w:r>
          </w:p>
        </w:tc>
        <w:tc>
          <w:tcPr>
            <w:tcW w:type="dxa" w:w="42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30" w:right="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n.农村</w:t>
            </w:r>
          </w:p>
        </w:tc>
      </w:tr>
      <w:tr>
        <w:trPr>
          <w:trHeight w:hRule="exact" w:val="520"/>
        </w:trPr>
        <w:tc>
          <w:tcPr>
            <w:tcW w:type="dxa" w:w="2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dlife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field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eildf</w:t>
            </w:r>
          </w:p>
        </w:tc>
        <w:tc>
          <w:tcPr>
            <w:tcW w:type="dxa" w:w="42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30" w:right="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n.田</w:t>
            </w:r>
          </w:p>
        </w:tc>
      </w:tr>
      <w:tr>
        <w:trPr>
          <w:trHeight w:hRule="exact" w:val="516"/>
        </w:trPr>
        <w:tc>
          <w:tcPr>
            <w:tcW w:type="dxa" w:w="2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milk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kiml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imlk</w:t>
            </w:r>
          </w:p>
        </w:tc>
        <w:tc>
          <w:tcPr>
            <w:tcW w:type="dxa" w:w="42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30" w:right="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v.挤奶</w:t>
            </w:r>
          </w:p>
        </w:tc>
      </w:tr>
      <w:tr>
        <w:trPr>
          <w:trHeight w:hRule="exact" w:val="516"/>
        </w:trPr>
        <w:tc>
          <w:tcPr>
            <w:tcW w:type="dxa" w:w="2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still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illts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tllsi</w:t>
            </w:r>
          </w:p>
        </w:tc>
        <w:tc>
          <w:tcPr>
            <w:tcW w:type="dxa" w:w="42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30" w:right="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adv.仍然</w:t>
            </w:r>
          </w:p>
        </w:tc>
      </w:tr>
      <w:tr>
        <w:trPr>
          <w:trHeight w:hRule="exact" w:val="520"/>
        </w:trPr>
        <w:tc>
          <w:tcPr>
            <w:tcW w:type="dxa" w:w="2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erdi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rdie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ride</w:t>
            </w:r>
          </w:p>
        </w:tc>
        <w:tc>
          <w:tcPr>
            <w:tcW w:type="dxa" w:w="42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30" w:right="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v.骑(过去式是rode)</w:t>
            </w:r>
          </w:p>
        </w:tc>
      </w:tr>
      <w:tr>
        <w:trPr>
          <w:trHeight w:hRule="exact" w:val="516"/>
        </w:trPr>
        <w:tc>
          <w:tcPr>
            <w:tcW w:type="dxa" w:w="2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ari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air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ria</w:t>
            </w:r>
          </w:p>
        </w:tc>
        <w:tc>
          <w:tcPr>
            <w:tcW w:type="dxa" w:w="42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30" w:right="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n.空气</w:t>
            </w:r>
          </w:p>
        </w:tc>
      </w:tr>
      <w:tr>
        <w:trPr>
          <w:trHeight w:hRule="exact" w:val="518"/>
        </w:trPr>
        <w:tc>
          <w:tcPr>
            <w:tcW w:type="dxa" w:w="2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eatk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keta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take</w:t>
            </w:r>
          </w:p>
        </w:tc>
        <w:tc>
          <w:tcPr>
            <w:tcW w:type="dxa" w:w="42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30" w:right="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v.花费(过去式是took)</w:t>
            </w:r>
          </w:p>
        </w:tc>
      </w:tr>
      <w:tr>
        <w:trPr>
          <w:trHeight w:hRule="exact" w:val="516"/>
        </w:trPr>
        <w:tc>
          <w:tcPr>
            <w:tcW w:type="dxa" w:w="2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30" w:right="2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pnegndarrta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radrntepnag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grandparent</w:t>
            </w:r>
          </w:p>
        </w:tc>
        <w:tc>
          <w:tcPr>
            <w:tcW w:type="dxa" w:w="42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30" w:right="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n.祖父（母）；外祖父（母）</w:t>
            </w:r>
          </w:p>
        </w:tc>
      </w:tr>
      <w:tr>
        <w:trPr>
          <w:trHeight w:hRule="exact" w:val="518"/>
        </w:trPr>
        <w:tc>
          <w:tcPr>
            <w:tcW w:type="dxa" w:w="2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niyso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nsoiy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noisy</w:t>
            </w:r>
          </w:p>
        </w:tc>
        <w:tc>
          <w:tcPr>
            <w:tcW w:type="dxa" w:w="42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30" w:right="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adj.嘈杂的</w:t>
            </w:r>
          </w:p>
        </w:tc>
      </w:tr>
      <w:tr>
        <w:trPr>
          <w:trHeight w:hRule="exact" w:val="518"/>
        </w:trPr>
        <w:tc>
          <w:tcPr>
            <w:tcW w:type="dxa" w:w="2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ietuq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quiet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uqtie</w:t>
            </w:r>
          </w:p>
        </w:tc>
        <w:tc>
          <w:tcPr>
            <w:tcW w:type="dxa" w:w="42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30" w:right="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adj.安静的</w:t>
            </w:r>
          </w:p>
        </w:tc>
      </w:tr>
      <w:tr>
        <w:trPr>
          <w:trHeight w:hRule="exact" w:val="518"/>
        </w:trPr>
        <w:tc>
          <w:tcPr>
            <w:tcW w:type="dxa" w:w="2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mordne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modern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noedmr</w:t>
            </w:r>
          </w:p>
        </w:tc>
        <w:tc>
          <w:tcPr>
            <w:tcW w:type="dxa" w:w="42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30" w:right="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adj.现代化的</w:t>
            </w:r>
          </w:p>
        </w:tc>
      </w:tr>
      <w:tr>
        <w:trPr>
          <w:trHeight w:hRule="exact" w:val="1206"/>
        </w:trPr>
        <w:tc>
          <w:tcPr>
            <w:tcW w:type="dxa" w:w="240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30" w:right="6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ddwreoc</w:t>
            </w:r>
          </w:p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dwocdre</w:t>
            </w:r>
          </w:p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30" w:right="2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crowded</w:t>
            </w:r>
          </w:p>
        </w:tc>
        <w:tc>
          <w:tcPr>
            <w:tcW w:type="dxa" w:w="42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30" w:right="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adj.拥挤的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24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26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教科版（主编：龚亚夫）（三年级起点）</w:t>
            </w:r>
          </w:p>
        </w:tc>
      </w:tr>
      <w:tr>
        <w:trPr>
          <w:trHeight w:hRule="exact" w:val="790"/>
        </w:trPr>
        <w:tc>
          <w:tcPr>
            <w:tcW w:type="dxa" w:w="241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heavy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220" w:right="2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ahyve</w:t>
            </w:r>
          </w:p>
        </w:tc>
        <w:tc>
          <w:tcPr>
            <w:tcW w:type="dxa" w:w="189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yvhae</w:t>
            </w:r>
          </w:p>
        </w:tc>
        <w:tc>
          <w:tcPr>
            <w:tcW w:type="dxa" w:w="426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adj.拥挤的；大量的</w:t>
            </w:r>
          </w:p>
        </w:tc>
      </w:tr>
      <w:tr>
        <w:trPr>
          <w:trHeight w:hRule="exact" w:val="520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cheap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20" w:right="2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pheca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ahpec</w:t>
            </w:r>
          </w:p>
        </w:tc>
        <w:tc>
          <w:tcPr>
            <w:tcW w:type="dxa" w:w="42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adj.便宜的</w:t>
            </w:r>
          </w:p>
        </w:tc>
      </w:tr>
      <w:tr>
        <w:trPr>
          <w:trHeight w:hRule="exact" w:val="516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sowl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0" w:right="2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wlso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slow</w:t>
            </w:r>
          </w:p>
        </w:tc>
        <w:tc>
          <w:tcPr>
            <w:tcW w:type="dxa" w:w="42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adj.慢的；缓慢的</w:t>
            </w:r>
          </w:p>
        </w:tc>
      </w:tr>
      <w:tr>
        <w:trPr>
          <w:trHeight w:hRule="exact" w:val="518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ewdi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20" w:right="2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weid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wide</w:t>
            </w:r>
          </w:p>
        </w:tc>
        <w:tc>
          <w:tcPr>
            <w:tcW w:type="dxa" w:w="42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adj.宽阔的</w:t>
            </w:r>
          </w:p>
        </w:tc>
      </w:tr>
      <w:tr>
        <w:trPr>
          <w:trHeight w:hRule="exact" w:val="518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comfortable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cerlofmbato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factlomebor</w:t>
            </w:r>
          </w:p>
        </w:tc>
        <w:tc>
          <w:tcPr>
            <w:tcW w:type="dxa" w:w="42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adj.舒服的</w:t>
            </w:r>
          </w:p>
        </w:tc>
      </w:tr>
      <w:tr>
        <w:trPr>
          <w:trHeight w:hRule="exact" w:val="516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student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0" w:right="2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etusntd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dtenust</w:t>
            </w:r>
          </w:p>
        </w:tc>
        <w:tc>
          <w:tcPr>
            <w:tcW w:type="dxa" w:w="42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n.学生</w:t>
            </w:r>
          </w:p>
        </w:tc>
      </w:tr>
      <w:tr>
        <w:trPr>
          <w:trHeight w:hRule="exact" w:val="518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icty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20" w:right="2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city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ytic</w:t>
            </w:r>
          </w:p>
        </w:tc>
        <w:tc>
          <w:tcPr>
            <w:tcW w:type="dxa" w:w="42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n.城市</w:t>
            </w:r>
          </w:p>
        </w:tc>
      </w:tr>
      <w:tr>
        <w:trPr>
          <w:trHeight w:hRule="exact" w:val="518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56" w:right="6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postcard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0" w:right="2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raopdstc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cdratpso</w:t>
            </w:r>
          </w:p>
        </w:tc>
        <w:tc>
          <w:tcPr>
            <w:tcW w:type="dxa" w:w="42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n.明信片</w:t>
            </w:r>
          </w:p>
        </w:tc>
      </w:tr>
      <w:tr>
        <w:trPr>
          <w:trHeight w:hRule="exact" w:val="604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72" w:right="27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uoscryeitnd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countryside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dtoycensriu</w:t>
            </w:r>
          </w:p>
        </w:tc>
        <w:tc>
          <w:tcPr>
            <w:tcW w:type="dxa" w:w="42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n.农村</w:t>
            </w:r>
          </w:p>
        </w:tc>
      </w:tr>
    </w:tbl>
    <w:p>
      <w:pPr>
        <w:autoSpaceDN w:val="0"/>
        <w:autoSpaceDE w:val="0"/>
        <w:widowControl/>
        <w:spacing w:line="14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8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8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53.9999999999999" w:type="dxa"/>
      </w:tblPr>
      <w:tblGrid>
        <w:gridCol w:w="5246"/>
        <w:gridCol w:w="5246"/>
      </w:tblGrid>
      <w:tr>
        <w:trPr>
          <w:trHeight w:hRule="exact" w:val="3010"/>
        </w:trPr>
        <w:tc>
          <w:tcPr>
            <w:tcW w:type="dxa" w:w="52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352" w:right="3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n.奶牛；母牛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602" w:right="60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n.鹅(复数是geese)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242" w:right="24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oth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ad.其他的；别的 pron.其他</w:t>
            </w:r>
          </w:p>
        </w:tc>
        <w:tc>
          <w:tcPr>
            <w:tcW w:type="dxa" w:w="4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242" w:right="24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adj.极少；几乎没有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242" w:right="24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ras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434" w:right="434" w:firstLine="0"/>
              <w:jc w:val="righ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eep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n.绵羊（单复数一样）</w:t>
            </w:r>
          </w:p>
        </w:tc>
      </w:tr>
    </w:tbl>
    <w:p>
      <w:pPr>
        <w:autoSpaceDN w:val="0"/>
        <w:autoSpaceDE w:val="0"/>
        <w:widowControl/>
        <w:spacing w:line="240" w:lineRule="exact" w:before="358" w:after="314"/>
        <w:ind w:left="2332" w:right="2332" w:firstLine="0"/>
        <w:jc w:val="left"/>
      </w:pPr>
      <w:r>
        <w:rPr>
          <w:rFonts w:ascii="宋体" w:hAnsi="宋体" w:eastAsia="宋体"/>
          <w:b w:val="0"/>
          <w:i w:val="0"/>
          <w:color w:val="555D5D"/>
          <w:sz w:val="24"/>
        </w:rPr>
        <w:t>的（人或事）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5894"/>
        </w:trPr>
        <w:tc>
          <w:tcPr>
            <w:tcW w:type="dxa" w:w="435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31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v.摘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n.山羊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n.田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adv.仍然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n.空气</w:t>
            </w:r>
          </w:p>
        </w:tc>
        <w:tc>
          <w:tcPr>
            <w:tcW w:type="dxa" w:w="61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316" w:after="0"/>
              <w:ind w:left="1454" w:right="145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ive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n.河；江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204" w:right="12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count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n.农村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454" w:right="145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v.挤奶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06" w:right="1306" w:firstLine="0"/>
              <w:jc w:val="righ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v.骑(过去式是rode)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16" w:right="1016" w:firstLine="0"/>
              <w:jc w:val="righ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v.花费(过去式是took)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56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47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教科版（主编：龚亚夫）（三年级起点）</w:t>
            </w:r>
          </w:p>
        </w:tc>
      </w:tr>
      <w:tr>
        <w:trPr>
          <w:trHeight w:hRule="exact" w:val="1346"/>
        </w:trPr>
        <w:tc>
          <w:tcPr>
            <w:tcW w:type="dxa" w:w="566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142" w:right="14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andpare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n.祖父（母）；外祖</w:t>
            </w:r>
          </w:p>
        </w:tc>
        <w:tc>
          <w:tcPr>
            <w:tcW w:type="dxa" w:w="47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142" w:right="14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adj.嘈杂的</w:t>
            </w:r>
          </w:p>
        </w:tc>
      </w:tr>
    </w:tbl>
    <w:p>
      <w:pPr>
        <w:autoSpaceDN w:val="0"/>
        <w:autoSpaceDE w:val="0"/>
        <w:widowControl/>
        <w:spacing w:line="240" w:lineRule="exact" w:before="358" w:after="316"/>
        <w:ind w:left="3372" w:right="3372" w:firstLine="0"/>
        <w:jc w:val="left"/>
      </w:pPr>
      <w:r>
        <w:rPr>
          <w:rFonts w:ascii="宋体" w:hAnsi="宋体" w:eastAsia="宋体"/>
          <w:b w:val="0"/>
          <w:i w:val="0"/>
          <w:color w:val="555D5D"/>
          <w:sz w:val="24"/>
        </w:rPr>
        <w:t>父（母）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353.9999999999999" w:type="dxa"/>
      </w:tblPr>
      <w:tblGrid>
        <w:gridCol w:w="5246"/>
        <w:gridCol w:w="5246"/>
      </w:tblGrid>
      <w:tr>
        <w:trPr>
          <w:trHeight w:hRule="exact" w:val="5988"/>
        </w:trPr>
        <w:tc>
          <w:tcPr>
            <w:tcW w:type="dxa" w:w="43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314" w:after="0"/>
              <w:ind w:left="352" w:right="3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q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adj.安静的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52" w:right="3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cro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adj.拥挤的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52" w:right="3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adj.便宜的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52" w:right="3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adj.宽阔的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602" w:right="60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tude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n.学生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52" w:right="3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postc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n.明信片</w:t>
            </w:r>
          </w:p>
        </w:tc>
        <w:tc>
          <w:tcPr>
            <w:tcW w:type="dxa" w:w="52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314" w:after="0"/>
              <w:ind w:left="0" w:right="0" w:firstLine="0"/>
              <w:jc w:val="center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adj.现代化的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560" w:right="56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adj.拥挤的；大量的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36" w:right="8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adj.慢的；缓慢的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512" w:right="51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ortabl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adj.舒服的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86" w:right="108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n.城市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36" w:right="8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untrysi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n.农村</w:t>
            </w:r>
          </w:p>
        </w:tc>
      </w:tr>
    </w:tbl>
    <w:p>
      <w:pPr>
        <w:autoSpaceDN w:val="0"/>
        <w:autoSpaceDE w:val="0"/>
        <w:widowControl/>
        <w:spacing w:line="2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53.9999999999999" w:type="dxa"/>
      </w:tblPr>
      <w:tblGrid>
        <w:gridCol w:w="2623"/>
        <w:gridCol w:w="2623"/>
        <w:gridCol w:w="2623"/>
        <w:gridCol w:w="2623"/>
      </w:tblGrid>
      <w:tr>
        <w:trPr>
          <w:trHeight w:hRule="exact" w:val="924"/>
        </w:trPr>
        <w:tc>
          <w:tcPr>
            <w:tcW w:type="dxa" w:w="478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352" w:right="3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n.奶牛；母牛 </w:t>
            </w:r>
          </w:p>
        </w:tc>
        <w:tc>
          <w:tcPr>
            <w:tcW w:type="dxa" w:w="22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2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adj.极少；几乎没有 </w:t>
            </w:r>
          </w:p>
          <w:p>
            <w:pPr>
              <w:autoSpaceDN w:val="0"/>
              <w:autoSpaceDE w:val="0"/>
              <w:widowControl/>
              <w:spacing w:line="240" w:lineRule="exact" w:before="760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n.草 </w:t>
            </w:r>
          </w:p>
          <w:p>
            <w:pPr>
              <w:autoSpaceDN w:val="0"/>
              <w:autoSpaceDE w:val="0"/>
              <w:widowControl/>
              <w:spacing w:line="240" w:lineRule="exact" w:before="760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n.绵羊（单复数一样） </w:t>
            </w:r>
          </w:p>
        </w:tc>
      </w:tr>
      <w:tr>
        <w:trPr>
          <w:trHeight w:hRule="exact" w:val="1000"/>
        </w:trPr>
        <w:tc>
          <w:tcPr>
            <w:tcW w:type="dxa" w:w="478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n.鹅(复数是geese) </w:t>
            </w:r>
          </w:p>
        </w:tc>
        <w:tc>
          <w:tcPr>
            <w:tcW w:type="dxa" w:w="22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1350"/>
        </w:trPr>
        <w:tc>
          <w:tcPr>
            <w:tcW w:type="dxa" w:w="21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8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ad.其他的；别的 pron.其他</w:t>
            </w: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40" w:lineRule="exact" w:before="48" w:after="282"/>
        <w:ind w:left="2546" w:right="2546" w:firstLine="0"/>
        <w:jc w:val="left"/>
      </w:pPr>
      <w:r>
        <w:rPr>
          <w:rFonts w:ascii="宋体" w:hAnsi="宋体" w:eastAsia="宋体"/>
          <w:b w:val="0"/>
          <w:i w:val="0"/>
          <w:color w:val="363639"/>
          <w:sz w:val="24"/>
        </w:rPr>
        <w:t xml:space="preserve">的（人或事）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1080"/>
        </w:trPr>
        <w:tc>
          <w:tcPr>
            <w:tcW w:type="dxa" w:w="4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8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v.摘 </w:t>
            </w:r>
          </w:p>
        </w:tc>
        <w:tc>
          <w:tcPr>
            <w:tcW w:type="dxa" w:w="29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8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7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n.河；江 </w:t>
            </w:r>
          </w:p>
        </w:tc>
      </w:tr>
      <w:tr>
        <w:trPr>
          <w:trHeight w:hRule="exact" w:val="1662"/>
        </w:trPr>
        <w:tc>
          <w:tcPr>
            <w:tcW w:type="dxa" w:w="44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n.山羊 </w:t>
            </w:r>
          </w:p>
        </w:tc>
        <w:tc>
          <w:tcPr>
            <w:tcW w:type="dxa" w:w="29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n.农村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54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4970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教科版（主编：龚亚夫）（三年级起点）</w:t>
            </w:r>
          </w:p>
        </w:tc>
      </w:tr>
      <w:tr>
        <w:trPr>
          <w:trHeight w:hRule="exact" w:val="1306"/>
        </w:trPr>
        <w:tc>
          <w:tcPr>
            <w:tcW w:type="dxa" w:w="549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n.田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adv.仍然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n.空气 </w:t>
            </w:r>
          </w:p>
          <w:p>
            <w:pPr>
              <w:autoSpaceDN w:val="0"/>
              <w:autoSpaceDE w:val="0"/>
              <w:widowControl/>
              <w:spacing w:line="240" w:lineRule="exact" w:before="598" w:after="0"/>
              <w:ind w:left="70" w:right="70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n.祖父（母）；外祖父（母</w:t>
            </w:r>
          </w:p>
          <w:p>
            <w:pPr>
              <w:autoSpaceDN w:val="0"/>
              <w:autoSpaceDE w:val="0"/>
              <w:widowControl/>
              <w:spacing w:line="240" w:lineRule="auto" w:before="62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v.挤奶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v.骑(过去式是rode)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v.花费(过去式是took) </w:t>
            </w:r>
          </w:p>
        </w:tc>
      </w:tr>
      <w:tr>
        <w:trPr>
          <w:trHeight w:hRule="exact" w:val="1348"/>
        </w:trPr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adj.嘈杂的 </w:t>
            </w:r>
          </w:p>
        </w:tc>
      </w:tr>
    </w:tbl>
    <w:p>
      <w:pPr>
        <w:autoSpaceDN w:val="0"/>
        <w:autoSpaceDE w:val="0"/>
        <w:widowControl/>
        <w:spacing w:line="240" w:lineRule="exact" w:before="50" w:after="280"/>
        <w:ind w:left="2546" w:right="2546" w:firstLine="0"/>
        <w:jc w:val="left"/>
      </w:pPr>
      <w:r>
        <w:rPr>
          <w:rFonts w:ascii="宋体" w:hAnsi="宋体" w:eastAsia="宋体"/>
          <w:b w:val="0"/>
          <w:i w:val="0"/>
          <w:color w:val="363639"/>
          <w:sz w:val="24"/>
        </w:rPr>
        <w:t xml:space="preserve">）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1082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82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adj.安静的 </w:t>
            </w:r>
          </w:p>
        </w:tc>
        <w:tc>
          <w:tcPr>
            <w:tcW w:type="dxa" w:w="26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82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80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adj.现代化的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adj.拥挤的 </w:t>
            </w:r>
          </w:p>
        </w:tc>
        <w:tc>
          <w:tcPr>
            <w:tcW w:type="dxa" w:w="26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adj.拥挤的；大量的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adj.便宜的 </w:t>
            </w:r>
          </w:p>
        </w:tc>
        <w:tc>
          <w:tcPr>
            <w:tcW w:type="dxa" w:w="26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adj.慢的；缓慢的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adj.宽阔的 </w:t>
            </w:r>
          </w:p>
        </w:tc>
        <w:tc>
          <w:tcPr>
            <w:tcW w:type="dxa" w:w="26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adj.舒服的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n.学生 </w:t>
            </w:r>
          </w:p>
        </w:tc>
        <w:tc>
          <w:tcPr>
            <w:tcW w:type="dxa" w:w="26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n.城市 </w:t>
            </w:r>
          </w:p>
        </w:tc>
      </w:tr>
      <w:tr>
        <w:trPr>
          <w:trHeight w:hRule="exact" w:val="5646"/>
        </w:trPr>
        <w:tc>
          <w:tcPr>
            <w:tcW w:type="dxa" w:w="47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n.明信片 </w:t>
            </w:r>
          </w:p>
        </w:tc>
        <w:tc>
          <w:tcPr>
            <w:tcW w:type="dxa" w:w="26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2" w:right="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n.农村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16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