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3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1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教科版（EEC学院）（三年级起点）</w:t>
            </w:r>
          </w:p>
        </w:tc>
      </w:tr>
    </w:tbl>
    <w:p>
      <w:pPr>
        <w:autoSpaceDN w:val="0"/>
        <w:autoSpaceDE w:val="0"/>
        <w:widowControl/>
        <w:spacing w:line="250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3472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8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218" w:right="218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单词表总结和背单词练习</w:t>
            </w:r>
          </w:p>
        </w:tc>
      </w:tr>
      <w:tr>
        <w:trPr>
          <w:trHeight w:hRule="exact" w:val="1468"/>
        </w:trPr>
        <w:tc>
          <w:tcPr>
            <w:tcW w:type="dxa" w:w="3472"/>
            <w:tcBorders>
              <w:top w:sz="5.599999904632568" w:val="single" w:color="#324C4C"/>
              <w:end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8"/>
            <w:tcBorders>
              <w:start w:sz="5.599999904632568" w:val="single" w:color="#324C4C"/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96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学期：六年级上学期</w:t>
            </w:r>
          </w:p>
          <w:p>
            <w:pPr>
              <w:autoSpaceDN w:val="0"/>
              <w:autoSpaceDE w:val="0"/>
              <w:widowControl/>
              <w:spacing w:line="422" w:lineRule="exact" w:before="228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版本：教科版（EEC学院）（三年级起点）</w:t>
            </w:r>
          </w:p>
        </w:tc>
      </w:tr>
    </w:tbl>
    <w:p>
      <w:pPr>
        <w:autoSpaceDN w:val="0"/>
        <w:autoSpaceDE w:val="0"/>
        <w:widowControl/>
        <w:spacing w:line="212" w:lineRule="exact" w:before="11326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3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1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教科版（EEC学院）（三年级起点）</w:t>
            </w:r>
          </w:p>
        </w:tc>
      </w:tr>
    </w:tbl>
    <w:p>
      <w:pPr>
        <w:autoSpaceDN w:val="0"/>
        <w:autoSpaceDE w:val="0"/>
        <w:widowControl/>
        <w:spacing w:line="26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01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30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单词表</w:t>
                  </w:r>
                </w:p>
              </w:tc>
              <w:tc>
                <w:tcPr>
                  <w:tcW w:type="dxa" w:w="37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按课文顺序</w:t>
                  </w:r>
                </w:p>
              </w:tc>
              <w:tc>
                <w:tcPr>
                  <w:tcW w:type="dxa" w:w="35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" name="Picture 1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400" w:lineRule="exact" w:before="1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1 Going to School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6734"/>
        </w:trPr>
        <w:tc>
          <w:tcPr>
            <w:tcW w:type="dxa" w:w="422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absent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缺席的，不在的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another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另一个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catch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赶上（车、船等）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elementary school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小学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快速地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girl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女孩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on time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准时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their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他们的，她们的，它们的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wake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醒来</w:t>
            </w:r>
          </w:p>
        </w:tc>
        <w:tc>
          <w:tcPr>
            <w:tcW w:type="dxa" w:w="550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720" w:right="72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also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20" w:right="72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boy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男孩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20" w:right="72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driver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驾驶员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20" w:right="72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everyone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每个人，人人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20" w:right="72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get 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上车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20" w:right="72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grade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年级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20" w:right="72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same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同样的，相同的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20" w:right="72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train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火车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20" w:right="72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wake up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醒来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woke </w:t>
      </w:r>
      <w:r>
        <w:rPr>
          <w:rFonts w:ascii="宋体" w:hAnsi="宋体" w:eastAsia="宋体"/>
          <w:b w:val="0"/>
          <w:i w:val="0"/>
          <w:color w:val="555D5D"/>
          <w:sz w:val="24"/>
        </w:rPr>
        <w:t>wake的过去式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2 New Friend, Jenny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5766"/>
        </w:trPr>
        <w:tc>
          <w:tcPr>
            <w:tcW w:type="dxa" w:w="4212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art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艺术，美术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calculate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计算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difficult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困难的，难的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east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东部，东方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horse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马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L.A.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洛杉矶（美国城市）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New York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纽约（美国城市）</w:t>
            </w:r>
          </w:p>
        </w:tc>
        <w:tc>
          <w:tcPr>
            <w:tcW w:type="dxa" w:w="5508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726" w:right="72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 good at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擅长于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26" w:right="72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capital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首都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26" w:right="72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duck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鸭子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26" w:right="72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favorite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最喜欢的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26" w:right="72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introduce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介绍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26" w:right="72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London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伦敦（英国首都）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26" w:right="72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north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北部，北方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495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502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教科版（EEC学院）（三年级起点）</w:t>
            </w:r>
          </w:p>
        </w:tc>
      </w:tr>
      <w:tr>
        <w:trPr>
          <w:trHeight w:hRule="exact" w:val="3992"/>
        </w:trPr>
        <w:tc>
          <w:tcPr>
            <w:tcW w:type="dxa" w:w="4958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682" w:right="68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Ottawa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渥太华（加拿大首都）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Picasso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毕加索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potato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土豆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scientist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科学家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south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南部，南方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subject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科目，学科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tomato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西红柿</w:t>
            </w:r>
          </w:p>
        </w:tc>
        <w:tc>
          <w:tcPr>
            <w:tcW w:type="dxa" w:w="5502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680" w:right="6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P.E.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体育（课）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80" w:right="6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player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运动员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San Francisco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旧金山（美国城市）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80" w:right="6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Seattle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西雅图（美国城市）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80" w:right="6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sport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运动</w:t>
            </w:r>
          </w:p>
        </w:tc>
      </w:tr>
      <w:tr>
        <w:trPr>
          <w:trHeight w:hRule="exact" w:val="760"/>
        </w:trPr>
        <w:tc>
          <w:tcPr>
            <w:tcW w:type="dxa" w:w="3497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21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428" w:right="42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Thomas </w:t>
            </w:r>
          </w:p>
        </w:tc>
        <w:tc>
          <w:tcPr>
            <w:tcW w:type="dxa" w:w="33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86" w:after="0"/>
              <w:ind w:left="282" w:right="28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托马斯·爱迪生（美国发</w:t>
            </w:r>
          </w:p>
        </w:tc>
      </w:tr>
      <w:tr>
        <w:trPr>
          <w:trHeight w:hRule="exact" w:val="760"/>
        </w:trPr>
        <w:tc>
          <w:tcPr>
            <w:tcW w:type="dxa" w:w="3497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550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680" w:right="6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U.K.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英国</w:t>
            </w:r>
          </w:p>
        </w:tc>
      </w:tr>
    </w:tbl>
    <w:p>
      <w:pPr>
        <w:autoSpaceDN w:val="0"/>
        <w:autoSpaceDE w:val="0"/>
        <w:widowControl/>
        <w:spacing w:line="400" w:lineRule="exact" w:before="180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west </w:t>
      </w:r>
      <w:r>
        <w:rPr>
          <w:rFonts w:ascii="宋体" w:hAnsi="宋体" w:eastAsia="宋体"/>
          <w:b w:val="0"/>
          <w:i w:val="0"/>
          <w:color w:val="555D5D"/>
          <w:sz w:val="24"/>
        </w:rPr>
        <w:t>西部，西方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3 Shopping at a Store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5974"/>
        </w:trPr>
        <w:tc>
          <w:tcPr>
            <w:tcW w:type="dxa" w:w="388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biggest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最大的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fitting room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试衣间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灰色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long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长的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longest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最长的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salesperson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售货员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shorter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较短的，较矮的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smallest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最小的</w:t>
            </w:r>
          </w:p>
        </w:tc>
        <w:tc>
          <w:tcPr>
            <w:tcW w:type="dxa" w:w="583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060" w:right="10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center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中心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60" w:right="10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give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给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60" w:right="10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I'll take it.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我要买它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60" w:right="10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longer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较长的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60" w:right="10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of course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当然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60" w:right="10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short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短的，矮的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60" w:right="10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shortest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最短的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60" w:right="10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try 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试穿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yuan </w:t>
      </w:r>
      <w:r>
        <w:rPr>
          <w:rFonts w:ascii="宋体" w:hAnsi="宋体" w:eastAsia="宋体"/>
          <w:b w:val="0"/>
          <w:i w:val="0"/>
          <w:color w:val="555D5D"/>
          <w:sz w:val="24"/>
        </w:rPr>
        <w:t>元（中国货币单位）</w:t>
      </w:r>
    </w:p>
    <w:p>
      <w:pPr>
        <w:autoSpaceDN w:val="0"/>
        <w:autoSpaceDE w:val="0"/>
        <w:widowControl/>
        <w:spacing w:line="400" w:lineRule="exact" w:before="720" w:after="0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4 Going to the Fun Park </w:t>
      </w:r>
    </w:p>
    <w:p>
      <w:pPr>
        <w:autoSpaceDN w:val="0"/>
        <w:autoSpaceDE w:val="0"/>
        <w:widowControl/>
        <w:spacing w:line="212" w:lineRule="exact" w:before="1052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54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91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教科版（EEC学院）（三年级起点）</w:t>
            </w:r>
          </w:p>
        </w:tc>
      </w:tr>
      <w:tr>
        <w:trPr>
          <w:trHeight w:hRule="exact" w:val="8552"/>
        </w:trPr>
        <w:tc>
          <w:tcPr>
            <w:tcW w:type="dxa" w:w="454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across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在对面，向对面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bus stop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公共汽车站台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children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儿童（复数）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early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早早地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fun park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游乐园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get to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到达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medicine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药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outside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外面，户外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right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正确的；右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start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开始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ticket office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售票处</w:t>
            </w:r>
          </w:p>
        </w:tc>
        <w:tc>
          <w:tcPr>
            <w:tcW w:type="dxa" w:w="591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1098" w:right="10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adult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成人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98" w:right="10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child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儿童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98" w:right="10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cross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横穿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98" w:right="10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fruit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水果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98" w:right="10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get lost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迷路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98" w:right="10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keep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保持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98" w:right="10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miss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错过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98" w:right="10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park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停放；公园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98" w:right="10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should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应该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98" w:right="10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take medicine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吃药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98" w:right="10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turn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</w:tc>
      </w:tr>
    </w:tbl>
    <w:p>
      <w:pPr>
        <w:autoSpaceDN w:val="0"/>
        <w:autoSpaceDE w:val="0"/>
        <w:widowControl/>
        <w:spacing w:line="400" w:lineRule="exact" w:before="180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way </w:t>
      </w:r>
      <w:r>
        <w:rPr>
          <w:rFonts w:ascii="宋体" w:hAnsi="宋体" w:eastAsia="宋体"/>
          <w:b w:val="0"/>
          <w:i w:val="0"/>
          <w:color w:val="555D5D"/>
          <w:sz w:val="24"/>
        </w:rPr>
        <w:t>道路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5 Riding the Roller Coaster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5602"/>
        </w:trPr>
        <w:tc>
          <w:tcPr>
            <w:tcW w:type="dxa" w:w="4472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aboard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上(船，飞机，火车)......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同......一样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coin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硬币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had better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最好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over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在......以上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soup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汤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taller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</w:tc>
        <w:tc>
          <w:tcPr>
            <w:tcW w:type="dxa" w:w="5248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466" w:right="46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ake…out of..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将......从......拿出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66" w:right="46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厘米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66" w:right="46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enough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足够地，充分地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66" w:right="46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older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年龄较大的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66" w:right="46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rule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规则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66" w:right="46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still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还，仍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66" w:right="46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tallest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最高的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30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15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教科版（EEC学院）（三年级起点）</w:t>
            </w:r>
          </w:p>
        </w:tc>
      </w:tr>
      <w:tr>
        <w:trPr>
          <w:trHeight w:hRule="exact" w:val="1164"/>
        </w:trPr>
        <w:tc>
          <w:tcPr>
            <w:tcW w:type="dxa" w:w="430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78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than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与......相比</w:t>
            </w:r>
          </w:p>
        </w:tc>
        <w:tc>
          <w:tcPr>
            <w:tcW w:type="dxa" w:w="615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78" w:after="0"/>
              <w:ind w:left="1336" w:right="13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young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年轻的</w:t>
            </w:r>
          </w:p>
        </w:tc>
      </w:tr>
    </w:tbl>
    <w:p>
      <w:pPr>
        <w:autoSpaceDN w:val="0"/>
        <w:autoSpaceDE w:val="0"/>
        <w:widowControl/>
        <w:spacing w:line="400" w:lineRule="exact" w:before="180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younger </w:t>
      </w:r>
      <w:r>
        <w:rPr>
          <w:rFonts w:ascii="宋体" w:hAnsi="宋体" w:eastAsia="宋体"/>
          <w:b w:val="0"/>
          <w:i w:val="0"/>
          <w:color w:val="555D5D"/>
          <w:sz w:val="24"/>
        </w:rPr>
        <w:t>较年轻的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6 At the Safari Park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9954"/>
        </w:trPr>
        <w:tc>
          <w:tcPr>
            <w:tcW w:type="dxa" w:w="424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 few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一些，几（个）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anytime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任何时候，无论何时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 afraid of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害怕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book fair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书展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concert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音乐会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everywhere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各处，到处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have got to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必须，不得不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jungle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丛林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life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生活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over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结束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safari park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野生动物园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Shall we..?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我们......好吗？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water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给…浇水；水</w:t>
            </w:r>
          </w:p>
        </w:tc>
        <w:tc>
          <w:tcPr>
            <w:tcW w:type="dxa" w:w="547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690" w:right="6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ambulance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救护车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90" w:right="6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ask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请求，问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90" w:right="6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 interested in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对......感兴趣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90" w:right="6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给…打电话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90" w:right="6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die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死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90" w:right="6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get out of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从…出来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90" w:right="6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history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历史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90" w:right="6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later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之后，此后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90" w:right="6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missing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失踪的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90" w:right="6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policewoman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女警察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90" w:right="6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shall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将，会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90" w:right="6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tour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旅行，旅游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90" w:right="6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woman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成年女子，妇女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7 Oh! That's My Son!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2178"/>
        </w:trPr>
        <w:tc>
          <w:tcPr>
            <w:tcW w:type="dxa" w:w="4222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ago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以前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as old as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和......一样的年纪</w:t>
            </w:r>
          </w:p>
        </w:tc>
        <w:tc>
          <w:tcPr>
            <w:tcW w:type="dxa" w:w="5498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718" w:right="71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as big as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和......一样重（胖）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718" w:right="71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as tall as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和......一样高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5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7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教科版（EEC学院）（三年级起点）</w:t>
            </w:r>
          </w:p>
        </w:tc>
      </w:tr>
      <w:tr>
        <w:trPr>
          <w:trHeight w:hRule="exact" w:val="6272"/>
        </w:trPr>
        <w:tc>
          <w:tcPr>
            <w:tcW w:type="dxa" w:w="474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blond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金黄色的（指头发）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clown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小丑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fur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皮毛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half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一半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heavy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沉，重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mouse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老鼠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question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问题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儿子</w:t>
            </w:r>
          </w:p>
        </w:tc>
        <w:tc>
          <w:tcPr>
            <w:tcW w:type="dxa" w:w="571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892" w:right="8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brown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棕色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92" w:right="8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daughter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女儿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92" w:right="8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hair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头发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92" w:right="8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heavier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较重的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92" w:right="8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hour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小时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92" w:right="8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pink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粉色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92" w:right="8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shout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呼喊，喊叫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92" w:right="8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tail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尾巴</w:t>
            </w:r>
          </w:p>
        </w:tc>
      </w:tr>
    </w:tbl>
    <w:p>
      <w:pPr>
        <w:autoSpaceDN w:val="0"/>
        <w:autoSpaceDE w:val="0"/>
        <w:widowControl/>
        <w:spacing w:line="400" w:lineRule="exact" w:before="180" w:after="654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vest </w:t>
      </w:r>
      <w:r>
        <w:rPr>
          <w:rFonts w:ascii="宋体" w:hAnsi="宋体" w:eastAsia="宋体"/>
          <w:b w:val="0"/>
          <w:i w:val="0"/>
          <w:color w:val="555D5D"/>
          <w:sz w:val="24"/>
        </w:rPr>
        <w:t>背心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02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单词抄写</w:t>
                  </w:r>
                </w:p>
              </w:tc>
              <w:tc>
                <w:tcPr>
                  <w:tcW w:type="dxa" w:w="376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将单词抄写6遍</w:t>
                  </w:r>
                </w:p>
              </w:tc>
              <w:tc>
                <w:tcPr>
                  <w:tcW w:type="dxa" w:w="32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2" name="Picture 2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624"/>
        </w:trPr>
        <w:tc>
          <w:tcPr>
            <w:tcW w:type="dxa" w:w="14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8" w:right="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same </w:t>
            </w:r>
          </w:p>
        </w:tc>
        <w:tc>
          <w:tcPr>
            <w:tcW w:type="dxa" w:w="23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88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同样的，相同的</w:t>
            </w:r>
          </w:p>
        </w:tc>
        <w:tc>
          <w:tcPr>
            <w:tcW w:type="dxa" w:w="266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90" w:after="0"/>
              <w:ind w:left="148" w:right="14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9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" name="Picture 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7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" name="Picture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7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" name="Picture 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48" w:right="14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" name="Picture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" name="Picture 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4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catch </w:t>
            </w:r>
          </w:p>
        </w:tc>
        <w:tc>
          <w:tcPr>
            <w:tcW w:type="dxa" w:w="23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48" w:right="148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赶上（车、船等）</w:t>
            </w:r>
          </w:p>
        </w:tc>
        <w:tc>
          <w:tcPr>
            <w:tcW w:type="dxa" w:w="266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148" w:right="14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" name="Picture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" name="Picture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7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" name="Picture 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7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" name="Picture 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48" w:right="14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" name="Picture 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" name="Picture 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76" w:right="17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boy </w:t>
            </w:r>
          </w:p>
        </w:tc>
        <w:tc>
          <w:tcPr>
            <w:tcW w:type="dxa" w:w="23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56" w:right="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男孩</w:t>
            </w:r>
          </w:p>
        </w:tc>
        <w:tc>
          <w:tcPr>
            <w:tcW w:type="dxa" w:w="2664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48" w:right="14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" name="Picture 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" name="Picture 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836"/>
        </w:trPr>
        <w:tc>
          <w:tcPr>
            <w:tcW w:type="dxa" w:w="3786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" name="Picture 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6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338"/>
        </w:trPr>
        <w:tc>
          <w:tcPr>
            <w:tcW w:type="dxa" w:w="6254"/>
            <w:gridSpan w:val="5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420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教科版（EEC学院）（三年级起点）</w:t>
            </w:r>
          </w:p>
        </w:tc>
      </w:tr>
      <w:tr>
        <w:trPr>
          <w:trHeight w:hRule="exact" w:val="1240"/>
        </w:trPr>
        <w:tc>
          <w:tcPr>
            <w:tcW w:type="dxa" w:w="3216"/>
            <w:gridSpan w:val="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" name="Picture 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9" name="Picture 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0" name="Picture 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1" name="Picture 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2" name="Picture 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6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3" name="Picture 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4" name="Picture 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5" name="Picture 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6" name="Picture 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7" name="Picture 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8" name="Picture 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6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9" name="Picture 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0" name="Picture 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866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1" name="Picture 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76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96" w:right="19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driver </w:t>
            </w:r>
          </w:p>
        </w:tc>
        <w:tc>
          <w:tcPr>
            <w:tcW w:type="dxa" w:w="448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34" w:right="3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驾驶员</w:t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2" name="Picture 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3" name="Picture 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4" name="Picture 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5" name="Picture 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96"/>
        </w:trPr>
        <w:tc>
          <w:tcPr>
            <w:tcW w:type="dxa" w:w="15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24" w:right="22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fast </w:t>
            </w:r>
          </w:p>
        </w:tc>
        <w:tc>
          <w:tcPr>
            <w:tcW w:type="dxa" w:w="474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6" w:right="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快速地</w:t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6" name="Picture 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7" name="Picture 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8" name="Picture 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9" name="Picture 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700"/>
        </w:trPr>
        <w:tc>
          <w:tcPr>
            <w:tcW w:type="dxa" w:w="15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08" w:right="10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their </w:t>
            </w:r>
          </w:p>
        </w:tc>
        <w:tc>
          <w:tcPr>
            <w:tcW w:type="dxa" w:w="474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24" w:right="12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他们的，她们的，它们的</w:t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4"/>
        </w:trPr>
        <w:tc>
          <w:tcPr>
            <w:tcW w:type="dxa" w:w="32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0" name="Picture 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1" name="Picture 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2"/>
        </w:trPr>
        <w:tc>
          <w:tcPr>
            <w:tcW w:type="dxa" w:w="32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2" name="Picture 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3" name="Picture 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700"/>
        </w:trPr>
        <w:tc>
          <w:tcPr>
            <w:tcW w:type="dxa" w:w="15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8" w:right="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woke </w:t>
            </w:r>
          </w:p>
        </w:tc>
        <w:tc>
          <w:tcPr>
            <w:tcW w:type="dxa" w:w="474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24" w:right="22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wake的过去式</w:t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4" name="Picture 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5" name="Picture 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2"/>
        </w:trPr>
        <w:tc>
          <w:tcPr>
            <w:tcW w:type="dxa" w:w="32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6" name="Picture 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7" name="Picture 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98"/>
        </w:trPr>
        <w:tc>
          <w:tcPr>
            <w:tcW w:type="dxa" w:w="15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74" w:right="17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also </w:t>
            </w:r>
          </w:p>
        </w:tc>
        <w:tc>
          <w:tcPr>
            <w:tcW w:type="dxa" w:w="474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56" w:right="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也</w:t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8" name="Picture 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9" name="Picture 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0" name="Picture 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1" name="Picture 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34"/>
        </w:trPr>
        <w:tc>
          <w:tcPr>
            <w:tcW w:type="dxa" w:w="206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everyone </w:t>
            </w:r>
          </w:p>
        </w:tc>
        <w:tc>
          <w:tcPr>
            <w:tcW w:type="dxa" w:w="41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每个人，人人</w:t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1092"/>
        </w:trPr>
        <w:tc>
          <w:tcPr>
            <w:tcW w:type="dxa" w:w="3216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98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2" name="Picture 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98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3" name="Picture 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7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732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52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20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教科版（EEC学院）（三年级起点）</w:t>
            </w:r>
          </w:p>
        </w:tc>
      </w:tr>
      <w:tr>
        <w:trPr>
          <w:trHeight w:hRule="exact" w:val="1504"/>
        </w:trPr>
        <w:tc>
          <w:tcPr>
            <w:tcW w:type="dxa" w:w="3732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4" name="Picture 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2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202" w:right="2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5" name="Picture 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6" name="Picture 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40" w:right="2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girl </w:t>
            </w:r>
          </w:p>
        </w:tc>
        <w:tc>
          <w:tcPr>
            <w:tcW w:type="dxa" w:w="222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女孩</w:t>
            </w:r>
          </w:p>
        </w:tc>
        <w:tc>
          <w:tcPr>
            <w:tcW w:type="dxa" w:w="252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202" w:right="2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7" name="Picture 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8" name="Picture 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7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9" name="Picture 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7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0" name="Picture 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2" w:right="2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1" name="Picture 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2" name="Picture 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80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82" w:right="18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absent </w:t>
            </w:r>
          </w:p>
        </w:tc>
        <w:tc>
          <w:tcPr>
            <w:tcW w:type="dxa" w:w="19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48" w:right="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缺席的，不在的</w:t>
            </w:r>
          </w:p>
        </w:tc>
        <w:tc>
          <w:tcPr>
            <w:tcW w:type="dxa" w:w="252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202" w:right="2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3" name="Picture 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4" name="Picture 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7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5" name="Picture 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7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6" name="Picture 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2" w:right="2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7" name="Picture 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8" name="Picture 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grade </w:t>
            </w:r>
          </w:p>
        </w:tc>
        <w:tc>
          <w:tcPr>
            <w:tcW w:type="dxa" w:w="222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40" w:right="2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年级</w:t>
            </w:r>
          </w:p>
        </w:tc>
        <w:tc>
          <w:tcPr>
            <w:tcW w:type="dxa" w:w="252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202" w:right="2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9" name="Picture 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0" name="Picture 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7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1" name="Picture 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7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2" name="Picture 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2" w:right="2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3" name="Picture 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4" name="Picture 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08" w:right="10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train </w:t>
            </w:r>
          </w:p>
        </w:tc>
        <w:tc>
          <w:tcPr>
            <w:tcW w:type="dxa" w:w="222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24" w:right="12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火车</w:t>
            </w:r>
          </w:p>
        </w:tc>
        <w:tc>
          <w:tcPr>
            <w:tcW w:type="dxa" w:w="252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202" w:right="2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5" name="Picture 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6" name="Picture 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7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7" name="Picture 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7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8" name="Picture 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2" w:right="2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9" name="Picture 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0" name="Picture 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4" w:right="2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wake </w:t>
            </w:r>
          </w:p>
        </w:tc>
        <w:tc>
          <w:tcPr>
            <w:tcW w:type="dxa" w:w="222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06" w:right="20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醒来</w:t>
            </w:r>
          </w:p>
        </w:tc>
        <w:tc>
          <w:tcPr>
            <w:tcW w:type="dxa" w:w="252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202" w:right="2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1" name="Picture 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2" name="Picture 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7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3" name="Picture 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7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4" name="Picture 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22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2" w:right="2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5" name="Picture 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6" name="Picture 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462"/>
        </w:trPr>
        <w:tc>
          <w:tcPr>
            <w:tcW w:type="dxa" w:w="1804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50" w:right="5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another </w:t>
            </w:r>
          </w:p>
        </w:tc>
        <w:tc>
          <w:tcPr>
            <w:tcW w:type="dxa" w:w="192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80" w:right="18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另一个</w:t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8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6254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420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教科版（EEC学院）（三年级起点）</w:t>
            </w:r>
          </w:p>
        </w:tc>
      </w:tr>
      <w:tr>
        <w:trPr>
          <w:trHeight w:hRule="exact" w:val="1306"/>
        </w:trPr>
        <w:tc>
          <w:tcPr>
            <w:tcW w:type="dxa" w:w="3216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7" name="Picture 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8" name="Picture 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9" name="Picture 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0" name="Picture 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1" name="Picture 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2" name="Picture 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6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3" name="Picture 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4" name="Picture 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5" name="Picture 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6" name="Picture 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7" name="Picture 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8" name="Picture 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6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9" name="Picture 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0" name="Picture 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1" name="Picture 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2" name="Picture 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98"/>
        </w:trPr>
        <w:tc>
          <w:tcPr>
            <w:tcW w:type="dxa" w:w="16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58" w:right="15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south </w:t>
            </w:r>
          </w:p>
        </w:tc>
        <w:tc>
          <w:tcPr>
            <w:tcW w:type="dxa" w:w="459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72" w:right="7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南部，南方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3" name="Picture 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4" name="Picture 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2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5" name="Picture 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6" name="Picture 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98"/>
        </w:trPr>
        <w:tc>
          <w:tcPr>
            <w:tcW w:type="dxa" w:w="198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46" w:right="14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scientist </w:t>
            </w:r>
          </w:p>
        </w:tc>
        <w:tc>
          <w:tcPr>
            <w:tcW w:type="dxa" w:w="427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84" w:right="8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科学家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7" name="Picture 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8" name="Picture 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9" name="Picture 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0" name="Picture 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700"/>
        </w:trPr>
        <w:tc>
          <w:tcPr>
            <w:tcW w:type="dxa" w:w="16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Seattle </w:t>
            </w:r>
          </w:p>
        </w:tc>
        <w:tc>
          <w:tcPr>
            <w:tcW w:type="dxa" w:w="459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38" w:right="2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西雅图（美国城市）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1" name="Picture 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2" name="Picture 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2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3" name="Picture 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4" name="Picture 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700"/>
        </w:trPr>
        <w:tc>
          <w:tcPr>
            <w:tcW w:type="dxa" w:w="16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10" w:right="1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capital </w:t>
            </w:r>
          </w:p>
        </w:tc>
        <w:tc>
          <w:tcPr>
            <w:tcW w:type="dxa" w:w="459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20" w:right="2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首都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5" name="Picture 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6" name="Picture 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2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7" name="Picture 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8" name="Picture 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98"/>
        </w:trPr>
        <w:tc>
          <w:tcPr>
            <w:tcW w:type="dxa" w:w="16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60" w:right="6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potato </w:t>
            </w:r>
          </w:p>
        </w:tc>
        <w:tc>
          <w:tcPr>
            <w:tcW w:type="dxa" w:w="459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72" w:right="17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土豆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9" name="Picture 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0" name="Picture 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1660"/>
        </w:trPr>
        <w:tc>
          <w:tcPr>
            <w:tcW w:type="dxa" w:w="321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1" name="Picture 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2" name="Picture 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9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338"/>
        </w:trPr>
        <w:tc>
          <w:tcPr>
            <w:tcW w:type="dxa" w:w="3426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82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20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教科版（EEC学院）（三年级起点）</w:t>
            </w:r>
          </w:p>
        </w:tc>
      </w:tr>
      <w:tr>
        <w:trPr>
          <w:trHeight w:hRule="exact" w:val="938"/>
        </w:trPr>
        <w:tc>
          <w:tcPr>
            <w:tcW w:type="dxa" w:w="1636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180" w:right="18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sport </w:t>
            </w:r>
          </w:p>
        </w:tc>
        <w:tc>
          <w:tcPr>
            <w:tcW w:type="dxa" w:w="1790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96" w:after="0"/>
              <w:ind w:left="50" w:right="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运动</w:t>
            </w:r>
          </w:p>
        </w:tc>
        <w:tc>
          <w:tcPr>
            <w:tcW w:type="dxa" w:w="2828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3" name="Picture 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4" name="Picture 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2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5" name="Picture 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1749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42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6" name="Picture 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7" name="Picture 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8" name="Picture 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203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calculate </w:t>
            </w:r>
          </w:p>
        </w:tc>
        <w:tc>
          <w:tcPr>
            <w:tcW w:type="dxa" w:w="13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计算</w:t>
            </w:r>
          </w:p>
        </w:tc>
        <w:tc>
          <w:tcPr>
            <w:tcW w:type="dxa" w:w="282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9" name="Picture 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0" name="Picture 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2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1" name="Picture 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2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2" name="Picture 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3" name="Picture 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4" name="Picture 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3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32" w:right="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player </w:t>
            </w:r>
          </w:p>
        </w:tc>
        <w:tc>
          <w:tcPr>
            <w:tcW w:type="dxa" w:w="179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98" w:right="1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运动员</w:t>
            </w:r>
          </w:p>
        </w:tc>
        <w:tc>
          <w:tcPr>
            <w:tcW w:type="dxa" w:w="282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5" name="Picture 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6" name="Picture 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42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7" name="Picture 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2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8" name="Picture 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9" name="Picture 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0" name="Picture 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3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148" w:right="1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north </w:t>
            </w:r>
          </w:p>
        </w:tc>
        <w:tc>
          <w:tcPr>
            <w:tcW w:type="dxa" w:w="179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82" w:right="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北部，北方</w:t>
            </w:r>
          </w:p>
        </w:tc>
        <w:tc>
          <w:tcPr>
            <w:tcW w:type="dxa" w:w="282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1" name="Picture 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2" name="Picture 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2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3" name="Picture 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2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4" name="Picture 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5" name="Picture 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6" name="Picture 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3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98" w:right="19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duck </w:t>
            </w:r>
          </w:p>
        </w:tc>
        <w:tc>
          <w:tcPr>
            <w:tcW w:type="dxa" w:w="179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32" w:right="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鸭子</w:t>
            </w:r>
          </w:p>
        </w:tc>
        <w:tc>
          <w:tcPr>
            <w:tcW w:type="dxa" w:w="282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7" name="Picture 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8" name="Picture 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2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9" name="Picture 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2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0" name="Picture 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1" name="Picture 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2" name="Picture 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2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art </w:t>
            </w:r>
          </w:p>
        </w:tc>
        <w:tc>
          <w:tcPr>
            <w:tcW w:type="dxa" w:w="214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艺术，美术</w:t>
            </w:r>
          </w:p>
        </w:tc>
        <w:tc>
          <w:tcPr>
            <w:tcW w:type="dxa" w:w="282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3" name="Picture 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4" name="Picture 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898"/>
        </w:trPr>
        <w:tc>
          <w:tcPr>
            <w:tcW w:type="dxa" w:w="342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5" name="Picture 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1128"/>
        </w:trPr>
        <w:tc>
          <w:tcPr>
            <w:tcW w:type="dxa" w:w="3426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6" name="Picture 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2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7" name="Picture 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8" name="Picture 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10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338"/>
        </w:trPr>
        <w:tc>
          <w:tcPr>
            <w:tcW w:type="dxa" w:w="3342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9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20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教科版（EEC学院）（三年级起点）</w:t>
            </w:r>
          </w:p>
        </w:tc>
      </w:tr>
      <w:tr>
        <w:trPr>
          <w:trHeight w:hRule="exact" w:val="1202"/>
        </w:trPr>
        <w:tc>
          <w:tcPr>
            <w:tcW w:type="dxa" w:w="1836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32" w:after="0"/>
              <w:ind w:left="148" w:right="1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tomato </w:t>
            </w:r>
          </w:p>
        </w:tc>
        <w:tc>
          <w:tcPr>
            <w:tcW w:type="dxa" w:w="1506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760" w:after="0"/>
              <w:ind w:left="82" w:right="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西红柿</w:t>
            </w:r>
          </w:p>
        </w:tc>
        <w:tc>
          <w:tcPr>
            <w:tcW w:type="dxa" w:w="2912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9" name="Picture 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0" name="Picture 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4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1" name="Picture 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1749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34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2" name="Picture 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3" name="Picture 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4" name="Picture 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10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introduce </w:t>
            </w:r>
          </w:p>
        </w:tc>
        <w:tc>
          <w:tcPr>
            <w:tcW w:type="dxa" w:w="1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介绍</w:t>
            </w:r>
          </w:p>
        </w:tc>
        <w:tc>
          <w:tcPr>
            <w:tcW w:type="dxa" w:w="291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5" name="Picture 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6" name="Picture 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4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7" name="Picture 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34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8" name="Picture 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9" name="Picture 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0" name="Picture 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83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80" w:right="8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Picasso </w:t>
            </w:r>
          </w:p>
        </w:tc>
        <w:tc>
          <w:tcPr>
            <w:tcW w:type="dxa" w:w="150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50" w:right="1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毕加索</w:t>
            </w:r>
          </w:p>
        </w:tc>
        <w:tc>
          <w:tcPr>
            <w:tcW w:type="dxa" w:w="291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1" name="Picture 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2" name="Picture 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34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3" name="Picture 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34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4" name="Picture 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5" name="Picture 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6" name="Picture 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east </w:t>
            </w:r>
          </w:p>
        </w:tc>
        <w:tc>
          <w:tcPr>
            <w:tcW w:type="dxa" w:w="190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东部，东方</w:t>
            </w:r>
          </w:p>
        </w:tc>
        <w:tc>
          <w:tcPr>
            <w:tcW w:type="dxa" w:w="291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7" name="Picture 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8" name="Picture 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4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9" name="Picture 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1000"/>
        </w:trPr>
        <w:tc>
          <w:tcPr>
            <w:tcW w:type="dxa" w:w="334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0" name="Picture 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1" name="Picture 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2" name="Picture 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0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03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4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194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中英文连线</w:t>
                  </w:r>
                </w:p>
              </w:tc>
              <w:tc>
                <w:tcPr>
                  <w:tcW w:type="dxa" w:w="46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用直线或序号将单词的中英文相连</w:t>
                  </w:r>
                </w:p>
              </w:tc>
              <w:tc>
                <w:tcPr>
                  <w:tcW w:type="dxa" w:w="20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200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3" name="Picture 183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8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974"/>
        </w:trPr>
        <w:tc>
          <w:tcPr>
            <w:tcW w:type="dxa" w:w="394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84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same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catch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boy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driver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fast</w:t>
            </w:r>
          </w:p>
        </w:tc>
        <w:tc>
          <w:tcPr>
            <w:tcW w:type="dxa" w:w="652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14" w:after="0"/>
              <w:ind w:left="1836" w:right="1836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(1) 同样的，相同的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596" w:right="1596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(2) 赶上（车、船等）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524" w:right="252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(3) 男孩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524" w:right="252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(4) 驾驶员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524" w:right="252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(5) 快速地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15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30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教科版（EEC学院）（三年级起点）</w:t>
            </w:r>
          </w:p>
        </w:tc>
      </w:tr>
      <w:tr>
        <w:trPr>
          <w:trHeight w:hRule="exact" w:val="15952"/>
        </w:trPr>
        <w:tc>
          <w:tcPr>
            <w:tcW w:type="dxa" w:w="4156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41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their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woke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also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everyone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girl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absent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grade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train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wake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another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south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scientist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Seattle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capital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potato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sport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calculate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player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north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duck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art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tomato</w:t>
            </w:r>
          </w:p>
        </w:tc>
        <w:tc>
          <w:tcPr>
            <w:tcW w:type="dxa" w:w="6304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48" w:after="0"/>
              <w:ind w:left="876" w:right="876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(6) 他们的，她们的，它们的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076" w:right="2076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(7) wake的过去式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8" w:right="23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(8) 也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076" w:right="2076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(9) 每个人，人人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8" w:right="23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(10) 女孩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716" w:right="1716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(11) 缺席的，不在的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8" w:right="23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(12) 年级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8" w:right="23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(13) 火车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8" w:right="23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(14) 醒来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8" w:right="23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(15) 另一个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6" w:right="2196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(16) 南部，南方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8" w:right="23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(17) 科学家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236" w:right="1236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(18) 西雅图（美国城市）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8" w:right="23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(19) 首都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8" w:right="23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(20) 土豆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8" w:right="23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(21) 运动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8" w:right="23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(22) 计算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8" w:right="23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(23) 运动员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6" w:right="2196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(24) 北部，北方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8" w:right="23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(25) 鸭子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6" w:right="2196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(26) 艺术，美术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8" w:right="23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(27) 西红柿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15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30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教科版（EEC学院）（三年级起点）</w:t>
            </w:r>
          </w:p>
        </w:tc>
      </w:tr>
      <w:tr>
        <w:trPr>
          <w:trHeight w:hRule="exact" w:val="2414"/>
        </w:trPr>
        <w:tc>
          <w:tcPr>
            <w:tcW w:type="dxa" w:w="415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41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introduce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Picasso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east</w:t>
            </w:r>
          </w:p>
        </w:tc>
        <w:tc>
          <w:tcPr>
            <w:tcW w:type="dxa" w:w="630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48" w:after="0"/>
              <w:ind w:left="2308" w:right="23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(28) 介绍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8" w:right="23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(29) 毕加索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6" w:right="2196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(30) 东部，东方</w:t>
            </w:r>
          </w:p>
        </w:tc>
      </w:tr>
    </w:tbl>
    <w:p>
      <w:pPr>
        <w:autoSpaceDN w:val="0"/>
        <w:autoSpaceDE w:val="0"/>
        <w:widowControl/>
        <w:spacing w:line="19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04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字母顺序打乱</w:t>
                  </w:r>
                </w:p>
              </w:tc>
              <w:tc>
                <w:tcPr>
                  <w:tcW w:type="dxa" w:w="398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选出正确字母顺序的单词</w:t>
                  </w:r>
                </w:p>
              </w:tc>
              <w:tc>
                <w:tcPr>
                  <w:tcW w:type="dxa" w:w="23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200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4" name="Picture 184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494"/>
        </w:trPr>
        <w:tc>
          <w:tcPr>
            <w:tcW w:type="dxa" w:w="22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smea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" w:after="0"/>
              <w:ind w:left="394" w:right="39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same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" w:after="0"/>
              <w:ind w:left="396" w:right="3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mase</w:t>
            </w:r>
          </w:p>
        </w:tc>
        <w:tc>
          <w:tcPr>
            <w:tcW w:type="dxa" w:w="44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42" w:after="0"/>
              <w:ind w:left="394" w:right="39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同样的，相同的</w:t>
            </w:r>
          </w:p>
        </w:tc>
      </w:tr>
      <w:tr>
        <w:trPr>
          <w:trHeight w:hRule="exact" w:val="520"/>
        </w:trPr>
        <w:tc>
          <w:tcPr>
            <w:tcW w:type="dxa" w:w="22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catch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94" w:right="39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achtc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96" w:right="3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htcca</w:t>
            </w:r>
          </w:p>
        </w:tc>
        <w:tc>
          <w:tcPr>
            <w:tcW w:type="dxa" w:w="44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94" w:right="39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赶上（车、船等）</w:t>
            </w:r>
          </w:p>
        </w:tc>
      </w:tr>
      <w:tr>
        <w:trPr>
          <w:trHeight w:hRule="exact" w:val="516"/>
        </w:trPr>
        <w:tc>
          <w:tcPr>
            <w:tcW w:type="dxa" w:w="22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byo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4" w:right="39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boy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6" w:right="3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ybo</w:t>
            </w:r>
          </w:p>
        </w:tc>
        <w:tc>
          <w:tcPr>
            <w:tcW w:type="dxa" w:w="44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94" w:right="39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男孩</w:t>
            </w:r>
          </w:p>
        </w:tc>
      </w:tr>
      <w:tr>
        <w:trPr>
          <w:trHeight w:hRule="exact" w:val="518"/>
        </w:trPr>
        <w:tc>
          <w:tcPr>
            <w:tcW w:type="dxa" w:w="22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vrdire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4" w:right="39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driver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6" w:right="3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rrevid</w:t>
            </w:r>
          </w:p>
        </w:tc>
        <w:tc>
          <w:tcPr>
            <w:tcW w:type="dxa" w:w="44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94" w:right="39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驾驶员</w:t>
            </w:r>
          </w:p>
        </w:tc>
      </w:tr>
      <w:tr>
        <w:trPr>
          <w:trHeight w:hRule="exact" w:val="516"/>
        </w:trPr>
        <w:tc>
          <w:tcPr>
            <w:tcW w:type="dxa" w:w="22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tfas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4" w:right="39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fast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6" w:right="3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fsta</w:t>
            </w:r>
          </w:p>
        </w:tc>
        <w:tc>
          <w:tcPr>
            <w:tcW w:type="dxa" w:w="44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94" w:right="39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快速地</w:t>
            </w:r>
          </w:p>
        </w:tc>
      </w:tr>
      <w:tr>
        <w:trPr>
          <w:trHeight w:hRule="exact" w:val="518"/>
        </w:trPr>
        <w:tc>
          <w:tcPr>
            <w:tcW w:type="dxa" w:w="22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hiert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94" w:right="39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hirte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96" w:right="3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their</w:t>
            </w:r>
          </w:p>
        </w:tc>
        <w:tc>
          <w:tcPr>
            <w:tcW w:type="dxa" w:w="44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94" w:right="39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他们的，她们的，它们的</w:t>
            </w:r>
          </w:p>
        </w:tc>
      </w:tr>
      <w:tr>
        <w:trPr>
          <w:trHeight w:hRule="exact" w:val="518"/>
        </w:trPr>
        <w:tc>
          <w:tcPr>
            <w:tcW w:type="dxa" w:w="22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ewok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94" w:right="39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woke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96" w:right="3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kowe</w:t>
            </w:r>
          </w:p>
        </w:tc>
        <w:tc>
          <w:tcPr>
            <w:tcW w:type="dxa" w:w="44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94" w:right="39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wake的过去式</w:t>
            </w:r>
          </w:p>
        </w:tc>
      </w:tr>
      <w:tr>
        <w:trPr>
          <w:trHeight w:hRule="exact" w:val="518"/>
        </w:trPr>
        <w:tc>
          <w:tcPr>
            <w:tcW w:type="dxa" w:w="22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also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4" w:right="39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lsao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6" w:right="3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lsoa</w:t>
            </w:r>
          </w:p>
        </w:tc>
        <w:tc>
          <w:tcPr>
            <w:tcW w:type="dxa" w:w="44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94" w:right="39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也</w:t>
            </w:r>
          </w:p>
        </w:tc>
      </w:tr>
      <w:tr>
        <w:trPr>
          <w:trHeight w:hRule="exact" w:val="516"/>
        </w:trPr>
        <w:tc>
          <w:tcPr>
            <w:tcW w:type="dxa" w:w="22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6" w:right="39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eyveonre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eroyveen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everyone</w:t>
            </w:r>
          </w:p>
        </w:tc>
        <w:tc>
          <w:tcPr>
            <w:tcW w:type="dxa" w:w="44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94" w:right="39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每个人，人人</w:t>
            </w:r>
          </w:p>
        </w:tc>
      </w:tr>
      <w:tr>
        <w:trPr>
          <w:trHeight w:hRule="exact" w:val="518"/>
        </w:trPr>
        <w:tc>
          <w:tcPr>
            <w:tcW w:type="dxa" w:w="22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rilg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94" w:right="39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glir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96" w:right="3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girl</w:t>
            </w:r>
          </w:p>
        </w:tc>
        <w:tc>
          <w:tcPr>
            <w:tcW w:type="dxa" w:w="44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94" w:right="39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女孩</w:t>
            </w:r>
          </w:p>
        </w:tc>
      </w:tr>
      <w:tr>
        <w:trPr>
          <w:trHeight w:hRule="exact" w:val="516"/>
        </w:trPr>
        <w:tc>
          <w:tcPr>
            <w:tcW w:type="dxa" w:w="22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asnteb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4" w:right="39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bstnae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6" w:right="3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absent</w:t>
            </w:r>
          </w:p>
        </w:tc>
        <w:tc>
          <w:tcPr>
            <w:tcW w:type="dxa" w:w="44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94" w:right="39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缺席的，不在的</w:t>
            </w:r>
          </w:p>
        </w:tc>
      </w:tr>
      <w:tr>
        <w:trPr>
          <w:trHeight w:hRule="exact" w:val="520"/>
        </w:trPr>
        <w:tc>
          <w:tcPr>
            <w:tcW w:type="dxa" w:w="22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degra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94" w:right="39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radge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96" w:right="3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grade</w:t>
            </w:r>
          </w:p>
        </w:tc>
        <w:tc>
          <w:tcPr>
            <w:tcW w:type="dxa" w:w="44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94" w:right="39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年级</w:t>
            </w:r>
          </w:p>
        </w:tc>
      </w:tr>
      <w:tr>
        <w:trPr>
          <w:trHeight w:hRule="exact" w:val="516"/>
        </w:trPr>
        <w:tc>
          <w:tcPr>
            <w:tcW w:type="dxa" w:w="22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train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4" w:right="39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artni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6" w:right="3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tnira</w:t>
            </w:r>
          </w:p>
        </w:tc>
        <w:tc>
          <w:tcPr>
            <w:tcW w:type="dxa" w:w="44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94" w:right="39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火车</w:t>
            </w:r>
          </w:p>
        </w:tc>
      </w:tr>
      <w:tr>
        <w:trPr>
          <w:trHeight w:hRule="exact" w:val="518"/>
        </w:trPr>
        <w:tc>
          <w:tcPr>
            <w:tcW w:type="dxa" w:w="22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keaw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4" w:right="39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akwe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6" w:right="3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wake</w:t>
            </w:r>
          </w:p>
        </w:tc>
        <w:tc>
          <w:tcPr>
            <w:tcW w:type="dxa" w:w="44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94" w:right="39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醒来</w:t>
            </w:r>
          </w:p>
        </w:tc>
      </w:tr>
      <w:tr>
        <w:trPr>
          <w:trHeight w:hRule="exact" w:val="518"/>
        </w:trPr>
        <w:tc>
          <w:tcPr>
            <w:tcW w:type="dxa" w:w="22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96" w:right="59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another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4" w:right="39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hnreoat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6" w:right="3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thraoen</w:t>
            </w:r>
          </w:p>
        </w:tc>
        <w:tc>
          <w:tcPr>
            <w:tcW w:type="dxa" w:w="44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94" w:right="39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另一个</w:t>
            </w:r>
          </w:p>
        </w:tc>
      </w:tr>
      <w:tr>
        <w:trPr>
          <w:trHeight w:hRule="exact" w:val="516"/>
        </w:trPr>
        <w:tc>
          <w:tcPr>
            <w:tcW w:type="dxa" w:w="22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suoht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4" w:right="39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south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6" w:right="3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tuosh</w:t>
            </w:r>
          </w:p>
        </w:tc>
        <w:tc>
          <w:tcPr>
            <w:tcW w:type="dxa" w:w="44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94" w:right="39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南部，南方</w:t>
            </w:r>
          </w:p>
        </w:tc>
      </w:tr>
      <w:tr>
        <w:trPr>
          <w:trHeight w:hRule="exact" w:val="518"/>
        </w:trPr>
        <w:tc>
          <w:tcPr>
            <w:tcW w:type="dxa" w:w="22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512" w:right="51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scientist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94" w:right="39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cessititn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96" w:right="3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secttisin</w:t>
            </w:r>
          </w:p>
        </w:tc>
        <w:tc>
          <w:tcPr>
            <w:tcW w:type="dxa" w:w="44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94" w:right="39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科学家</w:t>
            </w:r>
          </w:p>
        </w:tc>
      </w:tr>
      <w:tr>
        <w:trPr>
          <w:trHeight w:hRule="exact" w:val="516"/>
        </w:trPr>
        <w:tc>
          <w:tcPr>
            <w:tcW w:type="dxa" w:w="22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eetlSat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4" w:right="39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tlaStee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6" w:right="3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Seattle</w:t>
            </w:r>
          </w:p>
        </w:tc>
        <w:tc>
          <w:tcPr>
            <w:tcW w:type="dxa" w:w="44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94" w:right="39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西雅图（美国城市）</w:t>
            </w:r>
          </w:p>
        </w:tc>
      </w:tr>
      <w:tr>
        <w:trPr>
          <w:trHeight w:hRule="exact" w:val="520"/>
        </w:trPr>
        <w:tc>
          <w:tcPr>
            <w:tcW w:type="dxa" w:w="22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lacapit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94" w:right="39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capital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96" w:right="3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pailcta</w:t>
            </w:r>
          </w:p>
        </w:tc>
        <w:tc>
          <w:tcPr>
            <w:tcW w:type="dxa" w:w="44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94" w:right="39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首都</w:t>
            </w:r>
          </w:p>
        </w:tc>
      </w:tr>
      <w:tr>
        <w:trPr>
          <w:trHeight w:hRule="exact" w:val="516"/>
        </w:trPr>
        <w:tc>
          <w:tcPr>
            <w:tcW w:type="dxa" w:w="22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pottoa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4" w:right="39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ootatp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6" w:right="3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potato</w:t>
            </w:r>
          </w:p>
        </w:tc>
        <w:tc>
          <w:tcPr>
            <w:tcW w:type="dxa" w:w="44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94" w:right="39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土豆</w:t>
            </w:r>
          </w:p>
        </w:tc>
      </w:tr>
      <w:tr>
        <w:trPr>
          <w:trHeight w:hRule="exact" w:val="516"/>
        </w:trPr>
        <w:tc>
          <w:tcPr>
            <w:tcW w:type="dxa" w:w="22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sport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4" w:right="39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rtspo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6" w:right="3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tpsro</w:t>
            </w:r>
          </w:p>
        </w:tc>
        <w:tc>
          <w:tcPr>
            <w:tcW w:type="dxa" w:w="44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94" w:right="39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运动</w:t>
            </w:r>
          </w:p>
        </w:tc>
      </w:tr>
      <w:tr>
        <w:trPr>
          <w:trHeight w:hRule="exact" w:val="520"/>
        </w:trPr>
        <w:tc>
          <w:tcPr>
            <w:tcW w:type="dxa" w:w="22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430" w:right="43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ecullaact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ulctaclea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calculate</w:t>
            </w:r>
          </w:p>
        </w:tc>
        <w:tc>
          <w:tcPr>
            <w:tcW w:type="dxa" w:w="44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94" w:right="39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计算</w:t>
            </w:r>
          </w:p>
        </w:tc>
      </w:tr>
      <w:tr>
        <w:trPr>
          <w:trHeight w:hRule="exact" w:val="1210"/>
        </w:trPr>
        <w:tc>
          <w:tcPr>
            <w:tcW w:type="dxa" w:w="223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ryalpe</w:t>
            </w:r>
          </w:p>
        </w:tc>
        <w:tc>
          <w:tcPr>
            <w:tcW w:type="dxa" w:w="18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4" w:right="39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pryeal</w:t>
            </w:r>
          </w:p>
        </w:tc>
        <w:tc>
          <w:tcPr>
            <w:tcW w:type="dxa" w:w="18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6" w:right="3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player</w:t>
            </w:r>
          </w:p>
        </w:tc>
        <w:tc>
          <w:tcPr>
            <w:tcW w:type="dxa" w:w="444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94" w:right="39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运动员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338"/>
        </w:trPr>
        <w:tc>
          <w:tcPr>
            <w:tcW w:type="dxa" w:w="225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18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8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42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教科版（EEC学院）（三年级起点）</w:t>
            </w:r>
          </w:p>
        </w:tc>
      </w:tr>
      <w:tr>
        <w:trPr>
          <w:trHeight w:hRule="exact" w:val="790"/>
        </w:trPr>
        <w:tc>
          <w:tcPr>
            <w:tcW w:type="dxa" w:w="225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north</w:t>
            </w:r>
          </w:p>
        </w:tc>
        <w:tc>
          <w:tcPr>
            <w:tcW w:type="dxa" w:w="189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378" w:right="3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otnhr</w:t>
            </w:r>
          </w:p>
        </w:tc>
        <w:tc>
          <w:tcPr>
            <w:tcW w:type="dxa" w:w="189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378" w:right="3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htnro</w:t>
            </w:r>
          </w:p>
        </w:tc>
        <w:tc>
          <w:tcPr>
            <w:tcW w:type="dxa" w:w="442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32" w:after="0"/>
              <w:ind w:left="378" w:right="37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北部，北方</w:t>
            </w:r>
          </w:p>
        </w:tc>
      </w:tr>
      <w:tr>
        <w:trPr>
          <w:trHeight w:hRule="exact" w:val="520"/>
        </w:trPr>
        <w:tc>
          <w:tcPr>
            <w:tcW w:type="dxa" w:w="22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duck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8" w:right="3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ckdu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8" w:right="3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ukdc</w:t>
            </w:r>
          </w:p>
        </w:tc>
        <w:tc>
          <w:tcPr>
            <w:tcW w:type="dxa" w:w="44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8" w:right="37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鸭子</w:t>
            </w:r>
          </w:p>
        </w:tc>
      </w:tr>
      <w:tr>
        <w:trPr>
          <w:trHeight w:hRule="exact" w:val="516"/>
        </w:trPr>
        <w:tc>
          <w:tcPr>
            <w:tcW w:type="dxa" w:w="22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art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8" w:right="3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tra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8" w:right="3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tar</w:t>
            </w:r>
          </w:p>
        </w:tc>
        <w:tc>
          <w:tcPr>
            <w:tcW w:type="dxa" w:w="44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78" w:right="37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艺术，美术</w:t>
            </w:r>
          </w:p>
        </w:tc>
      </w:tr>
      <w:tr>
        <w:trPr>
          <w:trHeight w:hRule="exact" w:val="518"/>
        </w:trPr>
        <w:tc>
          <w:tcPr>
            <w:tcW w:type="dxa" w:w="22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tomato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78" w:right="3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taomot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78" w:right="3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amttoo</w:t>
            </w:r>
          </w:p>
        </w:tc>
        <w:tc>
          <w:tcPr>
            <w:tcW w:type="dxa" w:w="44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8" w:right="37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西红柿</w:t>
            </w:r>
          </w:p>
        </w:tc>
      </w:tr>
      <w:tr>
        <w:trPr>
          <w:trHeight w:hRule="exact" w:val="518"/>
        </w:trPr>
        <w:tc>
          <w:tcPr>
            <w:tcW w:type="dxa" w:w="22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8" w:right="37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introduce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cindteuor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oretunidc</w:t>
            </w:r>
          </w:p>
        </w:tc>
        <w:tc>
          <w:tcPr>
            <w:tcW w:type="dxa" w:w="44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8" w:right="37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介绍</w:t>
            </w:r>
          </w:p>
        </w:tc>
      </w:tr>
      <w:tr>
        <w:trPr>
          <w:trHeight w:hRule="exact" w:val="516"/>
        </w:trPr>
        <w:tc>
          <w:tcPr>
            <w:tcW w:type="dxa" w:w="22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612" w:right="61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osPiasc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8" w:right="3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Picasso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8" w:right="3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siPscao</w:t>
            </w:r>
          </w:p>
        </w:tc>
        <w:tc>
          <w:tcPr>
            <w:tcW w:type="dxa" w:w="44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78" w:right="37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毕加索</w:t>
            </w:r>
          </w:p>
        </w:tc>
      </w:tr>
      <w:tr>
        <w:trPr>
          <w:trHeight w:hRule="exact" w:val="604"/>
        </w:trPr>
        <w:tc>
          <w:tcPr>
            <w:tcW w:type="dxa" w:w="22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east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8" w:right="3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esta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8" w:right="3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etsa</w:t>
            </w:r>
          </w:p>
        </w:tc>
        <w:tc>
          <w:tcPr>
            <w:tcW w:type="dxa" w:w="44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8" w:right="37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东部，东方</w:t>
            </w:r>
          </w:p>
        </w:tc>
      </w:tr>
    </w:tbl>
    <w:p>
      <w:pPr>
        <w:autoSpaceDN w:val="0"/>
        <w:autoSpaceDE w:val="0"/>
        <w:widowControl/>
        <w:spacing w:line="14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05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单词填空</w:t>
                  </w:r>
                </w:p>
              </w:tc>
              <w:tc>
                <w:tcPr>
                  <w:tcW w:type="dxa" w:w="42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填写单词所缺的2个字母</w:t>
                  </w:r>
                </w:p>
              </w:tc>
              <w:tc>
                <w:tcPr>
                  <w:tcW w:type="dxa" w:w="27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5" name="Picture 185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3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10850"/>
        </w:trPr>
        <w:tc>
          <w:tcPr>
            <w:tcW w:type="dxa" w:w="496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8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同样的，相同的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男孩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快速地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wake的过去式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596" w:right="59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eve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yon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每个人，人人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ab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缺席的，不在的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ain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火车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ther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另一个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ntist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科学家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首都</w:t>
            </w:r>
          </w:p>
        </w:tc>
        <w:tc>
          <w:tcPr>
            <w:tcW w:type="dxa" w:w="549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8" w:after="0"/>
              <w:ind w:left="598" w:right="5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赶上（车、船等）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848" w:right="848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rive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驾驶员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598" w:right="5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他们的，她们的，它们的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848" w:right="848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也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222" w:right="122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女孩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598" w:right="5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年级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222" w:right="122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醒来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598" w:right="5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sou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南部，南方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0" w:right="0" w:firstLine="0"/>
              <w:jc w:val="center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eat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西雅图（美国城市）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598" w:right="5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pot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土豆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47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9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教科版（EEC学院）（三年级起点）</w:t>
            </w:r>
          </w:p>
        </w:tc>
      </w:tr>
      <w:tr>
        <w:trPr>
          <w:trHeight w:hRule="exact" w:val="5248"/>
        </w:trPr>
        <w:tc>
          <w:tcPr>
            <w:tcW w:type="dxa" w:w="447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ort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运动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yer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运动员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鸭子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西红柿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Pica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毕加索</w:t>
            </w:r>
          </w:p>
        </w:tc>
        <w:tc>
          <w:tcPr>
            <w:tcW w:type="dxa" w:w="599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1092" w:right="10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calc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计算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092" w:right="10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北部，北方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716" w:right="1716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艺术，美术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092" w:right="10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introdu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介绍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42" w:right="134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东部，东方</w:t>
            </w:r>
          </w:p>
        </w:tc>
      </w:tr>
    </w:tbl>
    <w:p>
      <w:pPr>
        <w:autoSpaceDN w:val="0"/>
        <w:autoSpaceDE w:val="0"/>
        <w:widowControl/>
        <w:spacing w:line="2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06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看中文写英文</w:t>
                  </w:r>
                </w:p>
              </w:tc>
              <w:tc>
                <w:tcPr>
                  <w:tcW w:type="dxa" w:w="42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在空白处写出对应的英文单词</w:t>
                  </w:r>
                </w:p>
              </w:tc>
              <w:tc>
                <w:tcPr>
                  <w:tcW w:type="dxa" w:w="21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6" name="Picture 186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2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924"/>
        </w:trPr>
        <w:tc>
          <w:tcPr>
            <w:tcW w:type="dxa" w:w="49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612" w:right="61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7" name="Picture 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同样的，相同的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8" name="Picture 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22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赶上（车、船等） </w:t>
            </w:r>
          </w:p>
        </w:tc>
      </w:tr>
      <w:tr>
        <w:trPr>
          <w:trHeight w:hRule="exact" w:val="1000"/>
        </w:trPr>
        <w:tc>
          <w:tcPr>
            <w:tcW w:type="dxa" w:w="49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9" name="Picture 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男孩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0" name="Picture 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驾驶员 </w:t>
            </w:r>
          </w:p>
        </w:tc>
      </w:tr>
      <w:tr>
        <w:trPr>
          <w:trHeight w:hRule="exact" w:val="1000"/>
        </w:trPr>
        <w:tc>
          <w:tcPr>
            <w:tcW w:type="dxa" w:w="49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1" name="Picture 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快速地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2" name="Picture 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他们的，她们的，它们的 </w:t>
            </w:r>
          </w:p>
        </w:tc>
      </w:tr>
      <w:tr>
        <w:trPr>
          <w:trHeight w:hRule="exact" w:val="1000"/>
        </w:trPr>
        <w:tc>
          <w:tcPr>
            <w:tcW w:type="dxa" w:w="49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3" name="Picture 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wake的过去式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4" name="Picture 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也 </w:t>
            </w:r>
          </w:p>
        </w:tc>
      </w:tr>
      <w:tr>
        <w:trPr>
          <w:trHeight w:hRule="exact" w:val="1000"/>
        </w:trPr>
        <w:tc>
          <w:tcPr>
            <w:tcW w:type="dxa" w:w="49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5" name="Picture 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每个人，人人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6" name="Picture 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女孩 </w:t>
            </w:r>
          </w:p>
        </w:tc>
      </w:tr>
      <w:tr>
        <w:trPr>
          <w:trHeight w:hRule="exact" w:val="1000"/>
        </w:trPr>
        <w:tc>
          <w:tcPr>
            <w:tcW w:type="dxa" w:w="49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12" w:right="61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7" name="Picture 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缺席的，不在的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8" name="Picture 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年级 </w:t>
            </w:r>
          </w:p>
        </w:tc>
      </w:tr>
      <w:tr>
        <w:trPr>
          <w:trHeight w:hRule="exact" w:val="1000"/>
        </w:trPr>
        <w:tc>
          <w:tcPr>
            <w:tcW w:type="dxa" w:w="49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9" name="Picture 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火车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0" name="Picture 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醒来 </w:t>
            </w:r>
          </w:p>
        </w:tc>
      </w:tr>
      <w:tr>
        <w:trPr>
          <w:trHeight w:hRule="exact" w:val="1000"/>
        </w:trPr>
        <w:tc>
          <w:tcPr>
            <w:tcW w:type="dxa" w:w="49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1" name="Picture 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另一个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2" name="Picture 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南部，南方 </w:t>
            </w:r>
          </w:p>
        </w:tc>
      </w:tr>
      <w:tr>
        <w:trPr>
          <w:trHeight w:hRule="exact" w:val="1662"/>
        </w:trPr>
        <w:tc>
          <w:tcPr>
            <w:tcW w:type="dxa" w:w="495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3" name="Picture 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科学家 </w:t>
            </w:r>
          </w:p>
        </w:tc>
        <w:tc>
          <w:tcPr>
            <w:tcW w:type="dxa" w:w="243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4" name="Picture 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西雅图（美国城市）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15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44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988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教科版（EEC学院）（三年级起点）</w:t>
            </w:r>
          </w:p>
        </w:tc>
      </w:tr>
      <w:tr>
        <w:trPr>
          <w:trHeight w:hRule="exact" w:val="1306"/>
        </w:trPr>
        <w:tc>
          <w:tcPr>
            <w:tcW w:type="dxa" w:w="4472"/>
            <w:vMerge w:val="restart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5" name="Picture 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首都 </w:t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6" name="Picture 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运动 </w:t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7" name="Picture 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运动员 </w:t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8" name="Picture 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鸭子 </w:t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9" name="Picture 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西红柿 </w:t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0" name="Picture 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毕加索 </w:t>
            </w:r>
          </w:p>
        </w:tc>
        <w:tc>
          <w:tcPr>
            <w:tcW w:type="dxa" w:w="29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1" name="Picture 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土豆 </w:t>
            </w:r>
          </w:p>
        </w:tc>
      </w:tr>
      <w:tr>
        <w:trPr>
          <w:trHeight w:hRule="exact" w:val="1000"/>
        </w:trPr>
        <w:tc>
          <w:tcPr>
            <w:tcW w:type="dxa" w:w="3497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  <w:tc>
          <w:tcPr>
            <w:tcW w:type="dxa" w:w="29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2" name="Picture 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计算 </w:t>
            </w:r>
          </w:p>
        </w:tc>
      </w:tr>
      <w:tr>
        <w:trPr>
          <w:trHeight w:hRule="exact" w:val="1000"/>
        </w:trPr>
        <w:tc>
          <w:tcPr>
            <w:tcW w:type="dxa" w:w="3497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  <w:tc>
          <w:tcPr>
            <w:tcW w:type="dxa" w:w="29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3" name="Picture 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北部，北方 </w:t>
            </w:r>
          </w:p>
        </w:tc>
      </w:tr>
      <w:tr>
        <w:trPr>
          <w:trHeight w:hRule="exact" w:val="1000"/>
        </w:trPr>
        <w:tc>
          <w:tcPr>
            <w:tcW w:type="dxa" w:w="3497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  <w:tc>
          <w:tcPr>
            <w:tcW w:type="dxa" w:w="29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4" name="Picture 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艺术，美术 </w:t>
            </w:r>
          </w:p>
        </w:tc>
      </w:tr>
      <w:tr>
        <w:trPr>
          <w:trHeight w:hRule="exact" w:val="1000"/>
        </w:trPr>
        <w:tc>
          <w:tcPr>
            <w:tcW w:type="dxa" w:w="3497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  <w:tc>
          <w:tcPr>
            <w:tcW w:type="dxa" w:w="29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5" name="Picture 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介绍 </w:t>
            </w:r>
          </w:p>
        </w:tc>
      </w:tr>
      <w:tr>
        <w:trPr>
          <w:trHeight w:hRule="exact" w:val="10646"/>
        </w:trPr>
        <w:tc>
          <w:tcPr>
            <w:tcW w:type="dxa" w:w="3497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  <w:tc>
          <w:tcPr>
            <w:tcW w:type="dxa" w:w="29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6" name="Picture 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东部，东方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16</w:t>
      </w:r>
    </w:p>
    <w:sectPr w:rsidR="00FC693F" w:rsidRPr="0006063C" w:rsidSect="00034616">
      <w:pgSz w:w="11900" w:h="16840"/>
      <w:pgMar w:top="76" w:right="694" w:bottom="70" w:left="71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