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31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614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三年级下学期 / 教科版（EEC学院）（三年级起点）</w:t>
            </w:r>
          </w:p>
        </w:tc>
      </w:tr>
    </w:tbl>
    <w:p>
      <w:pPr>
        <w:autoSpaceDN w:val="0"/>
        <w:autoSpaceDE w:val="0"/>
        <w:widowControl/>
        <w:spacing w:line="250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3472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6988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218" w:right="218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单词表总结和背单词练习</w:t>
            </w:r>
          </w:p>
        </w:tc>
      </w:tr>
      <w:tr>
        <w:trPr>
          <w:trHeight w:hRule="exact" w:val="1468"/>
        </w:trPr>
        <w:tc>
          <w:tcPr>
            <w:tcW w:type="dxa" w:w="3472"/>
            <w:tcBorders>
              <w:top w:sz="5.599999904632568" w:val="single" w:color="#324C4C"/>
              <w:end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6988"/>
            <w:tcBorders>
              <w:start w:sz="5.599999904632568" w:val="single" w:color="#324C4C"/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96" w:after="0"/>
              <w:ind w:left="220" w:right="22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555D5D"/>
                <w:sz w:val="32"/>
              </w:rPr>
              <w:t>学期：三年级下学期</w:t>
            </w:r>
          </w:p>
          <w:p>
            <w:pPr>
              <w:autoSpaceDN w:val="0"/>
              <w:autoSpaceDE w:val="0"/>
              <w:widowControl/>
              <w:spacing w:line="422" w:lineRule="exact" w:before="228" w:after="0"/>
              <w:ind w:left="220" w:right="22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555D5D"/>
                <w:sz w:val="32"/>
              </w:rPr>
              <w:t>版本：教科版（EEC学院）（三年级起点）</w:t>
            </w:r>
          </w:p>
        </w:tc>
      </w:tr>
    </w:tbl>
    <w:p>
      <w:pPr>
        <w:autoSpaceDN w:val="0"/>
        <w:autoSpaceDE w:val="0"/>
        <w:widowControl/>
        <w:spacing w:line="212" w:lineRule="exact" w:before="11326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31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614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三年级下学期 / 教科版（EEC学院）（三年级起点）</w:t>
            </w:r>
          </w:p>
        </w:tc>
      </w:tr>
    </w:tbl>
    <w:p>
      <w:pPr>
        <w:autoSpaceDN w:val="0"/>
        <w:autoSpaceDE w:val="0"/>
        <w:widowControl/>
        <w:spacing w:line="26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01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4"/>
              </w:trPr>
              <w:tc>
                <w:tcPr>
                  <w:tcW w:type="dxa" w:w="130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单词表</w:t>
                  </w:r>
                </w:p>
              </w:tc>
              <w:tc>
                <w:tcPr>
                  <w:tcW w:type="dxa" w:w="37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按课文顺序</w:t>
                  </w:r>
                </w:p>
              </w:tc>
              <w:tc>
                <w:tcPr>
                  <w:tcW w:type="dxa" w:w="357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" name="Picture 1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学习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400" w:lineRule="exact" w:before="154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1 I'm Hungry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7494"/>
        </w:trPr>
        <w:tc>
          <w:tcPr>
            <w:tcW w:type="dxa" w:w="369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all right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好的，知道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bread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面包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clean up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彻底打扫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great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极好的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hot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热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hungry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饥饿的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milk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牛奶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sandwich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三明治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some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一些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thirsty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口渴的</w:t>
            </w:r>
          </w:p>
        </w:tc>
        <w:tc>
          <w:tcPr>
            <w:tcW w:type="dxa" w:w="602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244" w:right="124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apple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苹果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44" w:right="124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clean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打扫，清理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44" w:right="124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full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饱的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44" w:right="124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home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回家；家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44" w:right="124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hot dog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热狗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44" w:right="124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let's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让我们（一起）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more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（数量）另外的，额外的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44" w:right="124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sick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有病的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44" w:right="124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table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桌子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44" w:right="124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want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想要</w:t>
            </w:r>
          </w:p>
        </w:tc>
      </w:tr>
    </w:tbl>
    <w:p>
      <w:pPr>
        <w:autoSpaceDN w:val="0"/>
        <w:autoSpaceDE w:val="0"/>
        <w:widowControl/>
        <w:spacing w:line="400" w:lineRule="exact" w:before="174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water </w:t>
      </w:r>
      <w:r>
        <w:rPr>
          <w:rFonts w:ascii="宋体" w:hAnsi="宋体" w:eastAsia="宋体"/>
          <w:b w:val="0"/>
          <w:i w:val="0"/>
          <w:color w:val="555D5D"/>
          <w:sz w:val="24"/>
        </w:rPr>
        <w:t>水</w:t>
      </w:r>
    </w:p>
    <w:p>
      <w:pPr>
        <w:autoSpaceDN w:val="0"/>
        <w:autoSpaceDE w:val="0"/>
        <w:widowControl/>
        <w:spacing w:line="400" w:lineRule="exact" w:before="72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2 How Old Are You?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5006"/>
        </w:trPr>
        <w:tc>
          <w:tcPr>
            <w:tcW w:type="dxa" w:w="4444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birthday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完整信息公众号英语超人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cake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蛋糕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count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数数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eleven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十一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for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为......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happy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幸福的，高兴的</w:t>
            </w:r>
          </w:p>
        </w:tc>
        <w:tc>
          <w:tcPr>
            <w:tcW w:type="dxa" w:w="5276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496" w:right="49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blow out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吹灭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496" w:right="49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candle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蜡烛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496" w:right="49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eighteen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十八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496" w:right="49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fifteen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十五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496" w:right="49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fourteen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十四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496" w:right="49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How many...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有多少个......？</w:t>
            </w:r>
          </w:p>
        </w:tc>
      </w:tr>
    </w:tbl>
    <w:p>
      <w:pPr>
        <w:autoSpaceDN w:val="0"/>
        <w:autoSpaceDE w:val="0"/>
        <w:widowControl/>
        <w:spacing w:line="212" w:lineRule="exact" w:before="78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2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79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66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三年级下学期 / 教科版（EEC学院）（三年级起点）</w:t>
            </w:r>
          </w:p>
        </w:tc>
      </w:tr>
      <w:tr>
        <w:trPr>
          <w:trHeight w:hRule="exact" w:val="4172"/>
        </w:trPr>
        <w:tc>
          <w:tcPr>
            <w:tcW w:type="dxa" w:w="479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How old......?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......几岁?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seventeen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十七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them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他们，她们，它们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today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今天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twenty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二十</w:t>
            </w:r>
          </w:p>
        </w:tc>
        <w:tc>
          <w:tcPr>
            <w:tcW w:type="dxa" w:w="566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842" w:right="84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nineteen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十九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42" w:right="84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sixteen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十六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42" w:right="84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thirteen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十三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42" w:right="84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twelve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十二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42" w:right="84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You're welcome.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不用谢。</w:t>
            </w:r>
          </w:p>
        </w:tc>
      </w:tr>
    </w:tbl>
    <w:p>
      <w:pPr>
        <w:autoSpaceDN w:val="0"/>
        <w:autoSpaceDE w:val="0"/>
        <w:widowControl/>
        <w:spacing w:line="400" w:lineRule="exact" w:before="36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3 How Much Is It?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5394"/>
        </w:trPr>
        <w:tc>
          <w:tcPr>
            <w:tcW w:type="dxa" w:w="355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banana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香蕉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dollar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美元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help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帮助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much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很多（的）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pear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梨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these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这些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touch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触摸</w:t>
            </w:r>
          </w:p>
        </w:tc>
        <w:tc>
          <w:tcPr>
            <w:tcW w:type="dxa" w:w="616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378" w:right="137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can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能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378" w:right="137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Don't......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别......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102" w:right="110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How much......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......多少钱？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60" w:right="86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orange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柑橘，橙子；橘黄色，橙色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378" w:right="137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pineapple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菠萝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378" w:right="137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they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他们，她们，它们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378" w:right="137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watermelon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西瓜</w:t>
            </w:r>
          </w:p>
        </w:tc>
      </w:tr>
    </w:tbl>
    <w:p>
      <w:pPr>
        <w:autoSpaceDN w:val="0"/>
        <w:autoSpaceDE w:val="0"/>
        <w:widowControl/>
        <w:spacing w:line="400" w:lineRule="exact" w:before="354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4 It's Red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4670"/>
        </w:trPr>
        <w:tc>
          <w:tcPr>
            <w:tcW w:type="dxa" w:w="3948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black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黑色的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box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盒，箱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cut......out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把......剪下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hat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帽子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moon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月亮</w:t>
            </w:r>
          </w:p>
        </w:tc>
        <w:tc>
          <w:tcPr>
            <w:tcW w:type="dxa" w:w="5772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000" w:right="10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blue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蓝色的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000" w:right="10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color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颜色；涂颜色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000" w:right="10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green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绿色的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000" w:right="10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many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完整信息公众号英语超人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000" w:right="10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put on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穿上，戴上</w:t>
            </w:r>
          </w:p>
        </w:tc>
      </w:tr>
    </w:tbl>
    <w:p>
      <w:pPr>
        <w:autoSpaceDN w:val="0"/>
        <w:autoSpaceDE w:val="0"/>
        <w:widowControl/>
        <w:spacing w:line="212" w:lineRule="exact" w:before="78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3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388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658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三年级下学期 / 教科版（EEC学院）（三年级起点）</w:t>
            </w:r>
          </w:p>
        </w:tc>
      </w:tr>
      <w:tr>
        <w:trPr>
          <w:trHeight w:hRule="exact" w:val="1712"/>
        </w:trPr>
        <w:tc>
          <w:tcPr>
            <w:tcW w:type="dxa" w:w="388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red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红色的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sun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太阳</w:t>
            </w:r>
          </w:p>
        </w:tc>
        <w:tc>
          <w:tcPr>
            <w:tcW w:type="dxa" w:w="658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1768" w:right="176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star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星星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768" w:right="176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white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白色的</w:t>
            </w:r>
          </w:p>
        </w:tc>
      </w:tr>
    </w:tbl>
    <w:p>
      <w:pPr>
        <w:autoSpaceDN w:val="0"/>
        <w:autoSpaceDE w:val="0"/>
        <w:widowControl/>
        <w:spacing w:line="400" w:lineRule="exact" w:before="180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yellow </w:t>
      </w:r>
      <w:r>
        <w:rPr>
          <w:rFonts w:ascii="宋体" w:hAnsi="宋体" w:eastAsia="宋体"/>
          <w:b w:val="0"/>
          <w:i w:val="0"/>
          <w:color w:val="555D5D"/>
          <w:sz w:val="24"/>
        </w:rPr>
        <w:t>黄色的</w:t>
      </w:r>
    </w:p>
    <w:p>
      <w:pPr>
        <w:autoSpaceDN w:val="0"/>
        <w:autoSpaceDE w:val="0"/>
        <w:widowControl/>
        <w:spacing w:line="400" w:lineRule="exact" w:before="72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5 You Look Great!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2934"/>
        </w:trPr>
        <w:tc>
          <w:tcPr>
            <w:tcW w:type="dxa" w:w="477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but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但是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How about...?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......好吗？......行吗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pretty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完整信息公众号英语超人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skirt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短裙</w:t>
            </w:r>
          </w:p>
        </w:tc>
        <w:tc>
          <w:tcPr>
            <w:tcW w:type="dxa" w:w="494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70" w:right="1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coat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上衣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70" w:right="1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pants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裤子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70" w:right="1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show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出示，给…看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70" w:right="1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sock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袜子</w:t>
            </w:r>
          </w:p>
        </w:tc>
      </w:tr>
    </w:tbl>
    <w:p>
      <w:pPr>
        <w:autoSpaceDN w:val="0"/>
        <w:autoSpaceDE w:val="0"/>
        <w:widowControl/>
        <w:spacing w:line="400" w:lineRule="exact" w:before="174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take off </w:t>
      </w:r>
      <w:r>
        <w:rPr>
          <w:rFonts w:ascii="宋体" w:hAnsi="宋体" w:eastAsia="宋体"/>
          <w:b w:val="0"/>
          <w:i w:val="0"/>
          <w:color w:val="555D5D"/>
          <w:sz w:val="24"/>
        </w:rPr>
        <w:t>脱下</w:t>
      </w:r>
    </w:p>
    <w:p>
      <w:pPr>
        <w:autoSpaceDN w:val="0"/>
        <w:autoSpaceDE w:val="0"/>
        <w:widowControl/>
        <w:spacing w:line="400" w:lineRule="exact" w:before="72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6 What Time Is It?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6154"/>
        </w:trPr>
        <w:tc>
          <w:tcPr>
            <w:tcW w:type="dxa" w:w="365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fifty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五十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get up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起床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late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晚的，迟的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o'clock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......点钟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soap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肥皂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thirty-one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三十一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time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时间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turn on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打开</w:t>
            </w:r>
          </w:p>
        </w:tc>
        <w:tc>
          <w:tcPr>
            <w:tcW w:type="dxa" w:w="606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290" w:right="129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forty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四十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90" w:right="129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hey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嘿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90" w:right="129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light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灯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90" w:right="129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sleep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睡觉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90" w:right="129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thirty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三十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90" w:right="129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thirty-two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三十二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90" w:right="129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turn off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关闭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90" w:right="129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well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嗯</w:t>
            </w:r>
          </w:p>
        </w:tc>
      </w:tr>
    </w:tbl>
    <w:p>
      <w:pPr>
        <w:autoSpaceDN w:val="0"/>
        <w:autoSpaceDE w:val="0"/>
        <w:widowControl/>
        <w:spacing w:line="400" w:lineRule="exact" w:before="354" w:after="0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7 Where's Wangwang? </w:t>
      </w:r>
    </w:p>
    <w:p>
      <w:pPr>
        <w:autoSpaceDN w:val="0"/>
        <w:autoSpaceDE w:val="0"/>
        <w:widowControl/>
        <w:spacing w:line="212" w:lineRule="exact" w:before="880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4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57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88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三年级下学期 / 教科版（EEC学院）（三年级起点）</w:t>
            </w:r>
          </w:p>
        </w:tc>
      </w:tr>
      <w:tr>
        <w:trPr>
          <w:trHeight w:hRule="exact" w:val="3232"/>
        </w:trPr>
        <w:tc>
          <w:tcPr>
            <w:tcW w:type="dxa" w:w="457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bed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床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door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门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next to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紧挨着，紧靠着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play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玩</w:t>
            </w:r>
          </w:p>
        </w:tc>
        <w:tc>
          <w:tcPr>
            <w:tcW w:type="dxa" w:w="588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1060" w:right="106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behind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在……后面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060" w:right="106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hide-and-seek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捉迷藏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060" w:right="106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on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在......上面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060" w:right="106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under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在......下面......</w:t>
            </w:r>
          </w:p>
        </w:tc>
      </w:tr>
    </w:tbl>
    <w:p>
      <w:pPr>
        <w:autoSpaceDN w:val="0"/>
        <w:autoSpaceDE w:val="0"/>
        <w:widowControl/>
        <w:spacing w:line="400" w:lineRule="exact" w:before="180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where </w:t>
      </w:r>
      <w:r>
        <w:rPr>
          <w:rFonts w:ascii="宋体" w:hAnsi="宋体" w:eastAsia="宋体"/>
          <w:b w:val="0"/>
          <w:i w:val="0"/>
          <w:color w:val="555D5D"/>
          <w:sz w:val="24"/>
        </w:rPr>
        <w:t>哪</w:t>
      </w:r>
    </w:p>
    <w:p>
      <w:pPr>
        <w:autoSpaceDN w:val="0"/>
        <w:autoSpaceDE w:val="0"/>
        <w:widowControl/>
        <w:spacing w:line="400" w:lineRule="exact" w:before="72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8 It's Hot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2934"/>
        </w:trPr>
        <w:tc>
          <w:tcPr>
            <w:tcW w:type="dxa" w:w="341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cold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冷的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put away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收起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rainbow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彩虹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sky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天空</w:t>
            </w:r>
          </w:p>
        </w:tc>
        <w:tc>
          <w:tcPr>
            <w:tcW w:type="dxa" w:w="630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528" w:right="152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ice cream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冰激凌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528" w:right="152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rain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雨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528" w:right="152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rainy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下雨的，多雨的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528" w:right="152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sunny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阳光充足的</w:t>
            </w:r>
          </w:p>
        </w:tc>
      </w:tr>
    </w:tbl>
    <w:p>
      <w:pPr>
        <w:autoSpaceDN w:val="0"/>
        <w:autoSpaceDE w:val="0"/>
        <w:widowControl/>
        <w:spacing w:line="400" w:lineRule="exact" w:before="174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take out </w:t>
      </w:r>
      <w:r>
        <w:rPr>
          <w:rFonts w:ascii="宋体" w:hAnsi="宋体" w:eastAsia="宋体"/>
          <w:b w:val="0"/>
          <w:i w:val="0"/>
          <w:color w:val="555D5D"/>
          <w:sz w:val="24"/>
        </w:rPr>
        <w:t>拿出</w:t>
      </w:r>
    </w:p>
    <w:p>
      <w:pPr>
        <w:autoSpaceDN w:val="0"/>
        <w:autoSpaceDE w:val="0"/>
        <w:widowControl/>
        <w:spacing w:line="400" w:lineRule="exact" w:before="72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9 What Day Is It?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6190"/>
        </w:trPr>
        <w:tc>
          <w:tcPr>
            <w:tcW w:type="dxa" w:w="3550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Friday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星期五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love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爱，喜爱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point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指向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say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说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Sunday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星期日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Thursday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星期四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我们</w:t>
            </w:r>
          </w:p>
        </w:tc>
        <w:tc>
          <w:tcPr>
            <w:tcW w:type="dxa" w:w="6170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388" w:right="138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game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游戏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388" w:right="138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Monday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星期一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388" w:right="138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Saturday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星期六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388" w:right="138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soon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不久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388" w:right="138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swim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游泳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388" w:right="138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Tuesday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星期二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388" w:right="138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Wednesday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星期三</w:t>
            </w:r>
          </w:p>
        </w:tc>
      </w:tr>
    </w:tbl>
    <w:p>
      <w:pPr>
        <w:autoSpaceDN w:val="0"/>
        <w:autoSpaceDE w:val="0"/>
        <w:widowControl/>
        <w:spacing w:line="212" w:lineRule="exact" w:before="78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5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31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614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三年级下学期 / 教科版（EEC学院）（三年级起点）</w:t>
            </w:r>
          </w:p>
        </w:tc>
      </w:tr>
    </w:tbl>
    <w:p>
      <w:pPr>
        <w:autoSpaceDN w:val="0"/>
        <w:autoSpaceDE w:val="0"/>
        <w:widowControl/>
        <w:spacing w:line="26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02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23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4"/>
              </w:trPr>
              <w:tc>
                <w:tcPr>
                  <w:tcW w:type="dxa" w:w="178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单词抄写</w:t>
                  </w:r>
                </w:p>
              </w:tc>
              <w:tc>
                <w:tcPr>
                  <w:tcW w:type="dxa" w:w="364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260" w:right="26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将单词抄写6遍</w:t>
                  </w:r>
                </w:p>
              </w:tc>
              <w:tc>
                <w:tcPr>
                  <w:tcW w:type="dxa" w:w="308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306" w:right="306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2" name="Picture 2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94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46" w:right="46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学习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58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623"/>
        <w:gridCol w:w="2623"/>
        <w:gridCol w:w="2623"/>
        <w:gridCol w:w="2623"/>
      </w:tblGrid>
      <w:tr>
        <w:trPr>
          <w:trHeight w:hRule="exact" w:val="622"/>
        </w:trPr>
        <w:tc>
          <w:tcPr>
            <w:tcW w:type="dxa" w:w="14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6" w:after="0"/>
              <w:ind w:left="208" w:right="20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full </w:t>
            </w:r>
          </w:p>
        </w:tc>
        <w:tc>
          <w:tcPr>
            <w:tcW w:type="dxa" w:w="497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86" w:after="0"/>
              <w:ind w:left="22" w:right="2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饱的</w:t>
            </w:r>
          </w:p>
        </w:tc>
        <w:tc>
          <w:tcPr>
            <w:tcW w:type="dxa" w:w="4010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88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" name="Picture 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" name="Picture 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996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" name="Picture 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" name="Picture 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998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" name="Picture 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" name="Picture 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998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" name="Picture 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" name="Picture 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996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" name="Picture 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" name="Picture 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99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" name="Picture 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21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" name="Picture 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" name="Picture 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>
              <w:bottom w:sz="5.599999904632568" w:val="single" w:color="#324C4C"/>
            </w:tcBorders>
          </w:tcPr>
          <w:p/>
        </w:tc>
      </w:tr>
      <w:tr>
        <w:trPr>
          <w:trHeight w:hRule="exact" w:val="934"/>
        </w:trPr>
        <w:tc>
          <w:tcPr>
            <w:tcW w:type="dxa" w:w="321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" name="Picture 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" name="Picture 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>
              <w:bottom w:sz="5.599999904632568" w:val="single" w:color="#324C4C"/>
            </w:tcBorders>
          </w:tcPr>
          <w:p/>
        </w:tc>
      </w:tr>
      <w:tr>
        <w:trPr>
          <w:trHeight w:hRule="exact" w:val="698"/>
        </w:trPr>
        <w:tc>
          <w:tcPr>
            <w:tcW w:type="dxa" w:w="14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8" w:right="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more </w:t>
            </w:r>
          </w:p>
        </w:tc>
        <w:tc>
          <w:tcPr>
            <w:tcW w:type="dxa" w:w="497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22" w:right="22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（数量）另外的，额外的</w:t>
            </w:r>
          </w:p>
        </w:tc>
        <w:tc>
          <w:tcPr>
            <w:tcW w:type="dxa" w:w="2623"/>
            <w:vMerge/>
            <w:tcBorders>
              <w:bottom w:sz="5.599999904632568" w:val="single" w:color="#324C4C"/>
            </w:tcBorders>
          </w:tcPr>
          <w:p/>
        </w:tc>
      </w:tr>
      <w:tr>
        <w:trPr>
          <w:trHeight w:hRule="exact" w:val="964"/>
        </w:trPr>
        <w:tc>
          <w:tcPr>
            <w:tcW w:type="dxa" w:w="321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" name="Picture 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9" name="Picture 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>
              <w:bottom w:sz="5.599999904632568" w:val="single" w:color="#324C4C"/>
            </w:tcBorders>
          </w:tcPr>
          <w:p/>
        </w:tc>
      </w:tr>
      <w:tr>
        <w:trPr>
          <w:trHeight w:hRule="exact" w:val="934"/>
        </w:trPr>
        <w:tc>
          <w:tcPr>
            <w:tcW w:type="dxa" w:w="321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0" name="Picture 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1" name="Picture 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>
              <w:bottom w:sz="5.599999904632568" w:val="single" w:color="#324C4C"/>
            </w:tcBorders>
          </w:tcPr>
          <w:p/>
        </w:tc>
      </w:tr>
      <w:tr>
        <w:trPr>
          <w:trHeight w:hRule="exact" w:val="700"/>
        </w:trPr>
        <w:tc>
          <w:tcPr>
            <w:tcW w:type="dxa" w:w="14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42" w:right="14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sick </w:t>
            </w:r>
          </w:p>
        </w:tc>
        <w:tc>
          <w:tcPr>
            <w:tcW w:type="dxa" w:w="497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88" w:right="8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有病的</w:t>
            </w:r>
          </w:p>
        </w:tc>
        <w:tc>
          <w:tcPr>
            <w:tcW w:type="dxa" w:w="2623"/>
            <w:vMerge/>
            <w:tcBorders>
              <w:bottom w:sz="5.599999904632568" w:val="single" w:color="#324C4C"/>
            </w:tcBorders>
          </w:tcPr>
          <w:p/>
        </w:tc>
      </w:tr>
      <w:tr>
        <w:trPr>
          <w:trHeight w:hRule="exact" w:val="964"/>
        </w:trPr>
        <w:tc>
          <w:tcPr>
            <w:tcW w:type="dxa" w:w="321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2" name="Picture 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3" name="Picture 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>
              <w:bottom w:sz="5.599999904632568" w:val="single" w:color="#324C4C"/>
            </w:tcBorders>
          </w:tcPr>
          <w:p/>
        </w:tc>
      </w:tr>
      <w:tr>
        <w:trPr>
          <w:trHeight w:hRule="exact" w:val="934"/>
        </w:trPr>
        <w:tc>
          <w:tcPr>
            <w:tcW w:type="dxa" w:w="321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4" name="Picture 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5" name="Picture 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>
              <w:bottom w:sz="5.599999904632568" w:val="single" w:color="#324C4C"/>
            </w:tcBorders>
          </w:tcPr>
          <w:p/>
        </w:tc>
      </w:tr>
      <w:tr>
        <w:trPr>
          <w:trHeight w:hRule="exact" w:val="698"/>
        </w:trPr>
        <w:tc>
          <w:tcPr>
            <w:tcW w:type="dxa" w:w="14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74" w:right="7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milk </w:t>
            </w:r>
          </w:p>
        </w:tc>
        <w:tc>
          <w:tcPr>
            <w:tcW w:type="dxa" w:w="497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56" w:right="15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牛奶</w:t>
            </w:r>
          </w:p>
        </w:tc>
        <w:tc>
          <w:tcPr>
            <w:tcW w:type="dxa" w:w="2623"/>
            <w:vMerge/>
            <w:tcBorders>
              <w:bottom w:sz="5.599999904632568" w:val="single" w:color="#324C4C"/>
            </w:tcBorders>
          </w:tcPr>
          <w:p/>
        </w:tc>
      </w:tr>
      <w:tr>
        <w:trPr>
          <w:trHeight w:hRule="exact" w:val="966"/>
        </w:trPr>
        <w:tc>
          <w:tcPr>
            <w:tcW w:type="dxa" w:w="321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6" name="Picture 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7" name="Picture 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>
              <w:bottom w:sz="5.599999904632568" w:val="single" w:color="#324C4C"/>
            </w:tcBorders>
          </w:tcPr>
          <w:p/>
        </w:tc>
      </w:tr>
      <w:tr>
        <w:trPr>
          <w:trHeight w:hRule="exact" w:val="934"/>
        </w:trPr>
        <w:tc>
          <w:tcPr>
            <w:tcW w:type="dxa" w:w="321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8" name="Picture 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9" name="Picture 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>
              <w:bottom w:sz="5.599999904632568" w:val="single" w:color="#324C4C"/>
            </w:tcBorders>
          </w:tcPr>
          <w:p/>
        </w:tc>
      </w:tr>
      <w:tr>
        <w:trPr>
          <w:trHeight w:hRule="exact" w:val="696"/>
        </w:trPr>
        <w:tc>
          <w:tcPr>
            <w:tcW w:type="dxa" w:w="14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42" w:right="4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want </w:t>
            </w:r>
          </w:p>
        </w:tc>
        <w:tc>
          <w:tcPr>
            <w:tcW w:type="dxa" w:w="497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88" w:right="18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想要</w:t>
            </w:r>
          </w:p>
        </w:tc>
        <w:tc>
          <w:tcPr>
            <w:tcW w:type="dxa" w:w="2623"/>
            <w:vMerge/>
            <w:tcBorders>
              <w:bottom w:sz="5.599999904632568" w:val="single" w:color="#324C4C"/>
            </w:tcBorders>
          </w:tcPr>
          <w:p/>
        </w:tc>
      </w:tr>
      <w:tr>
        <w:trPr>
          <w:trHeight w:hRule="exact" w:val="966"/>
        </w:trPr>
        <w:tc>
          <w:tcPr>
            <w:tcW w:type="dxa" w:w="321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0" name="Picture 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1" name="Picture 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>
              <w:bottom w:sz="5.599999904632568" w:val="single" w:color="#324C4C"/>
            </w:tcBorders>
          </w:tcPr>
          <w:p/>
        </w:tc>
      </w:tr>
      <w:tr>
        <w:trPr>
          <w:trHeight w:hRule="exact" w:val="934"/>
        </w:trPr>
        <w:tc>
          <w:tcPr>
            <w:tcW w:type="dxa" w:w="321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2" name="Picture 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3" name="Picture 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>
              <w:bottom w:sz="5.599999904632568" w:val="single" w:color="#324C4C"/>
            </w:tcBorders>
          </w:tcPr>
          <w:p/>
        </w:tc>
      </w:tr>
      <w:tr>
        <w:trPr>
          <w:trHeight w:hRule="exact" w:val="696"/>
        </w:trPr>
        <w:tc>
          <w:tcPr>
            <w:tcW w:type="dxa" w:w="14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some </w:t>
            </w:r>
          </w:p>
        </w:tc>
        <w:tc>
          <w:tcPr>
            <w:tcW w:type="dxa" w:w="497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38" w:right="23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一些</w:t>
            </w:r>
          </w:p>
        </w:tc>
        <w:tc>
          <w:tcPr>
            <w:tcW w:type="dxa" w:w="2623"/>
            <w:vMerge/>
            <w:tcBorders>
              <w:bottom w:sz="5.599999904632568" w:val="single" w:color="#324C4C"/>
            </w:tcBorders>
          </w:tcPr>
          <w:p/>
        </w:tc>
      </w:tr>
      <w:tr>
        <w:trPr>
          <w:trHeight w:hRule="exact" w:val="1286"/>
        </w:trPr>
        <w:tc>
          <w:tcPr>
            <w:tcW w:type="dxa" w:w="3216"/>
            <w:gridSpan w:val="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4" name="Picture 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5" name="Picture 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>
              <w:bottom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6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1749"/>
        <w:gridCol w:w="1749"/>
        <w:gridCol w:w="1749"/>
        <w:gridCol w:w="1749"/>
        <w:gridCol w:w="1749"/>
        <w:gridCol w:w="1749"/>
      </w:tblGrid>
      <w:tr>
        <w:trPr>
          <w:trHeight w:hRule="exact" w:val="338"/>
        </w:trPr>
        <w:tc>
          <w:tcPr>
            <w:tcW w:type="dxa" w:w="3436"/>
            <w:gridSpan w:val="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281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20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三年级下学期 / 教科版（EEC学院）（三年级起点）</w:t>
            </w:r>
          </w:p>
        </w:tc>
      </w:tr>
      <w:tr>
        <w:trPr>
          <w:trHeight w:hRule="exact" w:val="1248"/>
        </w:trPr>
        <w:tc>
          <w:tcPr>
            <w:tcW w:type="dxa" w:w="3436"/>
            <w:gridSpan w:val="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8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6" name="Picture 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1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8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7" name="Picture 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8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8" name="Picture 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4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132" w:after="0"/>
              <w:ind w:left="48" w:right="4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table </w:t>
            </w:r>
          </w:p>
        </w:tc>
        <w:tc>
          <w:tcPr>
            <w:tcW w:type="dxa" w:w="1950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82" w:right="18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桌子</w:t>
            </w:r>
          </w:p>
        </w:tc>
        <w:tc>
          <w:tcPr>
            <w:tcW w:type="dxa" w:w="281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9" name="Picture 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0" name="Picture 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43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1" name="Picture 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43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2" name="Picture 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3" name="Picture 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4" name="Picture 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210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16" w:right="11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sandwich </w:t>
            </w:r>
          </w:p>
        </w:tc>
        <w:tc>
          <w:tcPr>
            <w:tcW w:type="dxa" w:w="133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14" w:right="11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三明治</w:t>
            </w:r>
          </w:p>
        </w:tc>
        <w:tc>
          <w:tcPr>
            <w:tcW w:type="dxa" w:w="281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5" name="Picture 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6" name="Picture 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43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7" name="Picture 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43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8" name="Picture 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9" name="Picture 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0" name="Picture 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4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248" w:right="24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hot </w:t>
            </w:r>
          </w:p>
        </w:tc>
        <w:tc>
          <w:tcPr>
            <w:tcW w:type="dxa" w:w="1950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0" w:right="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热</w:t>
            </w:r>
          </w:p>
        </w:tc>
        <w:tc>
          <w:tcPr>
            <w:tcW w:type="dxa" w:w="281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1" name="Picture 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2" name="Picture 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43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3" name="Picture 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43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4" name="Picture 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5" name="Picture 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6" name="Picture 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4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apple </w:t>
            </w:r>
          </w:p>
        </w:tc>
        <w:tc>
          <w:tcPr>
            <w:tcW w:type="dxa" w:w="1950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50" w:right="25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苹果</w:t>
            </w:r>
          </w:p>
        </w:tc>
        <w:tc>
          <w:tcPr>
            <w:tcW w:type="dxa" w:w="281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7" name="Picture 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8" name="Picture 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3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9" name="Picture 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43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0" name="Picture 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1" name="Picture 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2" name="Picture 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4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32" w:right="3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great </w:t>
            </w:r>
          </w:p>
        </w:tc>
        <w:tc>
          <w:tcPr>
            <w:tcW w:type="dxa" w:w="1950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98" w:right="19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极好的</w:t>
            </w:r>
          </w:p>
        </w:tc>
        <w:tc>
          <w:tcPr>
            <w:tcW w:type="dxa" w:w="281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3" name="Picture 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4" name="Picture 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3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5" name="Picture 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43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6" name="Picture 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7" name="Picture 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8" name="Picture 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30"/>
        </w:trPr>
        <w:tc>
          <w:tcPr>
            <w:tcW w:type="dxa" w:w="163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14" w:right="11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home </w:t>
            </w:r>
          </w:p>
        </w:tc>
        <w:tc>
          <w:tcPr>
            <w:tcW w:type="dxa" w:w="180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16" w:right="1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回家；家</w:t>
            </w:r>
          </w:p>
        </w:tc>
        <w:tc>
          <w:tcPr>
            <w:tcW w:type="dxa" w:w="2818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2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9" name="Picture 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26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0" name="Picture 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1086"/>
        </w:trPr>
        <w:tc>
          <w:tcPr>
            <w:tcW w:type="dxa" w:w="3436"/>
            <w:gridSpan w:val="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9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1" name="Picture 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>
              <w:bottom w:sz="5.599999904632568" w:val="single" w:color="#324C4C"/>
            </w:tcBorders>
          </w:tcPr>
          <w:p/>
        </w:tc>
        <w:tc>
          <w:tcPr>
            <w:tcW w:type="dxa" w:w="1749"/>
            <w:vMerge/>
            <w:tcBorders>
              <w:bottom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7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098"/>
        <w:gridCol w:w="2098"/>
        <w:gridCol w:w="2098"/>
        <w:gridCol w:w="2098"/>
        <w:gridCol w:w="2098"/>
      </w:tblGrid>
      <w:tr>
        <w:trPr>
          <w:trHeight w:hRule="exact" w:val="338"/>
        </w:trPr>
        <w:tc>
          <w:tcPr>
            <w:tcW w:type="dxa" w:w="3426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282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20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三年级下学期 / 教科版（EEC学院）（三年级起点）</w:t>
            </w:r>
          </w:p>
        </w:tc>
      </w:tr>
      <w:tr>
        <w:trPr>
          <w:trHeight w:hRule="exact" w:val="1512"/>
        </w:trPr>
        <w:tc>
          <w:tcPr>
            <w:tcW w:type="dxa" w:w="3426"/>
            <w:gridSpan w:val="3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72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2" name="Picture 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2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72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3" name="Picture 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72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4" name="Picture 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71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90" w:right="19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water </w:t>
            </w:r>
          </w:p>
        </w:tc>
        <w:tc>
          <w:tcPr>
            <w:tcW w:type="dxa" w:w="171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40" w:right="4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水</w:t>
            </w:r>
          </w:p>
        </w:tc>
        <w:tc>
          <w:tcPr>
            <w:tcW w:type="dxa" w:w="282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5" name="Picture 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6" name="Picture 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2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7" name="Picture 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42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8" name="Picture 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9" name="Picture 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0" name="Picture 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71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90" w:right="9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thirsty </w:t>
            </w:r>
          </w:p>
        </w:tc>
        <w:tc>
          <w:tcPr>
            <w:tcW w:type="dxa" w:w="171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40" w:right="14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口渴的</w:t>
            </w:r>
          </w:p>
        </w:tc>
        <w:tc>
          <w:tcPr>
            <w:tcW w:type="dxa" w:w="282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1" name="Picture 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2" name="Picture 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2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3" name="Picture 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42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4" name="Picture 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5" name="Picture 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6" name="Picture 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71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224" w:right="22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clean </w:t>
            </w:r>
          </w:p>
        </w:tc>
        <w:tc>
          <w:tcPr>
            <w:tcW w:type="dxa" w:w="171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6" w:right="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打扫，清理</w:t>
            </w:r>
          </w:p>
        </w:tc>
        <w:tc>
          <w:tcPr>
            <w:tcW w:type="dxa" w:w="282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7" name="Picture 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8" name="Picture 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2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9" name="Picture 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42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0" name="Picture 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1" name="Picture 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2" name="Picture 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71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90" w:right="19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bread </w:t>
            </w:r>
          </w:p>
        </w:tc>
        <w:tc>
          <w:tcPr>
            <w:tcW w:type="dxa" w:w="171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40" w:right="4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面包</w:t>
            </w:r>
          </w:p>
        </w:tc>
        <w:tc>
          <w:tcPr>
            <w:tcW w:type="dxa" w:w="282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3" name="Picture 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4" name="Picture 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42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5" name="Picture 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42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6" name="Picture 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7" name="Picture 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8" name="Picture 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71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132" w:after="0"/>
              <w:ind w:left="8" w:right="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hungry </w:t>
            </w:r>
          </w:p>
        </w:tc>
        <w:tc>
          <w:tcPr>
            <w:tcW w:type="dxa" w:w="171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24" w:right="22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饥饿的</w:t>
            </w:r>
          </w:p>
        </w:tc>
        <w:tc>
          <w:tcPr>
            <w:tcW w:type="dxa" w:w="282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9" name="Picture 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0" name="Picture 1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42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1" name="Picture 1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42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2" name="Picture 1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28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3" name="Picture 1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4" name="Picture 1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1454"/>
        </w:trPr>
        <w:tc>
          <w:tcPr>
            <w:tcW w:type="dxa" w:w="132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16" w:right="11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for </w:t>
            </w:r>
          </w:p>
        </w:tc>
        <w:tc>
          <w:tcPr>
            <w:tcW w:type="dxa" w:w="2106"/>
            <w:gridSpan w:val="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16" w:right="1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为......</w:t>
            </w:r>
          </w:p>
        </w:tc>
        <w:tc>
          <w:tcPr>
            <w:tcW w:type="dxa" w:w="2098"/>
            <w:vMerge/>
            <w:tcBorders>
              <w:bottom w:sz="5.599999904632568" w:val="single" w:color="#324C4C"/>
            </w:tcBorders>
          </w:tcPr>
          <w:p/>
        </w:tc>
        <w:tc>
          <w:tcPr>
            <w:tcW w:type="dxa" w:w="2098"/>
            <w:vMerge/>
            <w:tcBorders>
              <w:bottom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8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098"/>
        <w:gridCol w:w="2098"/>
        <w:gridCol w:w="2098"/>
        <w:gridCol w:w="2098"/>
        <w:gridCol w:w="2098"/>
      </w:tblGrid>
      <w:tr>
        <w:trPr>
          <w:trHeight w:hRule="exact" w:val="338"/>
        </w:trPr>
        <w:tc>
          <w:tcPr>
            <w:tcW w:type="dxa" w:w="3250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300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20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三年级下学期 / 教科版（EEC学院）（三年级起点）</w:t>
            </w:r>
          </w:p>
        </w:tc>
      </w:tr>
      <w:tr>
        <w:trPr>
          <w:trHeight w:hRule="exact" w:val="1306"/>
        </w:trPr>
        <w:tc>
          <w:tcPr>
            <w:tcW w:type="dxa" w:w="3250"/>
            <w:gridSpan w:val="3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5" name="Picture 1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0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520" w:right="5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6" name="Picture 1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7" name="Picture 1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34"/>
        </w:trPr>
        <w:tc>
          <w:tcPr>
            <w:tcW w:type="dxa" w:w="3250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8" name="Picture 1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20" w:right="5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9" name="Picture 1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0" name="Picture 1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66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42" w:right="14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count </w:t>
            </w:r>
          </w:p>
        </w:tc>
        <w:tc>
          <w:tcPr>
            <w:tcW w:type="dxa" w:w="158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88" w:right="8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数数</w:t>
            </w:r>
          </w:p>
        </w:tc>
        <w:tc>
          <w:tcPr>
            <w:tcW w:type="dxa" w:w="300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520" w:right="5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1" name="Picture 1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2" name="Picture 1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250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3" name="Picture 1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250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4" name="Picture 1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20" w:right="5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5" name="Picture 1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6" name="Picture 1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66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26" w:right="2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fifteen </w:t>
            </w:r>
          </w:p>
        </w:tc>
        <w:tc>
          <w:tcPr>
            <w:tcW w:type="dxa" w:w="158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204" w:right="20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十五</w:t>
            </w:r>
          </w:p>
        </w:tc>
        <w:tc>
          <w:tcPr>
            <w:tcW w:type="dxa" w:w="300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520" w:right="5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7" name="Picture 1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8" name="Picture 1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250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9" name="Picture 1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250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0" name="Picture 1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20" w:right="5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1" name="Picture 1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2" name="Picture 1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66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twenty </w:t>
            </w:r>
          </w:p>
        </w:tc>
        <w:tc>
          <w:tcPr>
            <w:tcW w:type="dxa" w:w="158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38" w:right="23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二十</w:t>
            </w:r>
          </w:p>
        </w:tc>
        <w:tc>
          <w:tcPr>
            <w:tcW w:type="dxa" w:w="300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520" w:right="5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3" name="Picture 1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4" name="Picture 1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250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5" name="Picture 1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250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6" name="Picture 1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20" w:right="5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7" name="Picture 1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8" name="Picture 1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994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134" w:after="0"/>
              <w:ind w:left="140" w:right="14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birthday </w:t>
            </w:r>
          </w:p>
        </w:tc>
        <w:tc>
          <w:tcPr>
            <w:tcW w:type="dxa" w:w="125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92" w:right="9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生日</w:t>
            </w:r>
          </w:p>
        </w:tc>
        <w:tc>
          <w:tcPr>
            <w:tcW w:type="dxa" w:w="300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520" w:right="5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9" name="Picture 1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0" name="Picture 1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250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1" name="Picture 1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250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2" name="Picture 1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20" w:right="5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3" name="Picture 1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4" name="Picture 1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66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0" w:right="1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twelve </w:t>
            </w:r>
          </w:p>
        </w:tc>
        <w:tc>
          <w:tcPr>
            <w:tcW w:type="dxa" w:w="158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220" w:right="2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十二</w:t>
            </w:r>
          </w:p>
        </w:tc>
        <w:tc>
          <w:tcPr>
            <w:tcW w:type="dxa" w:w="300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520" w:right="5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5" name="Picture 1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6" name="Picture 1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250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7" name="Picture 1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1660"/>
        </w:trPr>
        <w:tc>
          <w:tcPr>
            <w:tcW w:type="dxa" w:w="3250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8" name="Picture 1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0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20" w:right="5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9" name="Picture 1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0" name="Picture 1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9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098"/>
        <w:gridCol w:w="2098"/>
        <w:gridCol w:w="2098"/>
        <w:gridCol w:w="2098"/>
        <w:gridCol w:w="2098"/>
      </w:tblGrid>
      <w:tr>
        <w:trPr>
          <w:trHeight w:hRule="exact" w:val="338"/>
        </w:trPr>
        <w:tc>
          <w:tcPr>
            <w:tcW w:type="dxa" w:w="3770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248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20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三年级下学期 / 教科版（EEC学院）（三年级起点）</w:t>
            </w:r>
          </w:p>
        </w:tc>
      </w:tr>
      <w:tr>
        <w:trPr>
          <w:trHeight w:hRule="exact" w:val="938"/>
        </w:trPr>
        <w:tc>
          <w:tcPr>
            <w:tcW w:type="dxa" w:w="1870"/>
            <w:gridSpan w:val="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98" w:right="9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thirteen </w:t>
            </w:r>
          </w:p>
        </w:tc>
        <w:tc>
          <w:tcPr>
            <w:tcW w:type="dxa" w:w="190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496" w:after="0"/>
              <w:ind w:left="132" w:right="13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十三</w:t>
            </w:r>
          </w:p>
        </w:tc>
        <w:tc>
          <w:tcPr>
            <w:tcW w:type="dxa" w:w="2484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098" w:after="0"/>
              <w:ind w:left="164" w:right="16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1" name="Picture 1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098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2" name="Picture 1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770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3" name="Picture 1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934"/>
        </w:trPr>
        <w:tc>
          <w:tcPr>
            <w:tcW w:type="dxa" w:w="3770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4" name="Picture 1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4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64" w:right="16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5" name="Picture 1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6" name="Picture 1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6"/>
        </w:trPr>
        <w:tc>
          <w:tcPr>
            <w:tcW w:type="dxa" w:w="187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eighteen </w:t>
            </w:r>
          </w:p>
        </w:tc>
        <w:tc>
          <w:tcPr>
            <w:tcW w:type="dxa" w:w="190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32" w:right="23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十八</w:t>
            </w:r>
          </w:p>
        </w:tc>
        <w:tc>
          <w:tcPr>
            <w:tcW w:type="dxa" w:w="248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164" w:right="16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7" name="Picture 1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8" name="Picture 1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770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9" name="Picture 1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770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0" name="Picture 1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4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64" w:right="16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1" name="Picture 1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2" name="Picture 1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87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nineteen </w:t>
            </w:r>
          </w:p>
        </w:tc>
        <w:tc>
          <w:tcPr>
            <w:tcW w:type="dxa" w:w="190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32" w:right="23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十九</w:t>
            </w:r>
          </w:p>
        </w:tc>
        <w:tc>
          <w:tcPr>
            <w:tcW w:type="dxa" w:w="248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164" w:right="16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3" name="Picture 1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4" name="Picture 1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770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5" name="Picture 1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770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6" name="Picture 1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4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64" w:right="16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7" name="Picture 1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8" name="Picture 1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5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134" w:after="0"/>
              <w:ind w:left="140" w:right="14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cake </w:t>
            </w:r>
          </w:p>
        </w:tc>
        <w:tc>
          <w:tcPr>
            <w:tcW w:type="dxa" w:w="222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90" w:right="9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蛋糕</w:t>
            </w:r>
          </w:p>
        </w:tc>
        <w:tc>
          <w:tcPr>
            <w:tcW w:type="dxa" w:w="248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164" w:right="16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9" name="Picture 1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0" name="Picture 1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770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1" name="Picture 1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770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2" name="Picture 1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4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64" w:right="16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3" name="Picture 1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4" name="Picture 1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87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232" w:right="23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candle </w:t>
            </w:r>
          </w:p>
        </w:tc>
        <w:tc>
          <w:tcPr>
            <w:tcW w:type="dxa" w:w="190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0" w:right="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蜡烛</w:t>
            </w:r>
          </w:p>
        </w:tc>
        <w:tc>
          <w:tcPr>
            <w:tcW w:type="dxa" w:w="248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164" w:right="16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5" name="Picture 1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6" name="Picture 1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770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7" name="Picture 1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770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8" name="Picture 1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4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64" w:right="16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9" name="Picture 1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0" name="Picture 1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5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88" w:right="8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them </w:t>
            </w:r>
          </w:p>
        </w:tc>
        <w:tc>
          <w:tcPr>
            <w:tcW w:type="dxa" w:w="222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0" w:right="0" w:firstLine="0"/>
              <w:jc w:val="center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他们，她们，它们</w:t>
            </w:r>
          </w:p>
        </w:tc>
        <w:tc>
          <w:tcPr>
            <w:tcW w:type="dxa" w:w="248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164" w:right="16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1" name="Picture 1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2" name="Picture 1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898"/>
        </w:trPr>
        <w:tc>
          <w:tcPr>
            <w:tcW w:type="dxa" w:w="3770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3" name="Picture 1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1128"/>
        </w:trPr>
        <w:tc>
          <w:tcPr>
            <w:tcW w:type="dxa" w:w="3770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4" name="Picture 1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48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4" w:after="0"/>
              <w:ind w:left="164" w:right="16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5" name="Picture 1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4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6" name="Picture 1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10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623"/>
        <w:gridCol w:w="2623"/>
        <w:gridCol w:w="2623"/>
        <w:gridCol w:w="2623"/>
      </w:tblGrid>
      <w:tr>
        <w:trPr>
          <w:trHeight w:hRule="exact" w:val="338"/>
        </w:trPr>
        <w:tc>
          <w:tcPr>
            <w:tcW w:type="dxa" w:w="3342"/>
            <w:gridSpan w:val="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291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20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三年级下学期 / 教科版（EEC学院）（三年级起点）</w:t>
            </w:r>
          </w:p>
        </w:tc>
      </w:tr>
      <w:tr>
        <w:trPr>
          <w:trHeight w:hRule="exact" w:val="1202"/>
        </w:trPr>
        <w:tc>
          <w:tcPr>
            <w:tcW w:type="dxa" w:w="215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32" w:after="0"/>
              <w:ind w:left="116" w:right="11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seventeen </w:t>
            </w:r>
          </w:p>
        </w:tc>
        <w:tc>
          <w:tcPr>
            <w:tcW w:type="dxa" w:w="118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760" w:after="0"/>
              <w:ind w:left="114" w:right="11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十七</w:t>
            </w:r>
          </w:p>
        </w:tc>
        <w:tc>
          <w:tcPr>
            <w:tcW w:type="dxa" w:w="2912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62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7" name="Picture 1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62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8" name="Picture 1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34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9" name="Picture 1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>
              <w:top w:sz="5.599999904632568" w:val="single" w:color="#324C4C"/>
            </w:tcBorders>
          </w:tcPr>
          <w:p/>
        </w:tc>
        <w:tc>
          <w:tcPr>
            <w:tcW w:type="dxa" w:w="2623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1000"/>
        </w:trPr>
        <w:tc>
          <w:tcPr>
            <w:tcW w:type="dxa" w:w="334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0" name="Picture 1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1" name="Picture 1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20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914" w:right="91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2" name="Picture 1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autoSpaceDN w:val="0"/>
        <w:autoSpaceDE w:val="0"/>
        <w:widowControl/>
        <w:spacing w:line="20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03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6"/>
              </w:trPr>
              <w:tc>
                <w:tcPr>
                  <w:tcW w:type="dxa" w:w="194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中英文连线</w:t>
                  </w:r>
                </w:p>
              </w:tc>
              <w:tc>
                <w:tcPr>
                  <w:tcW w:type="dxa" w:w="462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6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用直线或序号将单词的中英文相连</w:t>
                  </w:r>
                </w:p>
              </w:tc>
              <w:tc>
                <w:tcPr>
                  <w:tcW w:type="dxa" w:w="205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3" name="Picture 183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82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11764"/>
        </w:trPr>
        <w:tc>
          <w:tcPr>
            <w:tcW w:type="dxa" w:w="415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82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full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more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sick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milk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want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some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table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sandwich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hot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apple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great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home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water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thirsty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clean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bread</w:t>
            </w:r>
          </w:p>
        </w:tc>
        <w:tc>
          <w:tcPr>
            <w:tcW w:type="dxa" w:w="63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10" w:after="0"/>
              <w:ind w:left="2316" w:right="23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(1) 饱的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874" w:right="874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(2) （数量）另外的，额外的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16" w:right="23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(3) 有病的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16" w:right="23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(4) 牛奶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16" w:right="23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(5) 想要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16" w:right="23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(6) 一些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16" w:right="23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(7) 桌子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16" w:right="23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(8) 三明治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16" w:right="23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(9) 热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16" w:right="23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(10) 苹果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16" w:right="23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(11) 极好的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16" w:right="23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(12) 回家；家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16" w:right="23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(13) 水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16" w:right="23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(14) 口渴的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94" w:right="2194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(15) 打扫，清理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16" w:right="23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(16) 面包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11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17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628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三年级下学期 / 教科版（EEC学院）（三年级起点）</w:t>
            </w:r>
          </w:p>
        </w:tc>
      </w:tr>
      <w:tr>
        <w:trPr>
          <w:trHeight w:hRule="exact" w:val="10116"/>
        </w:trPr>
        <w:tc>
          <w:tcPr>
            <w:tcW w:type="dxa" w:w="417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41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hungry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for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count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fifteen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twenty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birthday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twelve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thirteen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eighteen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nineteen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cake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candle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them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seventeen</w:t>
            </w:r>
          </w:p>
        </w:tc>
        <w:tc>
          <w:tcPr>
            <w:tcW w:type="dxa" w:w="628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548" w:after="0"/>
              <w:ind w:left="2292" w:right="229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(17) 饥饿的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92" w:right="229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(18) 为......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92" w:right="229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(19) 数数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92" w:right="229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(20) 十五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92" w:right="229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(21) 二十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92" w:right="229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(22) 生日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92" w:right="229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(23) 十二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92" w:right="229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(24) 十三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92" w:right="229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(25) 十八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92" w:right="229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(26) 十九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92" w:right="229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(27) 蛋糕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92" w:right="229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(28) 蜡烛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1474" w:right="1474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(29) 他们，她们，它们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92" w:right="229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(30) 十七</w:t>
            </w:r>
          </w:p>
        </w:tc>
      </w:tr>
    </w:tbl>
    <w:p>
      <w:pPr>
        <w:autoSpaceDN w:val="0"/>
        <w:autoSpaceDE w:val="0"/>
        <w:widowControl/>
        <w:spacing w:line="19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04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4"/>
              </w:trPr>
              <w:tc>
                <w:tcPr>
                  <w:tcW w:type="dxa" w:w="226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字母顺序打乱</w:t>
                  </w:r>
                </w:p>
              </w:tc>
              <w:tc>
                <w:tcPr>
                  <w:tcW w:type="dxa" w:w="398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选出正确字母顺序的单词</w:t>
                  </w:r>
                </w:p>
              </w:tc>
              <w:tc>
                <w:tcPr>
                  <w:tcW w:type="dxa" w:w="237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4" name="Picture 184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3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623"/>
        <w:gridCol w:w="2623"/>
        <w:gridCol w:w="2623"/>
        <w:gridCol w:w="2623"/>
      </w:tblGrid>
      <w:tr>
        <w:trPr>
          <w:trHeight w:hRule="exact" w:val="498"/>
        </w:trPr>
        <w:tc>
          <w:tcPr>
            <w:tcW w:type="dxa" w:w="225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ullf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8" w:after="0"/>
              <w:ind w:left="378" w:right="37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full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8" w:after="0"/>
              <w:ind w:left="378" w:right="37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flul</w:t>
            </w:r>
          </w:p>
        </w:tc>
        <w:tc>
          <w:tcPr>
            <w:tcW w:type="dxa" w:w="44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44" w:after="0"/>
              <w:ind w:left="378" w:right="37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饱的</w:t>
            </w:r>
          </w:p>
        </w:tc>
      </w:tr>
      <w:tr>
        <w:trPr>
          <w:trHeight w:hRule="exact" w:val="516"/>
        </w:trPr>
        <w:tc>
          <w:tcPr>
            <w:tcW w:type="dxa" w:w="225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more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78" w:right="37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remo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78" w:right="37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eomr</w:t>
            </w:r>
          </w:p>
        </w:tc>
        <w:tc>
          <w:tcPr>
            <w:tcW w:type="dxa" w:w="44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78" w:right="37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（数量）另外的，额外的</w:t>
            </w:r>
          </w:p>
        </w:tc>
      </w:tr>
      <w:tr>
        <w:trPr>
          <w:trHeight w:hRule="exact" w:val="518"/>
        </w:trPr>
        <w:tc>
          <w:tcPr>
            <w:tcW w:type="dxa" w:w="225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ckis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78" w:right="37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iksc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78" w:right="37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sick</w:t>
            </w:r>
          </w:p>
        </w:tc>
        <w:tc>
          <w:tcPr>
            <w:tcW w:type="dxa" w:w="44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78" w:right="37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有病的</w:t>
            </w:r>
          </w:p>
        </w:tc>
      </w:tr>
      <w:tr>
        <w:trPr>
          <w:trHeight w:hRule="exact" w:val="516"/>
        </w:trPr>
        <w:tc>
          <w:tcPr>
            <w:tcW w:type="dxa" w:w="225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klim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78" w:right="37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milk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78" w:right="37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lkim</w:t>
            </w:r>
          </w:p>
        </w:tc>
        <w:tc>
          <w:tcPr>
            <w:tcW w:type="dxa" w:w="44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78" w:right="37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牛奶</w:t>
            </w:r>
          </w:p>
        </w:tc>
      </w:tr>
      <w:tr>
        <w:trPr>
          <w:trHeight w:hRule="exact" w:val="520"/>
        </w:trPr>
        <w:tc>
          <w:tcPr>
            <w:tcW w:type="dxa" w:w="225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nwat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78" w:right="37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natw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78" w:right="37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want</w:t>
            </w:r>
          </w:p>
        </w:tc>
        <w:tc>
          <w:tcPr>
            <w:tcW w:type="dxa" w:w="44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78" w:right="37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想要</w:t>
            </w:r>
          </w:p>
        </w:tc>
      </w:tr>
      <w:tr>
        <w:trPr>
          <w:trHeight w:hRule="exact" w:val="516"/>
        </w:trPr>
        <w:tc>
          <w:tcPr>
            <w:tcW w:type="dxa" w:w="225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eosm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78" w:right="37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esmo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78" w:right="37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some</w:t>
            </w:r>
          </w:p>
        </w:tc>
        <w:tc>
          <w:tcPr>
            <w:tcW w:type="dxa" w:w="44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78" w:right="37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一些</w:t>
            </w:r>
          </w:p>
        </w:tc>
      </w:tr>
      <w:tr>
        <w:trPr>
          <w:trHeight w:hRule="exact" w:val="518"/>
        </w:trPr>
        <w:tc>
          <w:tcPr>
            <w:tcW w:type="dxa" w:w="225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ealtb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378" w:right="37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table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378" w:right="37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leatb</w:t>
            </w:r>
          </w:p>
        </w:tc>
        <w:tc>
          <w:tcPr>
            <w:tcW w:type="dxa" w:w="44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78" w:right="37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桌子</w:t>
            </w:r>
          </w:p>
        </w:tc>
      </w:tr>
      <w:tr>
        <w:trPr>
          <w:trHeight w:hRule="exact" w:val="1272"/>
        </w:trPr>
        <w:tc>
          <w:tcPr>
            <w:tcW w:type="dxa" w:w="225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78" w:right="37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dhawcsni</w:t>
            </w:r>
          </w:p>
        </w:tc>
        <w:tc>
          <w:tcPr>
            <w:tcW w:type="dxa" w:w="189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awinshcd</w:t>
            </w:r>
          </w:p>
        </w:tc>
        <w:tc>
          <w:tcPr>
            <w:tcW w:type="dxa" w:w="189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sandwich</w:t>
            </w:r>
          </w:p>
        </w:tc>
        <w:tc>
          <w:tcPr>
            <w:tcW w:type="dxa" w:w="442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78" w:right="37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三明治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12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623"/>
        <w:gridCol w:w="2623"/>
        <w:gridCol w:w="2623"/>
        <w:gridCol w:w="2623"/>
      </w:tblGrid>
      <w:tr>
        <w:trPr>
          <w:trHeight w:hRule="exact" w:val="338"/>
        </w:trPr>
        <w:tc>
          <w:tcPr>
            <w:tcW w:type="dxa" w:w="227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189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89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40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三年级下学期 / 教科版（EEC学院）（三年级起点）</w:t>
            </w:r>
          </w:p>
        </w:tc>
      </w:tr>
      <w:tr>
        <w:trPr>
          <w:trHeight w:hRule="exact" w:val="790"/>
        </w:trPr>
        <w:tc>
          <w:tcPr>
            <w:tcW w:type="dxa" w:w="227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26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hot</w:t>
            </w:r>
          </w:p>
        </w:tc>
        <w:tc>
          <w:tcPr>
            <w:tcW w:type="dxa" w:w="189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26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hto</w:t>
            </w:r>
          </w:p>
        </w:tc>
        <w:tc>
          <w:tcPr>
            <w:tcW w:type="dxa" w:w="189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26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oth</w:t>
            </w:r>
          </w:p>
        </w:tc>
        <w:tc>
          <w:tcPr>
            <w:tcW w:type="dxa" w:w="440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432" w:after="0"/>
              <w:ind w:left="352" w:right="35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热</w:t>
            </w:r>
          </w:p>
        </w:tc>
      </w:tr>
      <w:tr>
        <w:trPr>
          <w:trHeight w:hRule="exact" w:val="520"/>
        </w:trPr>
        <w:tc>
          <w:tcPr>
            <w:tcW w:type="dxa" w:w="227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aeppl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apple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pplae</w:t>
            </w:r>
          </w:p>
        </w:tc>
        <w:tc>
          <w:tcPr>
            <w:tcW w:type="dxa" w:w="44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52" w:right="35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苹果</w:t>
            </w:r>
          </w:p>
        </w:tc>
      </w:tr>
      <w:tr>
        <w:trPr>
          <w:trHeight w:hRule="exact" w:val="516"/>
        </w:trPr>
        <w:tc>
          <w:tcPr>
            <w:tcW w:type="dxa" w:w="227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gaetr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raget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great</w:t>
            </w:r>
          </w:p>
        </w:tc>
        <w:tc>
          <w:tcPr>
            <w:tcW w:type="dxa" w:w="44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52" w:right="35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极好的</w:t>
            </w:r>
          </w:p>
        </w:tc>
      </w:tr>
      <w:tr>
        <w:trPr>
          <w:trHeight w:hRule="exact" w:val="518"/>
        </w:trPr>
        <w:tc>
          <w:tcPr>
            <w:tcW w:type="dxa" w:w="227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home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mhoe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eomh</w:t>
            </w:r>
          </w:p>
        </w:tc>
        <w:tc>
          <w:tcPr>
            <w:tcW w:type="dxa" w:w="44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52" w:right="35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回家；家</w:t>
            </w:r>
          </w:p>
        </w:tc>
      </w:tr>
      <w:tr>
        <w:trPr>
          <w:trHeight w:hRule="exact" w:val="518"/>
        </w:trPr>
        <w:tc>
          <w:tcPr>
            <w:tcW w:type="dxa" w:w="227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water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trawe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awert</w:t>
            </w:r>
          </w:p>
        </w:tc>
        <w:tc>
          <w:tcPr>
            <w:tcW w:type="dxa" w:w="44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52" w:right="35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水</w:t>
            </w:r>
          </w:p>
        </w:tc>
      </w:tr>
      <w:tr>
        <w:trPr>
          <w:trHeight w:hRule="exact" w:val="516"/>
        </w:trPr>
        <w:tc>
          <w:tcPr>
            <w:tcW w:type="dxa" w:w="227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thirsty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rtysthi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rhstiyt</w:t>
            </w:r>
          </w:p>
        </w:tc>
        <w:tc>
          <w:tcPr>
            <w:tcW w:type="dxa" w:w="44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52" w:right="35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口渴的</w:t>
            </w:r>
          </w:p>
        </w:tc>
      </w:tr>
      <w:tr>
        <w:trPr>
          <w:trHeight w:hRule="exact" w:val="518"/>
        </w:trPr>
        <w:tc>
          <w:tcPr>
            <w:tcW w:type="dxa" w:w="227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clean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ecaln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nlaec</w:t>
            </w:r>
          </w:p>
        </w:tc>
        <w:tc>
          <w:tcPr>
            <w:tcW w:type="dxa" w:w="44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52" w:right="35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打扫，清理</w:t>
            </w:r>
          </w:p>
        </w:tc>
      </w:tr>
      <w:tr>
        <w:trPr>
          <w:trHeight w:hRule="exact" w:val="518"/>
        </w:trPr>
        <w:tc>
          <w:tcPr>
            <w:tcW w:type="dxa" w:w="227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adebr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bread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abedr</w:t>
            </w:r>
          </w:p>
        </w:tc>
        <w:tc>
          <w:tcPr>
            <w:tcW w:type="dxa" w:w="44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52" w:right="35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面包</w:t>
            </w:r>
          </w:p>
        </w:tc>
      </w:tr>
      <w:tr>
        <w:trPr>
          <w:trHeight w:hRule="exact" w:val="516"/>
        </w:trPr>
        <w:tc>
          <w:tcPr>
            <w:tcW w:type="dxa" w:w="227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hungry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gryhnu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gynhur</w:t>
            </w:r>
          </w:p>
        </w:tc>
        <w:tc>
          <w:tcPr>
            <w:tcW w:type="dxa" w:w="44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52" w:right="35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饥饿的</w:t>
            </w:r>
          </w:p>
        </w:tc>
      </w:tr>
      <w:tr>
        <w:trPr>
          <w:trHeight w:hRule="exact" w:val="518"/>
        </w:trPr>
        <w:tc>
          <w:tcPr>
            <w:tcW w:type="dxa" w:w="227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for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ofr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rfo</w:t>
            </w:r>
          </w:p>
        </w:tc>
        <w:tc>
          <w:tcPr>
            <w:tcW w:type="dxa" w:w="44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52" w:right="35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为......</w:t>
            </w:r>
          </w:p>
        </w:tc>
      </w:tr>
      <w:tr>
        <w:trPr>
          <w:trHeight w:hRule="exact" w:val="516"/>
        </w:trPr>
        <w:tc>
          <w:tcPr>
            <w:tcW w:type="dxa" w:w="227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nouct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uontc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count</w:t>
            </w:r>
          </w:p>
        </w:tc>
        <w:tc>
          <w:tcPr>
            <w:tcW w:type="dxa" w:w="44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52" w:right="35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数数</w:t>
            </w:r>
          </w:p>
        </w:tc>
      </w:tr>
      <w:tr>
        <w:trPr>
          <w:trHeight w:hRule="exact" w:val="520"/>
        </w:trPr>
        <w:tc>
          <w:tcPr>
            <w:tcW w:type="dxa" w:w="227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fienetf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nieftfe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fifteen</w:t>
            </w:r>
          </w:p>
        </w:tc>
        <w:tc>
          <w:tcPr>
            <w:tcW w:type="dxa" w:w="44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52" w:right="35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十五</w:t>
            </w:r>
          </w:p>
        </w:tc>
      </w:tr>
      <w:tr>
        <w:trPr>
          <w:trHeight w:hRule="exact" w:val="516"/>
        </w:trPr>
        <w:tc>
          <w:tcPr>
            <w:tcW w:type="dxa" w:w="227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twenty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wyetnt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wytnte</w:t>
            </w:r>
          </w:p>
        </w:tc>
        <w:tc>
          <w:tcPr>
            <w:tcW w:type="dxa" w:w="44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52" w:right="35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二十</w:t>
            </w:r>
          </w:p>
        </w:tc>
      </w:tr>
      <w:tr>
        <w:trPr>
          <w:trHeight w:hRule="exact" w:val="518"/>
        </w:trPr>
        <w:tc>
          <w:tcPr>
            <w:tcW w:type="dxa" w:w="227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536" w:right="53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rtbhaidy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rtibaydh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birthday</w:t>
            </w:r>
          </w:p>
        </w:tc>
        <w:tc>
          <w:tcPr>
            <w:tcW w:type="dxa" w:w="44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52" w:right="35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生日</w:t>
            </w:r>
          </w:p>
        </w:tc>
      </w:tr>
      <w:tr>
        <w:trPr>
          <w:trHeight w:hRule="exact" w:val="516"/>
        </w:trPr>
        <w:tc>
          <w:tcPr>
            <w:tcW w:type="dxa" w:w="227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vetwle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vleetw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twelve</w:t>
            </w:r>
          </w:p>
        </w:tc>
        <w:tc>
          <w:tcPr>
            <w:tcW w:type="dxa" w:w="44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52" w:right="35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十二</w:t>
            </w:r>
          </w:p>
        </w:tc>
      </w:tr>
      <w:tr>
        <w:trPr>
          <w:trHeight w:hRule="exact" w:val="520"/>
        </w:trPr>
        <w:tc>
          <w:tcPr>
            <w:tcW w:type="dxa" w:w="227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620" w:right="62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heenttir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thirteen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eertnith</w:t>
            </w:r>
          </w:p>
        </w:tc>
        <w:tc>
          <w:tcPr>
            <w:tcW w:type="dxa" w:w="44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52" w:right="35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十三</w:t>
            </w:r>
          </w:p>
        </w:tc>
      </w:tr>
      <w:tr>
        <w:trPr>
          <w:trHeight w:hRule="exact" w:val="516"/>
        </w:trPr>
        <w:tc>
          <w:tcPr>
            <w:tcW w:type="dxa" w:w="227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520" w:right="52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eiehgent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eighteen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teghneei</w:t>
            </w:r>
          </w:p>
        </w:tc>
        <w:tc>
          <w:tcPr>
            <w:tcW w:type="dxa" w:w="44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52" w:right="35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十八</w:t>
            </w:r>
          </w:p>
        </w:tc>
      </w:tr>
      <w:tr>
        <w:trPr>
          <w:trHeight w:hRule="exact" w:val="518"/>
        </w:trPr>
        <w:tc>
          <w:tcPr>
            <w:tcW w:type="dxa" w:w="227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520" w:right="52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ntnieeen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nteinene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nineteen</w:t>
            </w:r>
          </w:p>
        </w:tc>
        <w:tc>
          <w:tcPr>
            <w:tcW w:type="dxa" w:w="44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52" w:right="35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十九</w:t>
            </w:r>
          </w:p>
        </w:tc>
      </w:tr>
      <w:tr>
        <w:trPr>
          <w:trHeight w:hRule="exact" w:val="518"/>
        </w:trPr>
        <w:tc>
          <w:tcPr>
            <w:tcW w:type="dxa" w:w="227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ekca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cake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ckea</w:t>
            </w:r>
          </w:p>
        </w:tc>
        <w:tc>
          <w:tcPr>
            <w:tcW w:type="dxa" w:w="44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52" w:right="35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蛋糕</w:t>
            </w:r>
          </w:p>
        </w:tc>
      </w:tr>
      <w:tr>
        <w:trPr>
          <w:trHeight w:hRule="exact" w:val="516"/>
        </w:trPr>
        <w:tc>
          <w:tcPr>
            <w:tcW w:type="dxa" w:w="227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lecand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candle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dnalce</w:t>
            </w:r>
          </w:p>
        </w:tc>
        <w:tc>
          <w:tcPr>
            <w:tcW w:type="dxa" w:w="44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52" w:right="35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蜡烛</w:t>
            </w:r>
          </w:p>
        </w:tc>
      </w:tr>
      <w:tr>
        <w:trPr>
          <w:trHeight w:hRule="exact" w:val="518"/>
        </w:trPr>
        <w:tc>
          <w:tcPr>
            <w:tcW w:type="dxa" w:w="227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hemt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ehtm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54" w:right="35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them</w:t>
            </w:r>
          </w:p>
        </w:tc>
        <w:tc>
          <w:tcPr>
            <w:tcW w:type="dxa" w:w="44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52" w:right="35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他们，她们，它们</w:t>
            </w:r>
          </w:p>
        </w:tc>
      </w:tr>
      <w:tr>
        <w:trPr>
          <w:trHeight w:hRule="exact" w:val="604"/>
        </w:trPr>
        <w:tc>
          <w:tcPr>
            <w:tcW w:type="dxa" w:w="227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54" w:right="35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sntveenee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etvnnesee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seventeen</w:t>
            </w:r>
          </w:p>
        </w:tc>
        <w:tc>
          <w:tcPr>
            <w:tcW w:type="dxa" w:w="44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52" w:right="35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十七</w:t>
            </w:r>
          </w:p>
        </w:tc>
      </w:tr>
    </w:tbl>
    <w:p>
      <w:pPr>
        <w:autoSpaceDN w:val="0"/>
        <w:autoSpaceDE w:val="0"/>
        <w:widowControl/>
        <w:spacing w:line="144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8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05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6"/>
              </w:trPr>
              <w:tc>
                <w:tcPr>
                  <w:tcW w:type="dxa" w:w="162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单词填空</w:t>
                  </w:r>
                </w:p>
              </w:tc>
              <w:tc>
                <w:tcPr>
                  <w:tcW w:type="dxa" w:w="42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填写单词所缺的2个字母</w:t>
                  </w:r>
                </w:p>
              </w:tc>
              <w:tc>
                <w:tcPr>
                  <w:tcW w:type="dxa" w:w="275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5" name="Picture 185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3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088"/>
        </w:trPr>
        <w:tc>
          <w:tcPr>
            <w:tcW w:type="dxa" w:w="419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23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饱的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ic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有病的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想要</w:t>
            </w:r>
          </w:p>
        </w:tc>
        <w:tc>
          <w:tcPr>
            <w:tcW w:type="dxa" w:w="626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236" w:after="0"/>
              <w:ind w:left="676" w:right="67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mo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（数量）另外的，额外的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360" w:right="136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牛奶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610" w:right="161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om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一些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13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79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66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三年级下学期 / 教科版（EEC学院）（三年级起点）</w:t>
            </w:r>
          </w:p>
        </w:tc>
      </w:tr>
      <w:tr>
        <w:trPr>
          <w:trHeight w:hRule="exact" w:val="12246"/>
        </w:trPr>
        <w:tc>
          <w:tcPr>
            <w:tcW w:type="dxa" w:w="479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568" w:after="0"/>
              <w:ind w:left="1324" w:right="1324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ble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桌子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热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gr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极好的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水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打扫，清理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hun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y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饥饿的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ou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数数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324" w:right="1324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enty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二十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elv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十二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eight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十八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蛋糕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他们，她们，它们</w:t>
            </w:r>
          </w:p>
        </w:tc>
        <w:tc>
          <w:tcPr>
            <w:tcW w:type="dxa" w:w="566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568" w:after="0"/>
              <w:ind w:left="760" w:right="76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sand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ch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三明治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384" w:right="1384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ple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苹果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60" w:right="76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ho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回家；家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60" w:right="76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irs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y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口渴的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60" w:right="76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b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面包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60" w:right="76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为......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384" w:right="1384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fteen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十五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60" w:right="76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b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thday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生日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010" w:right="101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hir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een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十三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60" w:right="76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ninete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十九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010" w:right="101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andl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蜡烛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60" w:right="76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teen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十七</w:t>
            </w:r>
          </w:p>
        </w:tc>
      </w:tr>
    </w:tbl>
    <w:p>
      <w:pPr>
        <w:autoSpaceDN w:val="0"/>
        <w:autoSpaceDE w:val="0"/>
        <w:widowControl/>
        <w:spacing w:line="26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06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4"/>
              </w:trPr>
              <w:tc>
                <w:tcPr>
                  <w:tcW w:type="dxa" w:w="226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看中文写英文</w:t>
                  </w:r>
                </w:p>
              </w:tc>
              <w:tc>
                <w:tcPr>
                  <w:tcW w:type="dxa" w:w="422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在空白处写出对应的英文单词</w:t>
                  </w:r>
                </w:p>
              </w:tc>
              <w:tc>
                <w:tcPr>
                  <w:tcW w:type="dxa" w:w="213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6" name="Picture 186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124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3497"/>
        <w:gridCol w:w="3497"/>
        <w:gridCol w:w="3497"/>
      </w:tblGrid>
      <w:tr>
        <w:trPr>
          <w:trHeight w:hRule="exact" w:val="924"/>
        </w:trPr>
        <w:tc>
          <w:tcPr>
            <w:tcW w:type="dxa" w:w="44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2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87" name="Picture 1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饱的 </w:t>
            </w:r>
          </w:p>
        </w:tc>
        <w:tc>
          <w:tcPr>
            <w:tcW w:type="dxa" w:w="29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24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88" name="Picture 1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22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（数量）另外的，额外的 </w:t>
            </w:r>
          </w:p>
        </w:tc>
      </w:tr>
      <w:tr>
        <w:trPr>
          <w:trHeight w:hRule="exact" w:val="1662"/>
        </w:trPr>
        <w:tc>
          <w:tcPr>
            <w:tcW w:type="dxa" w:w="446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89" name="Picture 1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有病的 </w:t>
            </w:r>
          </w:p>
        </w:tc>
        <w:tc>
          <w:tcPr>
            <w:tcW w:type="dxa" w:w="29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0" name="Picture 1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牛奶 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14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3497"/>
        <w:gridCol w:w="3497"/>
        <w:gridCol w:w="3497"/>
      </w:tblGrid>
      <w:tr>
        <w:trPr>
          <w:trHeight w:hRule="exact" w:val="338"/>
        </w:trPr>
        <w:tc>
          <w:tcPr>
            <w:tcW w:type="dxa" w:w="506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392"/>
            <w:gridSpan w:val="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三年级下学期 / 教科版（EEC学院）（三年级起点）</w:t>
            </w:r>
          </w:p>
        </w:tc>
      </w:tr>
      <w:tr>
        <w:trPr>
          <w:trHeight w:hRule="exact" w:val="1306"/>
        </w:trPr>
        <w:tc>
          <w:tcPr>
            <w:tcW w:type="dxa" w:w="5068"/>
            <w:vMerge w:val="restart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1" name="Picture 1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想要 </w:t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2" name="Picture 1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桌子 </w:t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3" name="Picture 1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热 </w:t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4" name="Picture 1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极好的 </w:t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5" name="Picture 1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水 </w:t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6" name="Picture 1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打扫，清理 </w:t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7" name="Picture 1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饥饿的 </w:t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8" name="Picture 1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数数 </w:t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9" name="Picture 1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二十 </w:t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0" name="Picture 2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十二 </w:t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1" name="Picture 2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十八 </w:t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2" name="Picture 2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蛋糕 </w:t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488" w:right="488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3" name="Picture 2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他们，她们，它们 </w:t>
            </w:r>
          </w:p>
        </w:tc>
        <w:tc>
          <w:tcPr>
            <w:tcW w:type="dxa" w:w="231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4" name="Picture 2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6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一些 </w:t>
            </w:r>
          </w:p>
        </w:tc>
      </w:tr>
      <w:tr>
        <w:trPr>
          <w:trHeight w:hRule="exact" w:val="1000"/>
        </w:trPr>
        <w:tc>
          <w:tcPr>
            <w:tcW w:type="dxa" w:w="3497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  <w:tc>
          <w:tcPr>
            <w:tcW w:type="dxa" w:w="23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5" name="Picture 2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三明治 </w:t>
            </w:r>
          </w:p>
        </w:tc>
      </w:tr>
      <w:tr>
        <w:trPr>
          <w:trHeight w:hRule="exact" w:val="1000"/>
        </w:trPr>
        <w:tc>
          <w:tcPr>
            <w:tcW w:type="dxa" w:w="3497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  <w:tc>
          <w:tcPr>
            <w:tcW w:type="dxa" w:w="23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6" name="Picture 2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苹果 </w:t>
            </w:r>
          </w:p>
        </w:tc>
      </w:tr>
      <w:tr>
        <w:trPr>
          <w:trHeight w:hRule="exact" w:val="1000"/>
        </w:trPr>
        <w:tc>
          <w:tcPr>
            <w:tcW w:type="dxa" w:w="3497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  <w:tc>
          <w:tcPr>
            <w:tcW w:type="dxa" w:w="23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7" name="Picture 2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回家；家 </w:t>
            </w:r>
          </w:p>
        </w:tc>
      </w:tr>
      <w:tr>
        <w:trPr>
          <w:trHeight w:hRule="exact" w:val="1000"/>
        </w:trPr>
        <w:tc>
          <w:tcPr>
            <w:tcW w:type="dxa" w:w="3497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  <w:tc>
          <w:tcPr>
            <w:tcW w:type="dxa" w:w="23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8" name="Picture 2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口渴的 </w:t>
            </w:r>
          </w:p>
        </w:tc>
      </w:tr>
      <w:tr>
        <w:trPr>
          <w:trHeight w:hRule="exact" w:val="1000"/>
        </w:trPr>
        <w:tc>
          <w:tcPr>
            <w:tcW w:type="dxa" w:w="3497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  <w:tc>
          <w:tcPr>
            <w:tcW w:type="dxa" w:w="23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9" name="Picture 2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面包 </w:t>
            </w:r>
          </w:p>
        </w:tc>
      </w:tr>
      <w:tr>
        <w:trPr>
          <w:trHeight w:hRule="exact" w:val="1000"/>
        </w:trPr>
        <w:tc>
          <w:tcPr>
            <w:tcW w:type="dxa" w:w="3497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  <w:tc>
          <w:tcPr>
            <w:tcW w:type="dxa" w:w="23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0" name="Picture 2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为...... </w:t>
            </w:r>
          </w:p>
        </w:tc>
      </w:tr>
      <w:tr>
        <w:trPr>
          <w:trHeight w:hRule="exact" w:val="1000"/>
        </w:trPr>
        <w:tc>
          <w:tcPr>
            <w:tcW w:type="dxa" w:w="3497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  <w:tc>
          <w:tcPr>
            <w:tcW w:type="dxa" w:w="23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1" name="Picture 2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十五 </w:t>
            </w:r>
          </w:p>
        </w:tc>
      </w:tr>
      <w:tr>
        <w:trPr>
          <w:trHeight w:hRule="exact" w:val="1000"/>
        </w:trPr>
        <w:tc>
          <w:tcPr>
            <w:tcW w:type="dxa" w:w="3497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  <w:tc>
          <w:tcPr>
            <w:tcW w:type="dxa" w:w="23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2" name="Picture 2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生日 </w:t>
            </w:r>
          </w:p>
        </w:tc>
      </w:tr>
      <w:tr>
        <w:trPr>
          <w:trHeight w:hRule="exact" w:val="1000"/>
        </w:trPr>
        <w:tc>
          <w:tcPr>
            <w:tcW w:type="dxa" w:w="3497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  <w:tc>
          <w:tcPr>
            <w:tcW w:type="dxa" w:w="23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3" name="Picture 2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十三 </w:t>
            </w:r>
          </w:p>
        </w:tc>
      </w:tr>
      <w:tr>
        <w:trPr>
          <w:trHeight w:hRule="exact" w:val="1000"/>
        </w:trPr>
        <w:tc>
          <w:tcPr>
            <w:tcW w:type="dxa" w:w="3497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  <w:tc>
          <w:tcPr>
            <w:tcW w:type="dxa" w:w="23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4" name="Picture 2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十九 </w:t>
            </w:r>
          </w:p>
        </w:tc>
      </w:tr>
      <w:tr>
        <w:trPr>
          <w:trHeight w:hRule="exact" w:val="1000"/>
        </w:trPr>
        <w:tc>
          <w:tcPr>
            <w:tcW w:type="dxa" w:w="3497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  <w:tc>
          <w:tcPr>
            <w:tcW w:type="dxa" w:w="23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5" name="Picture 2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蜡烛 </w:t>
            </w:r>
          </w:p>
        </w:tc>
      </w:tr>
      <w:tr>
        <w:trPr>
          <w:trHeight w:hRule="exact" w:val="3646"/>
        </w:trPr>
        <w:tc>
          <w:tcPr>
            <w:tcW w:type="dxa" w:w="3497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  <w:tc>
          <w:tcPr>
            <w:tcW w:type="dxa" w:w="23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6" name="Picture 2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十七 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15</w:t>
      </w:r>
    </w:p>
    <w:sectPr w:rsidR="00FC693F" w:rsidRPr="0006063C" w:rsidSect="00034616">
      <w:pgSz w:w="11900" w:h="16840"/>
      <w:pgMar w:top="76" w:right="694" w:bottom="70" w:left="71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png"/><Relationship Id="rId11" Type="http://schemas.openxmlformats.org/officeDocument/2006/relationships/image" Target="media/image3.png"/><Relationship Id="rId12" Type="http://schemas.openxmlformats.org/officeDocument/2006/relationships/image" Target="media/image4.png"/><Relationship Id="rId13" Type="http://schemas.openxmlformats.org/officeDocument/2006/relationships/image" Target="media/image5.png"/><Relationship Id="rId14" Type="http://schemas.openxmlformats.org/officeDocument/2006/relationships/image" Target="media/image6.png"/><Relationship Id="rId15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