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72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8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72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8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学期：三年级上学期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版本：教科版（EEC学院）（三年级起点）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What's Your Name?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9774"/>
        </w:trPr>
        <w:tc>
          <w:tcPr>
            <w:tcW w:type="dxa" w:w="33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蚂蚁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进来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过来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你好，喂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妈妈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走，出发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</w:tc>
        <w:tc>
          <w:tcPr>
            <w:tcW w:type="dxa" w:w="63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这儿，这里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向外面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hello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你好，喂，嘿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morning go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那，这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96" w:right="15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你，你们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your </w:t>
      </w:r>
      <w:r>
        <w:rPr>
          <w:rFonts w:ascii="宋体" w:hAnsi="宋体" w:eastAsia="宋体"/>
          <w:b w:val="0"/>
          <w:i w:val="0"/>
          <w:color w:val="555D5D"/>
          <w:sz w:val="24"/>
        </w:rPr>
        <w:t>你的，你们的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Nice to Meet You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726"/>
        </w:trPr>
        <w:tc>
          <w:tcPr>
            <w:tcW w:type="dxa" w:w="335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a/an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一（个）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班级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狗</w:t>
            </w:r>
          </w:p>
        </w:tc>
        <w:tc>
          <w:tcPr>
            <w:tcW w:type="dxa" w:w="636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84" w:right="15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4" w:right="15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84" w:right="15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elephant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象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5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9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5512"/>
        </w:trPr>
        <w:tc>
          <w:tcPr>
            <w:tcW w:type="dxa" w:w="55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friend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朋友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listen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4" w:right="13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小姐（用于未婚女子姓之前作为礼貌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picture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图画，照片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</w:t>
            </w:r>
          </w:p>
        </w:tc>
        <w:tc>
          <w:tcPr>
            <w:tcW w:type="dxa" w:w="49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good-bye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怎么样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遇到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too </w:t>
      </w:r>
      <w:r>
        <w:rPr>
          <w:rFonts w:ascii="宋体" w:hAnsi="宋体" w:eastAsia="宋体"/>
          <w:b w:val="0"/>
          <w:i w:val="0"/>
          <w:color w:val="555D5D"/>
          <w:sz w:val="24"/>
        </w:rPr>
        <w:t>也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This Is My Room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642"/>
        </w:trPr>
        <w:tc>
          <w:tcPr>
            <w:tcW w:type="dxa" w:w="344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afternoon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computer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向下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昆虫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小孩子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please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sit 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坐下</w:t>
            </w:r>
          </w:p>
        </w:tc>
        <w:tc>
          <w:tcPr>
            <w:tcW w:type="dxa" w:w="627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椅子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desk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eraser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橡皮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hippo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河马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pencil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铅笔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房间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0" w:right="15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站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2104"/>
        </w:trPr>
        <w:tc>
          <w:tcPr>
            <w:tcW w:type="dxa" w:w="41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stand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站起来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向上</w:t>
            </w:r>
          </w:p>
        </w:tc>
        <w:tc>
          <w:tcPr>
            <w:tcW w:type="dxa" w:w="62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78" w:after="0"/>
              <w:ind w:left="1452" w:right="14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那（个）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52" w:right="14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是的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Who's She?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214"/>
        </w:trPr>
        <w:tc>
          <w:tcPr>
            <w:tcW w:type="dxa" w:w="33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和，及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爸爸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喷气式飞机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狮子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捡，摘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</w:t>
            </w:r>
          </w:p>
        </w:tc>
        <w:tc>
          <w:tcPr>
            <w:tcW w:type="dxa" w:w="63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兄弟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kangaroo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袋鼠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pick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捡起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64" w:right="15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sister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姐妹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who </w:t>
      </w:r>
      <w:r>
        <w:rPr>
          <w:rFonts w:ascii="宋体" w:hAnsi="宋体" w:eastAsia="宋体"/>
          <w:b w:val="0"/>
          <w:i w:val="0"/>
          <w:color w:val="555D5D"/>
          <w:sz w:val="24"/>
        </w:rPr>
        <w:t>完整信息公众号英语超人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What's This?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978"/>
        </w:trPr>
        <w:tc>
          <w:tcPr>
            <w:tcW w:type="dxa" w:w="409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球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小汽车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看着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monster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怪物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哦（表示惊讶、赞叹等）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</w:t>
            </w:r>
          </w:p>
        </w:tc>
        <w:tc>
          <w:tcPr>
            <w:tcW w:type="dxa" w:w="562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帽子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monkey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猴子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巢，窝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哎呦（表示疼痛）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44" w:right="8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举起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sorry </w:t>
      </w:r>
      <w:r>
        <w:rPr>
          <w:rFonts w:ascii="宋体" w:hAnsi="宋体" w:eastAsia="宋体"/>
          <w:b w:val="0"/>
          <w:i w:val="0"/>
          <w:color w:val="555D5D"/>
          <w:sz w:val="24"/>
        </w:rPr>
        <w:t>对不起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What's Your Number?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434"/>
        </w:trPr>
        <w:tc>
          <w:tcPr>
            <w:tcW w:type="dxa" w:w="37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快点，加油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女王，王后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 you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</w:t>
            </w:r>
          </w:p>
        </w:tc>
        <w:tc>
          <w:tcPr>
            <w:tcW w:type="dxa" w:w="59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number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数字，号码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panda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rabbit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运动衫，衬衫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three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0" w:right="12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走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Close Your Eyes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70"/>
        </w:trPr>
        <w:tc>
          <w:tcPr>
            <w:tcW w:type="dxa" w:w="406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关，合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耳朵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脚（复数形式为feet）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鼻子</w:t>
            </w:r>
          </w:p>
        </w:tc>
        <w:tc>
          <w:tcPr>
            <w:tcW w:type="dxa" w:w="565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74" w:right="8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74" w:right="8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eye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眼睛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74" w:right="8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小心，注意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74" w:right="8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移动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74" w:right="8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现在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1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3412"/>
        </w:trPr>
        <w:tc>
          <w:tcPr>
            <w:tcW w:type="dxa" w:w="51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8" w:right="4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That's all 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没关系。别客气。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umbrella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伞</w:t>
            </w:r>
          </w:p>
        </w:tc>
        <w:tc>
          <w:tcPr>
            <w:tcW w:type="dxa" w:w="5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当然，好的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86" w:right="4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挥动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8 Do You Have a Dog?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2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很棒的，极好的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得到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smart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very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非常，很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观看</w:t>
            </w:r>
          </w:p>
        </w:tc>
        <w:tc>
          <w:tcPr>
            <w:tcW w:type="dxa" w:w="54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狐狸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small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这么，非常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violin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小提琴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2" w:right="6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window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窗户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wow </w:t>
      </w:r>
      <w:r>
        <w:rPr>
          <w:rFonts w:ascii="宋体" w:hAnsi="宋体" w:eastAsia="宋体"/>
          <w:b w:val="0"/>
          <w:i w:val="0"/>
          <w:color w:val="555D5D"/>
          <w:sz w:val="24"/>
        </w:rPr>
        <w:t>喔（表示惊讶、羡慕等）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9 I Like Monkeys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35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字母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那儿，那里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write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写</w:t>
            </w:r>
          </w:p>
        </w:tc>
        <w:tc>
          <w:tcPr>
            <w:tcW w:type="dxa" w:w="61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16" w:right="14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giraffe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长颈鹿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16" w:right="14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喜欢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16" w:right="14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16" w:right="14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单词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16" w:right="14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yo-yo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溜溜球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zebra </w:t>
      </w:r>
      <w:r>
        <w:rPr>
          <w:rFonts w:ascii="宋体" w:hAnsi="宋体" w:eastAsia="宋体"/>
          <w:b w:val="0"/>
          <w:i w:val="0"/>
          <w:color w:val="555D5D"/>
          <w:sz w:val="24"/>
        </w:rPr>
        <w:t>斑马</w:t>
      </w:r>
    </w:p>
    <w:p>
      <w:pPr>
        <w:autoSpaceDN w:val="0"/>
        <w:autoSpaceDE w:val="0"/>
        <w:widowControl/>
        <w:spacing w:line="212" w:lineRule="exact" w:before="1240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78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6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260" w:right="26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0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your </w:t>
            </w:r>
          </w:p>
        </w:tc>
        <w:tc>
          <w:tcPr>
            <w:tcW w:type="dxa" w:w="2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你的，你们的</w:t>
            </w:r>
          </w:p>
        </w:tc>
        <w:tc>
          <w:tcPr>
            <w:tcW w:type="dxa" w:w="29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mom </w:t>
            </w:r>
          </w:p>
        </w:tc>
        <w:tc>
          <w:tcPr>
            <w:tcW w:type="dxa" w:w="2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妈妈</w:t>
            </w:r>
          </w:p>
        </w:tc>
        <w:tc>
          <w:tcPr>
            <w:tcW w:type="dxa" w:w="29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</w:t>
            </w:r>
          </w:p>
        </w:tc>
        <w:tc>
          <w:tcPr>
            <w:tcW w:type="dxa" w:w="2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那，这</w:t>
            </w:r>
          </w:p>
        </w:tc>
        <w:tc>
          <w:tcPr>
            <w:tcW w:type="dxa" w:w="29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 </w:t>
            </w:r>
          </w:p>
        </w:tc>
        <w:tc>
          <w:tcPr>
            <w:tcW w:type="dxa" w:w="2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走，出发</w:t>
            </w:r>
          </w:p>
        </w:tc>
        <w:tc>
          <w:tcPr>
            <w:tcW w:type="dxa" w:w="29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ant </w:t>
            </w:r>
          </w:p>
        </w:tc>
        <w:tc>
          <w:tcPr>
            <w:tcW w:type="dxa" w:w="2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蚂蚁</w:t>
            </w:r>
          </w:p>
        </w:tc>
        <w:tc>
          <w:tcPr>
            <w:tcW w:type="dxa" w:w="29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hello </w:t>
            </w:r>
          </w:p>
        </w:tc>
        <w:tc>
          <w:tcPr>
            <w:tcW w:type="dxa" w:w="2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你好，喂，嘿</w:t>
            </w:r>
          </w:p>
        </w:tc>
        <w:tc>
          <w:tcPr>
            <w:tcW w:type="dxa" w:w="292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0" w:after="0"/>
              <w:ind w:left="404" w:right="40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286"/>
        </w:trPr>
        <w:tc>
          <w:tcPr>
            <w:tcW w:type="dxa" w:w="3530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3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1248"/>
        </w:trPr>
        <w:tc>
          <w:tcPr>
            <w:tcW w:type="dxa" w:w="343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250" w:right="2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 </w:t>
            </w:r>
          </w:p>
        </w:tc>
        <w:tc>
          <w:tcPr>
            <w:tcW w:type="dxa" w:w="1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出去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bear </w:t>
            </w:r>
          </w:p>
        </w:tc>
        <w:tc>
          <w:tcPr>
            <w:tcW w:type="dxa" w:w="1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1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76" w:right="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</w:t>
            </w:r>
          </w:p>
        </w:tc>
        <w:tc>
          <w:tcPr>
            <w:tcW w:type="dxa" w:w="22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4" w:right="1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在……里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night </w:t>
            </w:r>
          </w:p>
        </w:tc>
        <w:tc>
          <w:tcPr>
            <w:tcW w:type="dxa" w:w="1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晚上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</w:t>
            </w:r>
          </w:p>
        </w:tc>
        <w:tc>
          <w:tcPr>
            <w:tcW w:type="dxa" w:w="1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这儿，这里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</w:t>
            </w:r>
          </w:p>
        </w:tc>
        <w:tc>
          <w:tcPr>
            <w:tcW w:type="dxa" w:w="1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过来</w:t>
            </w:r>
          </w:p>
        </w:tc>
        <w:tc>
          <w:tcPr>
            <w:tcW w:type="dxa" w:w="281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2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2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86"/>
        </w:trPr>
        <w:tc>
          <w:tcPr>
            <w:tcW w:type="dxa" w:w="343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1512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7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72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7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OK </w:t>
            </w:r>
          </w:p>
        </w:tc>
        <w:tc>
          <w:tcPr>
            <w:tcW w:type="dxa" w:w="19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</w:p>
        </w:tc>
        <w:tc>
          <w:tcPr>
            <w:tcW w:type="dxa" w:w="19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你好，喂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8" w:right="1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here </w:t>
            </w:r>
          </w:p>
        </w:tc>
        <w:tc>
          <w:tcPr>
            <w:tcW w:type="dxa" w:w="165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2" w:right="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来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my </w:t>
            </w:r>
          </w:p>
        </w:tc>
        <w:tc>
          <w:tcPr>
            <w:tcW w:type="dxa" w:w="19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4" w:right="1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我的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</w:t>
            </w:r>
          </w:p>
        </w:tc>
        <w:tc>
          <w:tcPr>
            <w:tcW w:type="dxa" w:w="19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4" w:right="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54"/>
        </w:trPr>
        <w:tc>
          <w:tcPr>
            <w:tcW w:type="dxa" w:w="1560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2" w:right="1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what </w:t>
            </w:r>
          </w:p>
        </w:tc>
        <w:tc>
          <w:tcPr>
            <w:tcW w:type="dxa" w:w="16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8" w:right="1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1306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30" w:right="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good </w:t>
            </w:r>
          </w:p>
        </w:tc>
        <w:tc>
          <w:tcPr>
            <w:tcW w:type="dxa" w:w="17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0" w:right="2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1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</w:t>
            </w:r>
          </w:p>
        </w:tc>
        <w:tc>
          <w:tcPr>
            <w:tcW w:type="dxa" w:w="20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向外面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see </w:t>
            </w:r>
          </w:p>
        </w:tc>
        <w:tc>
          <w:tcPr>
            <w:tcW w:type="dxa" w:w="17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看到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name </w:t>
            </w:r>
          </w:p>
        </w:tc>
        <w:tc>
          <w:tcPr>
            <w:tcW w:type="dxa" w:w="17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 </w:t>
            </w:r>
          </w:p>
        </w:tc>
        <w:tc>
          <w:tcPr>
            <w:tcW w:type="dxa" w:w="17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你，你们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938"/>
        </w:trPr>
        <w:tc>
          <w:tcPr>
            <w:tcW w:type="dxa" w:w="150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</w:t>
            </w:r>
          </w:p>
        </w:tc>
        <w:tc>
          <w:tcPr>
            <w:tcW w:type="dxa" w:w="17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</w:t>
            </w:r>
          </w:p>
        </w:tc>
        <w:tc>
          <w:tcPr>
            <w:tcW w:type="dxa" w:w="303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76" w:right="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cat </w:t>
            </w:r>
          </w:p>
        </w:tc>
        <w:tc>
          <w:tcPr>
            <w:tcW w:type="dxa" w:w="19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猫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怎么样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listen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0" w:right="1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0" w:right="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美好的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</w:tc>
        <w:tc>
          <w:tcPr>
            <w:tcW w:type="dxa" w:w="30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1202"/>
        </w:trPr>
        <w:tc>
          <w:tcPr>
            <w:tcW w:type="dxa" w:w="19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elephant </w:t>
            </w:r>
          </w:p>
        </w:tc>
        <w:tc>
          <w:tcPr>
            <w:tcW w:type="dxa" w:w="12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象</w:t>
            </w:r>
          </w:p>
        </w:tc>
        <w:tc>
          <w:tcPr>
            <w:tcW w:type="dxa" w:w="303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1000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1764"/>
        </w:trPr>
        <w:tc>
          <w:tcPr>
            <w:tcW w:type="dxa" w:w="39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your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out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hello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out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night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my</w:t>
            </w:r>
          </w:p>
        </w:tc>
        <w:tc>
          <w:tcPr>
            <w:tcW w:type="dxa" w:w="65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2082" w:right="208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你的，你们的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妈妈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那，这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走，出发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蚂蚁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82" w:right="208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你好，喂，嘿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出去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熊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在……里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晚上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02" w:right="220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这儿，这里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过来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你好，喂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54" w:right="25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我的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10116"/>
        </w:trPr>
        <w:tc>
          <w:tcPr>
            <w:tcW w:type="dxa" w:w="41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good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name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you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listen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story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elephant</w:t>
            </w:r>
          </w:p>
        </w:tc>
        <w:tc>
          <w:tcPr>
            <w:tcW w:type="dxa" w:w="63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什么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向外面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看到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名字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你，你们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我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怎么样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美好的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故事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象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your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ryuo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rouy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你的，你们的</w:t>
            </w:r>
          </w:p>
        </w:tc>
      </w:tr>
      <w:tr>
        <w:trPr>
          <w:trHeight w:hRule="exact" w:val="516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8" w:right="6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omm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mmo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mom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妈妈</w:t>
            </w:r>
          </w:p>
        </w:tc>
      </w:tr>
      <w:tr>
        <w:trPr>
          <w:trHeight w:hRule="exact" w:val="518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eht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het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那，这</w:t>
            </w:r>
          </w:p>
        </w:tc>
      </w:tr>
      <w:tr>
        <w:trPr>
          <w:trHeight w:hRule="exact" w:val="516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uot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走，出发</w:t>
            </w:r>
          </w:p>
        </w:tc>
      </w:tr>
      <w:tr>
        <w:trPr>
          <w:trHeight w:hRule="exact" w:val="520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nat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nta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蚂蚁</w:t>
            </w:r>
          </w:p>
        </w:tc>
      </w:tr>
      <w:tr>
        <w:trPr>
          <w:trHeight w:hRule="exact" w:val="516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54" w:right="6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lehlo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hello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eohll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你好，喂，嘿</w:t>
            </w:r>
          </w:p>
        </w:tc>
      </w:tr>
      <w:tr>
        <w:trPr>
          <w:trHeight w:hRule="exact" w:val="518"/>
        </w:trPr>
        <w:tc>
          <w:tcPr>
            <w:tcW w:type="dxa" w:w="19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otu</w:t>
            </w:r>
          </w:p>
        </w:tc>
        <w:tc>
          <w:tcPr>
            <w:tcW w:type="dxa" w:w="46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出去</w:t>
            </w:r>
          </w:p>
        </w:tc>
      </w:tr>
      <w:tr>
        <w:trPr>
          <w:trHeight w:hRule="exact" w:val="1272"/>
        </w:trPr>
        <w:tc>
          <w:tcPr>
            <w:tcW w:type="dxa" w:w="19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aebr</w:t>
            </w:r>
          </w:p>
        </w:tc>
        <w:tc>
          <w:tcPr>
            <w:tcW w:type="dxa" w:w="18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bear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6" w:right="6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arbe</w:t>
            </w:r>
          </w:p>
        </w:tc>
        <w:tc>
          <w:tcPr>
            <w:tcW w:type="dxa" w:w="4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636" w:right="6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熊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790"/>
        </w:trPr>
        <w:tc>
          <w:tcPr>
            <w:tcW w:type="dxa" w:w="22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night</w:t>
            </w:r>
          </w:p>
        </w:tc>
        <w:tc>
          <w:tcPr>
            <w:tcW w:type="dxa" w:w="18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thngi</w:t>
            </w:r>
          </w:p>
        </w:tc>
        <w:tc>
          <w:tcPr>
            <w:tcW w:type="dxa" w:w="18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ihtgn</w:t>
            </w:r>
          </w:p>
        </w:tc>
        <w:tc>
          <w:tcPr>
            <w:tcW w:type="dxa" w:w="44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晚上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ecom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ocme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come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这儿，这里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ereh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here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eehr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过来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rehe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hree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here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来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ahtw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whta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what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什么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gdoo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dogo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good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好的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see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ees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看到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name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maen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enam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名字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oyu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ouy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you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你，你们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omec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cmoe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come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我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tca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atc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cat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猫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ohw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who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how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怎么样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stenli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tsinel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listen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听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eicn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ienc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nice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美好的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yorst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story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6" w:right="4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otsry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故事</w:t>
            </w:r>
          </w:p>
        </w:tc>
      </w:tr>
      <w:tr>
        <w:trPr>
          <w:trHeight w:hRule="exact" w:val="604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82" w:right="4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elephant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lhntepae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etlnehap</w:t>
            </w:r>
          </w:p>
        </w:tc>
        <w:tc>
          <w:tcPr>
            <w:tcW w:type="dxa" w:w="44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8" w:right="4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象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6194"/>
        </w:trPr>
        <w:tc>
          <w:tcPr>
            <w:tcW w:type="dxa" w:w="45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你的，你们的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那，这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蚂蚁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出去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过来</w:t>
            </w:r>
          </w:p>
        </w:tc>
        <w:tc>
          <w:tcPr>
            <w:tcW w:type="dxa" w:w="58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606" w:right="160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妈妈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606" w:right="160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走，出发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82" w:right="9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你好，喂，嘿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82" w:right="9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606" w:right="160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这儿，这里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32" w:right="123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来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6248"/>
        </w:trPr>
        <w:tc>
          <w:tcPr>
            <w:tcW w:type="dxa" w:w="42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什么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你，你们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</w:tc>
        <w:tc>
          <w:tcPr>
            <w:tcW w:type="dxa" w:w="61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294" w:right="12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44" w:right="154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918" w:right="191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44" w:right="154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怎么样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94" w:right="12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44" w:right="154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lephan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象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你的，你们的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妈妈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那，这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走，出发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蚂蚁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你好，喂，嘿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出去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熊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在……里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晚上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这儿，这里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过来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好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你好，喂 </w:t>
            </w:r>
          </w:p>
        </w:tc>
      </w:tr>
      <w:tr>
        <w:trPr>
          <w:trHeight w:hRule="exact" w:val="1662"/>
        </w:trPr>
        <w:tc>
          <w:tcPr>
            <w:tcW w:type="dxa" w:w="48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来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我的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5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6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教科版（EEC学院）（三年级起点）</w:t>
            </w:r>
          </w:p>
        </w:tc>
      </w:tr>
      <w:tr>
        <w:trPr>
          <w:trHeight w:hRule="exact" w:val="1306"/>
        </w:trPr>
        <w:tc>
          <w:tcPr>
            <w:tcW w:type="dxa" w:w="4592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是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好的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看到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你，你们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猫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听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故事 </w:t>
            </w:r>
          </w:p>
        </w:tc>
        <w:tc>
          <w:tcPr>
            <w:tcW w:type="dxa" w:w="27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什么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向外面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名字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我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怎么样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美好的 </w:t>
            </w:r>
          </w:p>
        </w:tc>
      </w:tr>
      <w:tr>
        <w:trPr>
          <w:trHeight w:hRule="exact" w:val="9646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象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