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冀教版（一年级起点）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学期：五年级上学期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版本：冀教版（一年级起点）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冀教版（一年级起点）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A Trip to Beijing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932"/>
        </w:trPr>
        <w:tc>
          <w:tcPr>
            <w:tcW w:type="dxa" w:w="374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arrive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到达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busy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繁忙的；忙碌的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快的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fun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好玩；有趣</w:t>
            </w:r>
          </w:p>
        </w:tc>
        <w:tc>
          <w:tcPr>
            <w:tcW w:type="dxa" w:w="597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192" w:right="11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brown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棕色；棕色的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92" w:right="11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delicious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美味的；可口的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92" w:right="11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Friday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92" w:right="11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到达</w:t>
            </w:r>
          </w:p>
        </w:tc>
      </w:tr>
    </w:tbl>
    <w:p>
      <w:pPr>
        <w:autoSpaceDN w:val="0"/>
        <w:autoSpaceDE w:val="0"/>
        <w:widowControl/>
        <w:spacing w:line="404" w:lineRule="exact" w:before="172" w:after="18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hello </w:t>
      </w:r>
      <w:r>
        <w:rPr>
          <w:rFonts w:ascii="宋体" w:hAnsi="宋体" w:eastAsia="宋体"/>
          <w:b w:val="0"/>
          <w:i w:val="0"/>
          <w:color w:val="555D5D"/>
          <w:sz w:val="24"/>
        </w:rPr>
        <w:t>喂，你好；喂（打电话用的招呼语）</w:t>
      </w:r>
      <w:r>
        <w:rPr>
          <w:rFonts w:ascii="Times" w:hAnsi="Times" w:eastAsia="Times"/>
          <w:b w:val="0"/>
          <w:i w:val="0"/>
          <w:color w:val="000000"/>
          <w:sz w:val="30"/>
        </w:rPr>
        <w:t xml:space="preserve"> hooray </w:t>
      </w:r>
      <w:r>
        <w:rPr>
          <w:rFonts w:ascii="宋体" w:hAnsi="宋体" w:eastAsia="宋体"/>
          <w:b w:val="0"/>
          <w:i w:val="0"/>
          <w:color w:val="555D5D"/>
          <w:sz w:val="24"/>
        </w:rPr>
        <w:t>好；太棒了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0604"/>
        </w:trPr>
        <w:tc>
          <w:tcPr>
            <w:tcW w:type="dxa" w:w="49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invite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邀请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kilometre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千米；公里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Monday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museum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博物馆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orange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橙；橘黄色；橘黄色的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Palace Museum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故宫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飞机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Saturday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袜子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sound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听起来；好像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这些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Thursday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train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火车</w:t>
            </w:r>
          </w:p>
        </w:tc>
        <w:tc>
          <w:tcPr>
            <w:tcW w:type="dxa" w:w="55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708" w:right="7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jacket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夹克（衫），短上衣；外套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08" w:right="7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leave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离开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08" w:right="7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Mrs.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08" w:right="7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需要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08" w:right="7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palace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宫殿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08" w:right="7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计划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08" w:right="7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ready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准备好的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08" w:right="7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slow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慢的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08" w:right="7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儿子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08" w:right="7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停留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08" w:right="7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those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那些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08" w:right="7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ticket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08" w:right="7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travel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旅行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3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07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冀教版（一年级起点）</w:t>
            </w:r>
          </w:p>
        </w:tc>
      </w:tr>
      <w:tr>
        <w:trPr>
          <w:trHeight w:hRule="exact" w:val="2472"/>
        </w:trPr>
        <w:tc>
          <w:tcPr>
            <w:tcW w:type="dxa" w:w="43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trip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旅行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Tuesday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Wednesday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星期三</w:t>
            </w:r>
          </w:p>
        </w:tc>
        <w:tc>
          <w:tcPr>
            <w:tcW w:type="dxa" w:w="607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256" w:right="125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trousers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裤子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56" w:right="125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umbrella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雨伞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18" w:right="71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wonderful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令人高兴的；使人愉快的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young </w:t>
      </w:r>
      <w:r>
        <w:rPr>
          <w:rFonts w:ascii="宋体" w:hAnsi="宋体" w:eastAsia="宋体"/>
          <w:b w:val="0"/>
          <w:i w:val="0"/>
          <w:color w:val="555D5D"/>
          <w:sz w:val="24"/>
        </w:rPr>
        <w:t>年轻的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In Beijing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1682"/>
        </w:trPr>
        <w:tc>
          <w:tcPr>
            <w:tcW w:type="dxa" w:w="438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all right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好；可以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在；朝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camera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照相机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chair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椅子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come 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快点；来吧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everyone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每个人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great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非常好的；好极的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hotel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旅馆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look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男人；人（复数形式为men）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people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人；人们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reach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到达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saying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谚语；格言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坐；坐着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一些</w:t>
            </w:r>
          </w:p>
        </w:tc>
        <w:tc>
          <w:tcPr>
            <w:tcW w:type="dxa" w:w="533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558" w:right="5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anything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任何事情，无论何事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58" w:right="5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beside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在……旁边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58" w:right="5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帽子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58" w:right="5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child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孩子（复数形式为children）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58" w:right="5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difficult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困难的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58" w:right="5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跌落；落下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58" w:right="5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high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高高地；高的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58" w:right="5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inside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往……的里面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58" w:right="5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loudly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大声地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58" w:right="5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maybe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也许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58" w:right="5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picture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相片；图画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58" w:right="5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really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确实地；的确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58" w:right="5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scarf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围巾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58" w:right="5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sky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天空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58" w:right="5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table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桌子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51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3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9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冀教版（一年级起点）</w:t>
            </w:r>
          </w:p>
        </w:tc>
      </w:tr>
      <w:tr>
        <w:trPr>
          <w:trHeight w:hRule="exact" w:val="1164"/>
        </w:trPr>
        <w:tc>
          <w:tcPr>
            <w:tcW w:type="dxa" w:w="514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78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true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真正的；真的</w:t>
            </w:r>
          </w:p>
        </w:tc>
        <w:tc>
          <w:tcPr>
            <w:tcW w:type="dxa" w:w="238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78" w:after="0"/>
              <w:ind w:left="168" w:right="16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very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很，非常</w:t>
            </w:r>
          </w:p>
        </w:tc>
        <w:tc>
          <w:tcPr>
            <w:tcW w:type="dxa" w:w="293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760"/>
        </w:trPr>
        <w:tc>
          <w:tcPr>
            <w:tcW w:type="dxa" w:w="51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wait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等，等候；等待</w:t>
            </w:r>
          </w:p>
        </w:tc>
        <w:tc>
          <w:tcPr>
            <w:tcW w:type="dxa" w:w="2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214" w:right="2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window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窗户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40"/>
        </w:trPr>
        <w:tc>
          <w:tcPr>
            <w:tcW w:type="dxa" w:w="51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494" w:right="49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woman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女人（复数形式为women）</w:t>
            </w:r>
          </w:p>
        </w:tc>
        <w:tc>
          <w:tcPr>
            <w:tcW w:type="dxa" w:w="23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worry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担心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Writing Home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8434"/>
        </w:trPr>
        <w:tc>
          <w:tcPr>
            <w:tcW w:type="dxa" w:w="383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address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回原处；在原处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亲爱的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forget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忘记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kind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友好的；亲切的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想念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邮政，邮递；邮寄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postcard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明信片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很快；不久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tomorrow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明天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write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写作，写；写信</w:t>
            </w:r>
          </w:p>
        </w:tc>
        <w:tc>
          <w:tcPr>
            <w:tcW w:type="dxa" w:w="58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106" w:right="11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全部；所有的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6" w:right="11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clerk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职员；售货员，店员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6" w:right="11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email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电子邮件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6" w:right="11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idea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主意；想法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6" w:right="11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letter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信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6" w:right="11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地方；场所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6" w:right="11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post office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邮局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6" w:right="11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邮寄；发送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6" w:right="11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stamp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邮票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6" w:right="11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使用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50" w:right="2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yours truly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您真诚的（用于书信结尾的签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4 Did You Have a Nice Trip?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938"/>
        </w:trPr>
        <w:tc>
          <w:tcPr>
            <w:tcW w:type="dxa" w:w="379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again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再一次；又一次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apple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苹果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baby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婴儿</w:t>
            </w:r>
          </w:p>
        </w:tc>
        <w:tc>
          <w:tcPr>
            <w:tcW w:type="dxa" w:w="593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1150" w:right="115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answer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回答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1150" w:right="115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吃（eat的过去式）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1150" w:right="115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bought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买（buy的过去式）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52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1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冀教版（一年级起点）</w:t>
            </w:r>
          </w:p>
        </w:tc>
      </w:tr>
      <w:tr>
        <w:trPr>
          <w:trHeight w:hRule="exact" w:val="7938"/>
        </w:trPr>
        <w:tc>
          <w:tcPr>
            <w:tcW w:type="dxa" w:w="528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354" w:right="35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broke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折断；摔断（break的过去式）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每；每一（个）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跌落；落下（fall的过去式）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happen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发生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phone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给……展示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thank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感谢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是（is的过去式）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去（go的过去式）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yesterday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昨天</w:t>
            </w:r>
          </w:p>
        </w:tc>
        <w:tc>
          <w:tcPr>
            <w:tcW w:type="dxa" w:w="517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352" w:right="3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classmate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同学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52" w:right="3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every 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每天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52" w:right="3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经历（have的过去式）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52" w:right="3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嗨，你好（非正式用语，=hello）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52" w:right="3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看见（see的过去式）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52" w:right="3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故事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52" w:right="3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我们（we的宾格）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52" w:right="3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welcome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（人）受欢迎的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52" w:right="3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词；单词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52" w:right="3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You’re welcome.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不用谢。</w:t>
            </w:r>
          </w:p>
        </w:tc>
      </w:tr>
    </w:tbl>
    <w:p>
      <w:pPr>
        <w:autoSpaceDN w:val="0"/>
        <w:autoSpaceDE w:val="0"/>
        <w:widowControl/>
        <w:spacing w:line="32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624"/>
        </w:trPr>
        <w:tc>
          <w:tcPr>
            <w:tcW w:type="dxa" w:w="236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Wednesday </w:t>
            </w:r>
          </w:p>
        </w:tc>
        <w:tc>
          <w:tcPr>
            <w:tcW w:type="dxa" w:w="12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8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星期三</w:t>
            </w:r>
          </w:p>
        </w:tc>
        <w:tc>
          <w:tcPr>
            <w:tcW w:type="dxa" w:w="288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90" w:after="0"/>
              <w:ind w:left="366" w:right="3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9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6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6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66" w:right="3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8" w:right="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trip </w:t>
            </w:r>
          </w:p>
        </w:tc>
        <w:tc>
          <w:tcPr>
            <w:tcW w:type="dxa" w:w="22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旅行</w:t>
            </w:r>
          </w:p>
        </w:tc>
        <w:tc>
          <w:tcPr>
            <w:tcW w:type="dxa" w:w="288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366" w:right="3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6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6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66" w:right="3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44"/>
        </w:trPr>
        <w:tc>
          <w:tcPr>
            <w:tcW w:type="dxa" w:w="1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fast </w:t>
            </w:r>
          </w:p>
        </w:tc>
        <w:tc>
          <w:tcPr>
            <w:tcW w:type="dxa" w:w="22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快的</w:t>
            </w:r>
          </w:p>
        </w:tc>
        <w:tc>
          <w:tcPr>
            <w:tcW w:type="dxa" w:w="2882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56" w:after="0"/>
              <w:ind w:left="366" w:right="36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5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130"/>
        </w:trPr>
        <w:tc>
          <w:tcPr>
            <w:tcW w:type="dxa" w:w="356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12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6450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冀教版（一年级起点）</w:t>
            </w:r>
          </w:p>
        </w:tc>
      </w:tr>
      <w:tr>
        <w:trPr>
          <w:trHeight w:hRule="exact" w:val="1454"/>
        </w:trPr>
        <w:tc>
          <w:tcPr>
            <w:tcW w:type="dxa" w:w="3216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1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1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1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76" w:right="7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stay </w:t>
            </w:r>
          </w:p>
        </w:tc>
        <w:tc>
          <w:tcPr>
            <w:tcW w:type="dxa" w:w="50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54" w:right="1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停留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4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0" w:right="1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train </w:t>
            </w:r>
          </w:p>
        </w:tc>
        <w:tc>
          <w:tcPr>
            <w:tcW w:type="dxa" w:w="50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火车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4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slow </w:t>
            </w:r>
          </w:p>
        </w:tc>
        <w:tc>
          <w:tcPr>
            <w:tcW w:type="dxa" w:w="50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慢的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8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4" w:right="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Tuesday </w:t>
            </w:r>
          </w:p>
        </w:tc>
        <w:tc>
          <w:tcPr>
            <w:tcW w:type="dxa" w:w="456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16" w:right="2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星期二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4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busy </w:t>
            </w:r>
          </w:p>
        </w:tc>
        <w:tc>
          <w:tcPr>
            <w:tcW w:type="dxa" w:w="50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繁忙的；忙碌的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1508"/>
        </w:trPr>
        <w:tc>
          <w:tcPr>
            <w:tcW w:type="dxa" w:w="188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14" w:right="2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orange </w:t>
            </w:r>
          </w:p>
        </w:tc>
        <w:tc>
          <w:tcPr>
            <w:tcW w:type="dxa" w:w="4564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0" w:after="0"/>
              <w:ind w:left="16" w:right="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橙；橘黄色；橘黄色的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37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冀教版（一年级起点）</w:t>
            </w:r>
          </w:p>
        </w:tc>
      </w:tr>
      <w:tr>
        <w:trPr>
          <w:trHeight w:hRule="exact" w:val="1306"/>
        </w:trPr>
        <w:tc>
          <w:tcPr>
            <w:tcW w:type="dxa" w:w="3378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556" w:right="5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56" w:right="5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museum </w:t>
            </w:r>
          </w:p>
        </w:tc>
        <w:tc>
          <w:tcPr>
            <w:tcW w:type="dxa" w:w="151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博物馆</w:t>
            </w:r>
          </w:p>
        </w:tc>
        <w:tc>
          <w:tcPr>
            <w:tcW w:type="dxa" w:w="30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56" w:right="5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56" w:right="5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58" w:right="5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trousers </w:t>
            </w:r>
          </w:p>
        </w:tc>
        <w:tc>
          <w:tcPr>
            <w:tcW w:type="dxa" w:w="151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74" w:right="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裤子</w:t>
            </w:r>
          </w:p>
        </w:tc>
        <w:tc>
          <w:tcPr>
            <w:tcW w:type="dxa" w:w="30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56" w:right="5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56" w:right="5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50" w:right="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sock </w:t>
            </w:r>
          </w:p>
        </w:tc>
        <w:tc>
          <w:tcPr>
            <w:tcW w:type="dxa" w:w="192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袜子</w:t>
            </w:r>
          </w:p>
        </w:tc>
        <w:tc>
          <w:tcPr>
            <w:tcW w:type="dxa" w:w="30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56" w:right="5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56" w:right="5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82" w:right="1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son </w:t>
            </w:r>
          </w:p>
        </w:tc>
        <w:tc>
          <w:tcPr>
            <w:tcW w:type="dxa" w:w="192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48" w:right="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儿子</w:t>
            </w:r>
          </w:p>
        </w:tc>
        <w:tc>
          <w:tcPr>
            <w:tcW w:type="dxa" w:w="30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556" w:right="5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56" w:right="5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0" w:right="2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palace </w:t>
            </w:r>
          </w:p>
        </w:tc>
        <w:tc>
          <w:tcPr>
            <w:tcW w:type="dxa" w:w="151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宫殿</w:t>
            </w:r>
          </w:p>
        </w:tc>
        <w:tc>
          <w:tcPr>
            <w:tcW w:type="dxa" w:w="30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56" w:right="5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37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56" w:right="5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32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1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冀教版（一年级起点）</w:t>
            </w:r>
          </w:p>
        </w:tc>
      </w:tr>
      <w:tr>
        <w:trPr>
          <w:trHeight w:hRule="exact" w:val="938"/>
        </w:trPr>
        <w:tc>
          <w:tcPr>
            <w:tcW w:type="dxa" w:w="1514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ready </w:t>
            </w:r>
          </w:p>
        </w:tc>
        <w:tc>
          <w:tcPr>
            <w:tcW w:type="dxa" w:w="18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准备好的</w:t>
            </w:r>
          </w:p>
        </w:tc>
        <w:tc>
          <w:tcPr>
            <w:tcW w:type="dxa" w:w="312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612" w:right="6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3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2" w:right="6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51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92" w:right="9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need </w:t>
            </w:r>
          </w:p>
        </w:tc>
        <w:tc>
          <w:tcPr>
            <w:tcW w:type="dxa" w:w="18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38" w:right="1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需要</w:t>
            </w:r>
          </w:p>
        </w:tc>
        <w:tc>
          <w:tcPr>
            <w:tcW w:type="dxa" w:w="31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612" w:right="6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2" w:right="6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2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74" w:right="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get </w:t>
            </w:r>
          </w:p>
        </w:tc>
        <w:tc>
          <w:tcPr>
            <w:tcW w:type="dxa" w:w="202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56" w:right="1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到达</w:t>
            </w:r>
          </w:p>
        </w:tc>
        <w:tc>
          <w:tcPr>
            <w:tcW w:type="dxa" w:w="31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12" w:right="6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2" w:right="6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1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26" w:right="2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leave </w:t>
            </w:r>
          </w:p>
        </w:tc>
        <w:tc>
          <w:tcPr>
            <w:tcW w:type="dxa" w:w="18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04" w:right="2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离开</w:t>
            </w:r>
          </w:p>
        </w:tc>
        <w:tc>
          <w:tcPr>
            <w:tcW w:type="dxa" w:w="31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612" w:right="6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2" w:right="6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1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0" w:right="1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plane </w:t>
            </w:r>
          </w:p>
        </w:tc>
        <w:tc>
          <w:tcPr>
            <w:tcW w:type="dxa" w:w="18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飞机</w:t>
            </w:r>
          </w:p>
        </w:tc>
        <w:tc>
          <w:tcPr>
            <w:tcW w:type="dxa" w:w="31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12" w:right="6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2" w:right="6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1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2" w:right="14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 </w:t>
            </w:r>
          </w:p>
        </w:tc>
        <w:tc>
          <w:tcPr>
            <w:tcW w:type="dxa" w:w="18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8" w:right="8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计划</w:t>
            </w:r>
          </w:p>
        </w:tc>
        <w:tc>
          <w:tcPr>
            <w:tcW w:type="dxa" w:w="31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12" w:right="6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3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32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612" w:right="6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89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55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冀教版（一年级起点）</w:t>
            </w:r>
          </w:p>
        </w:tc>
      </w:tr>
      <w:tr>
        <w:trPr>
          <w:trHeight w:hRule="exact" w:val="1202"/>
        </w:trPr>
        <w:tc>
          <w:tcPr>
            <w:tcW w:type="dxa" w:w="17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82" w:right="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brown </w:t>
            </w:r>
          </w:p>
        </w:tc>
        <w:tc>
          <w:tcPr>
            <w:tcW w:type="dxa" w:w="2188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148" w:right="1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棕色；棕色的</w:t>
            </w:r>
          </w:p>
        </w:tc>
        <w:tc>
          <w:tcPr>
            <w:tcW w:type="dxa" w:w="255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42" w:right="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8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2" w:right="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0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32" w:right="1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delicious </w:t>
            </w:r>
          </w:p>
        </w:tc>
        <w:tc>
          <w:tcPr>
            <w:tcW w:type="dxa" w:w="18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美味的；可口的</w:t>
            </w:r>
          </w:p>
        </w:tc>
        <w:tc>
          <w:tcPr>
            <w:tcW w:type="dxa" w:w="25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2" w:right="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2" w:right="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0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82" w:right="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Thursday </w:t>
            </w:r>
          </w:p>
        </w:tc>
        <w:tc>
          <w:tcPr>
            <w:tcW w:type="dxa" w:w="18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48" w:right="1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星期四</w:t>
            </w:r>
          </w:p>
        </w:tc>
        <w:tc>
          <w:tcPr>
            <w:tcW w:type="dxa" w:w="25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2" w:right="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8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2" w:right="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0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8" w:right="1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Saturday </w:t>
            </w:r>
          </w:p>
        </w:tc>
        <w:tc>
          <w:tcPr>
            <w:tcW w:type="dxa" w:w="18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2" w:right="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星期六</w:t>
            </w:r>
          </w:p>
        </w:tc>
        <w:tc>
          <w:tcPr>
            <w:tcW w:type="dxa" w:w="25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2" w:right="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2" w:right="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50" w:right="1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arrive </w:t>
            </w:r>
          </w:p>
        </w:tc>
        <w:tc>
          <w:tcPr>
            <w:tcW w:type="dxa" w:w="21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0" w:right="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到达</w:t>
            </w:r>
          </w:p>
        </w:tc>
        <w:tc>
          <w:tcPr>
            <w:tcW w:type="dxa" w:w="25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2" w:right="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2" w:right="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0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8" w:right="1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umbrella </w:t>
            </w:r>
          </w:p>
        </w:tc>
        <w:tc>
          <w:tcPr>
            <w:tcW w:type="dxa" w:w="18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82" w:right="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雨伞</w:t>
            </w:r>
          </w:p>
        </w:tc>
        <w:tc>
          <w:tcPr>
            <w:tcW w:type="dxa" w:w="255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2" w:right="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764"/>
        </w:trPr>
        <w:tc>
          <w:tcPr>
            <w:tcW w:type="dxa" w:w="389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684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76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冀教版（一年级起点）</w:t>
            </w:r>
          </w:p>
        </w:tc>
      </w:tr>
      <w:tr>
        <w:trPr>
          <w:trHeight w:hRule="exact" w:val="1240"/>
        </w:trPr>
        <w:tc>
          <w:tcPr>
            <w:tcW w:type="dxa" w:w="3684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6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1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kilometre </w:t>
            </w:r>
          </w:p>
        </w:tc>
        <w:tc>
          <w:tcPr>
            <w:tcW w:type="dxa" w:w="15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千米；公里</w:t>
            </w:r>
          </w:p>
        </w:tc>
        <w:tc>
          <w:tcPr>
            <w:tcW w:type="dxa" w:w="27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6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40" w:right="1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travel </w:t>
            </w:r>
          </w:p>
        </w:tc>
        <w:tc>
          <w:tcPr>
            <w:tcW w:type="dxa" w:w="200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90" w:right="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旅行</w:t>
            </w:r>
          </w:p>
        </w:tc>
        <w:tc>
          <w:tcPr>
            <w:tcW w:type="dxa" w:w="27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56" w:right="1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ticket </w:t>
            </w:r>
          </w:p>
        </w:tc>
        <w:tc>
          <w:tcPr>
            <w:tcW w:type="dxa" w:w="200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74" w:right="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票</w:t>
            </w:r>
          </w:p>
        </w:tc>
        <w:tc>
          <w:tcPr>
            <w:tcW w:type="dxa" w:w="27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74" w:right="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young </w:t>
            </w:r>
          </w:p>
        </w:tc>
        <w:tc>
          <w:tcPr>
            <w:tcW w:type="dxa" w:w="200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58" w:right="15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年轻的</w:t>
            </w:r>
          </w:p>
        </w:tc>
        <w:tc>
          <w:tcPr>
            <w:tcW w:type="dxa" w:w="27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6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0" w:right="25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236"/>
        </w:trPr>
        <w:tc>
          <w:tcPr>
            <w:tcW w:type="dxa" w:w="429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2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Wednesday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trip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fast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stay</w:t>
            </w:r>
          </w:p>
        </w:tc>
        <w:tc>
          <w:tcPr>
            <w:tcW w:type="dxa" w:w="616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0" w:after="0"/>
              <w:ind w:left="2198" w:right="2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星期三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8" w:right="2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旅行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8" w:right="2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快的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8" w:right="2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停留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冀教版（一年级起点）</w:t>
            </w:r>
          </w:p>
        </w:tc>
      </w:tr>
      <w:tr>
        <w:trPr>
          <w:trHeight w:hRule="exact" w:val="15952"/>
        </w:trPr>
        <w:tc>
          <w:tcPr>
            <w:tcW w:type="dxa" w:w="417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train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slow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Tuesday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busy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orange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museum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trousers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sock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son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palace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ready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need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get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leave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plane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plan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brown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delicious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Thursday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Saturday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arrive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umbrella</w:t>
            </w:r>
          </w:p>
        </w:tc>
        <w:tc>
          <w:tcPr>
            <w:tcW w:type="dxa" w:w="628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火车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慢的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星期二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806" w:right="180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繁忙的；忙碌的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086" w:right="108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橙；橘黄色；橘黄色的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博物馆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裤子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袜子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儿子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宫殿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准备好的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需要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到达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离开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飞机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计划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26" w:right="192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棕色；棕色的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686" w:right="168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美味的；可口的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星期四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星期六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到达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雨伞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冀教版（一年级起点）</w:t>
            </w:r>
          </w:p>
        </w:tc>
      </w:tr>
      <w:tr>
        <w:trPr>
          <w:trHeight w:hRule="exact" w:val="3114"/>
        </w:trPr>
        <w:tc>
          <w:tcPr>
            <w:tcW w:type="dxa" w:w="417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kilometre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travel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ticket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young</w:t>
            </w:r>
          </w:p>
        </w:tc>
        <w:tc>
          <w:tcPr>
            <w:tcW w:type="dxa" w:w="628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166" w:right="216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千米；公里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旅行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票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2" w:right="23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年轻的</w:t>
            </w:r>
          </w:p>
        </w:tc>
      </w:tr>
    </w:tbl>
    <w:p>
      <w:pPr>
        <w:autoSpaceDN w:val="0"/>
        <w:autoSpaceDE w:val="0"/>
        <w:widowControl/>
        <w:spacing w:line="19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4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246" w:right="24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Wednesday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dsnWedyae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ddenWysae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星期三</w:t>
            </w:r>
          </w:p>
        </w:tc>
      </w:tr>
      <w:tr>
        <w:trPr>
          <w:trHeight w:hRule="exact" w:val="520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ptir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trip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irpt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旅行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atsf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fast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tfas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快的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ytsa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ysta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stay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停留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trian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train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arnit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火车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slow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swol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owls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慢的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630" w:right="6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uaydseT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deuTasy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Tuesday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星期二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ybus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bysu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busy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繁忙的；忙碌的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aoergn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orange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goaenr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橙；橘黄色；橘黄色的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630" w:right="6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uumems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eusmum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museum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博物馆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eurssort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rorutsse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trousers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裤子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oskc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ckos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sock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袜子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ons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sno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儿子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aleapc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pacela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palace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宫殿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ydaer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ydrea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ready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准备好的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need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ened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dene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需要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etg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egt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get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到达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elvea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leave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levea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离开</w:t>
            </w:r>
          </w:p>
        </w:tc>
      </w:tr>
      <w:tr>
        <w:trPr>
          <w:trHeight w:hRule="exact" w:val="520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aenpl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naple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plane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飞机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lanp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pnal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plan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计划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nrowb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brown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nrobw</w:t>
            </w:r>
          </w:p>
        </w:tc>
        <w:tc>
          <w:tcPr>
            <w:tcW w:type="dxa" w:w="42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棕色；棕色的</w:t>
            </w:r>
          </w:p>
        </w:tc>
      </w:tr>
      <w:tr>
        <w:trPr>
          <w:trHeight w:hRule="exact" w:val="1030"/>
        </w:trPr>
        <w:tc>
          <w:tcPr>
            <w:tcW w:type="dxa" w:w="238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62" w:right="56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scielodiu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liiucsoed</w:t>
            </w:r>
          </w:p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8" w:right="2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delicious</w:t>
            </w:r>
          </w:p>
        </w:tc>
        <w:tc>
          <w:tcPr>
            <w:tcW w:type="dxa" w:w="42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美味的；可口的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226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6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8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0" w:right="0" w:firstLine="0"/>
              <w:jc w:val="center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冀教版（一年级起点）</w:t>
            </w:r>
          </w:p>
        </w:tc>
      </w:tr>
      <w:tr>
        <w:trPr>
          <w:trHeight w:hRule="exact" w:val="790"/>
        </w:trPr>
        <w:tc>
          <w:tcPr>
            <w:tcW w:type="dxa" w:w="22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88" w:right="38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ryshTaud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Thursday</w:t>
            </w:r>
          </w:p>
        </w:tc>
        <w:tc>
          <w:tcPr>
            <w:tcW w:type="dxa" w:w="18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ushTrayd</w:t>
            </w:r>
          </w:p>
        </w:tc>
        <w:tc>
          <w:tcPr>
            <w:tcW w:type="dxa" w:w="16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372" w:right="3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星期四</w:t>
            </w:r>
          </w:p>
        </w:tc>
        <w:tc>
          <w:tcPr>
            <w:tcW w:type="dxa" w:w="2802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520"/>
        </w:trPr>
        <w:tc>
          <w:tcPr>
            <w:tcW w:type="dxa" w:w="2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56" w:right="4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uSyatrda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atadySur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2" w:right="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Saturday</w:t>
            </w:r>
          </w:p>
        </w:tc>
        <w:tc>
          <w:tcPr>
            <w:tcW w:type="dxa" w:w="16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2" w:right="3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星期六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vaerir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irreva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2" w:right="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arrive</w:t>
            </w:r>
          </w:p>
        </w:tc>
        <w:tc>
          <w:tcPr>
            <w:tcW w:type="dxa" w:w="16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2" w:right="3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到达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456" w:right="4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umbrella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eruablml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2" w:right="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mreablul</w:t>
            </w:r>
          </w:p>
        </w:tc>
        <w:tc>
          <w:tcPr>
            <w:tcW w:type="dxa" w:w="16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2" w:right="3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雨伞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2" w:right="37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kilometre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tmlokiere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ilmetrkoe</w:t>
            </w:r>
          </w:p>
        </w:tc>
        <w:tc>
          <w:tcPr>
            <w:tcW w:type="dxa" w:w="16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8" w:right="3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千米；公里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vlarte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travel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2" w:right="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rvatle</w:t>
            </w:r>
          </w:p>
        </w:tc>
        <w:tc>
          <w:tcPr>
            <w:tcW w:type="dxa" w:w="16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2" w:right="3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旅行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teickt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teitkc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2" w:right="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ticket</w:t>
            </w:r>
          </w:p>
        </w:tc>
        <w:tc>
          <w:tcPr>
            <w:tcW w:type="dxa" w:w="16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2" w:right="3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票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604"/>
        </w:trPr>
        <w:tc>
          <w:tcPr>
            <w:tcW w:type="dxa" w:w="22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young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nugoy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2" w:right="3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ygnuo</w:t>
            </w:r>
          </w:p>
        </w:tc>
        <w:tc>
          <w:tcPr>
            <w:tcW w:type="dxa" w:w="16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2" w:right="3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年轻的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14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0334"/>
        </w:trPr>
        <w:tc>
          <w:tcPr>
            <w:tcW w:type="dxa" w:w="524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Wednes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快的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火车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星期二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14" w:right="3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橙；橘黄色；橘黄色的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裤子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儿子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准备好的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到达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飞机</w:t>
            </w:r>
          </w:p>
        </w:tc>
        <w:tc>
          <w:tcPr>
            <w:tcW w:type="dxa" w:w="521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938" w:right="938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旅行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38" w:right="938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停留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慢的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繁忙的；忙碌的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博物馆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64" w:right="56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袜子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宫殿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需要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av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离开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64" w:right="56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计划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8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冀教版（一年级起点）</w:t>
            </w:r>
          </w:p>
        </w:tc>
      </w:tr>
      <w:tr>
        <w:trPr>
          <w:trHeight w:hRule="exact" w:val="5248"/>
        </w:trPr>
        <w:tc>
          <w:tcPr>
            <w:tcW w:type="dxa" w:w="484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棕色；棕色的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urs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星期四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ive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到达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etre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千米；公里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票</w:t>
            </w:r>
          </w:p>
        </w:tc>
        <w:tc>
          <w:tcPr>
            <w:tcW w:type="dxa" w:w="561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12" w:right="7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ciou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美味的；可口的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12" w:right="7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Sat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rda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星期六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12" w:right="7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umbre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雨伞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12" w:right="7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旅行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36" w:right="133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ung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年轻的</w:t>
            </w:r>
          </w:p>
        </w:tc>
      </w:tr>
    </w:tbl>
    <w:p>
      <w:pPr>
        <w:autoSpaceDN w:val="0"/>
        <w:autoSpaceDE w:val="0"/>
        <w:widowControl/>
        <w:spacing w:line="2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5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星期三 </w:t>
            </w:r>
          </w:p>
        </w:tc>
        <w:tc>
          <w:tcPr>
            <w:tcW w:type="dxa" w:w="2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旅行 </w:t>
            </w:r>
          </w:p>
        </w:tc>
      </w:tr>
      <w:tr>
        <w:trPr>
          <w:trHeight w:hRule="exact" w:val="1000"/>
        </w:trPr>
        <w:tc>
          <w:tcPr>
            <w:tcW w:type="dxa" w:w="5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快的 </w:t>
            </w:r>
          </w:p>
        </w:tc>
        <w:tc>
          <w:tcPr>
            <w:tcW w:type="dxa" w:w="2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停留 </w:t>
            </w:r>
          </w:p>
        </w:tc>
      </w:tr>
      <w:tr>
        <w:trPr>
          <w:trHeight w:hRule="exact" w:val="1000"/>
        </w:trPr>
        <w:tc>
          <w:tcPr>
            <w:tcW w:type="dxa" w:w="5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火车 </w:t>
            </w:r>
          </w:p>
        </w:tc>
        <w:tc>
          <w:tcPr>
            <w:tcW w:type="dxa" w:w="2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慢的 </w:t>
            </w:r>
          </w:p>
        </w:tc>
      </w:tr>
      <w:tr>
        <w:trPr>
          <w:trHeight w:hRule="exact" w:val="1000"/>
        </w:trPr>
        <w:tc>
          <w:tcPr>
            <w:tcW w:type="dxa" w:w="5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星期二 </w:t>
            </w:r>
          </w:p>
        </w:tc>
        <w:tc>
          <w:tcPr>
            <w:tcW w:type="dxa" w:w="2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繁忙的；忙碌的 </w:t>
            </w:r>
          </w:p>
        </w:tc>
      </w:tr>
      <w:tr>
        <w:trPr>
          <w:trHeight w:hRule="exact" w:val="1000"/>
        </w:trPr>
        <w:tc>
          <w:tcPr>
            <w:tcW w:type="dxa" w:w="5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50" w:right="25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橙；橘黄色；橘黄色的 </w:t>
            </w:r>
          </w:p>
        </w:tc>
        <w:tc>
          <w:tcPr>
            <w:tcW w:type="dxa" w:w="2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博物馆 </w:t>
            </w:r>
          </w:p>
        </w:tc>
      </w:tr>
      <w:tr>
        <w:trPr>
          <w:trHeight w:hRule="exact" w:val="1000"/>
        </w:trPr>
        <w:tc>
          <w:tcPr>
            <w:tcW w:type="dxa" w:w="5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裤子 </w:t>
            </w:r>
          </w:p>
        </w:tc>
        <w:tc>
          <w:tcPr>
            <w:tcW w:type="dxa" w:w="2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袜子 </w:t>
            </w:r>
          </w:p>
        </w:tc>
      </w:tr>
      <w:tr>
        <w:trPr>
          <w:trHeight w:hRule="exact" w:val="1000"/>
        </w:trPr>
        <w:tc>
          <w:tcPr>
            <w:tcW w:type="dxa" w:w="5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儿子 </w:t>
            </w:r>
          </w:p>
        </w:tc>
        <w:tc>
          <w:tcPr>
            <w:tcW w:type="dxa" w:w="2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宫殿 </w:t>
            </w:r>
          </w:p>
        </w:tc>
      </w:tr>
      <w:tr>
        <w:trPr>
          <w:trHeight w:hRule="exact" w:val="1000"/>
        </w:trPr>
        <w:tc>
          <w:tcPr>
            <w:tcW w:type="dxa" w:w="5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准备好的 </w:t>
            </w:r>
          </w:p>
        </w:tc>
        <w:tc>
          <w:tcPr>
            <w:tcW w:type="dxa" w:w="2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需要 </w:t>
            </w:r>
          </w:p>
        </w:tc>
      </w:tr>
      <w:tr>
        <w:trPr>
          <w:trHeight w:hRule="exact" w:val="1662"/>
        </w:trPr>
        <w:tc>
          <w:tcPr>
            <w:tcW w:type="dxa" w:w="53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到达 </w:t>
            </w:r>
          </w:p>
        </w:tc>
        <w:tc>
          <w:tcPr>
            <w:tcW w:type="dxa" w:w="20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离开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8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5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五年级上学期 / 冀教版（一年级起点）</w:t>
            </w:r>
          </w:p>
        </w:tc>
      </w:tr>
      <w:tr>
        <w:trPr>
          <w:trHeight w:hRule="exact" w:val="1306"/>
        </w:trPr>
        <w:tc>
          <w:tcPr>
            <w:tcW w:type="dxa" w:w="483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飞机 </w:t>
            </w:r>
          </w:p>
        </w:tc>
        <w:tc>
          <w:tcPr>
            <w:tcW w:type="dxa" w:w="255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计划 </w:t>
            </w:r>
          </w:p>
        </w:tc>
      </w:tr>
      <w:tr>
        <w:trPr>
          <w:trHeight w:hRule="exact" w:val="1000"/>
        </w:trPr>
        <w:tc>
          <w:tcPr>
            <w:tcW w:type="dxa" w:w="48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棕色；棕色的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美味的；可口的 </w:t>
            </w:r>
          </w:p>
        </w:tc>
      </w:tr>
      <w:tr>
        <w:trPr>
          <w:trHeight w:hRule="exact" w:val="1000"/>
        </w:trPr>
        <w:tc>
          <w:tcPr>
            <w:tcW w:type="dxa" w:w="48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星期四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星期六 </w:t>
            </w:r>
          </w:p>
        </w:tc>
      </w:tr>
      <w:tr>
        <w:trPr>
          <w:trHeight w:hRule="exact" w:val="1000"/>
        </w:trPr>
        <w:tc>
          <w:tcPr>
            <w:tcW w:type="dxa" w:w="48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到达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雨伞 </w:t>
            </w:r>
          </w:p>
        </w:tc>
      </w:tr>
      <w:tr>
        <w:trPr>
          <w:trHeight w:hRule="exact" w:val="1000"/>
        </w:trPr>
        <w:tc>
          <w:tcPr>
            <w:tcW w:type="dxa" w:w="48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千米；公里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旅行 </w:t>
            </w:r>
          </w:p>
        </w:tc>
      </w:tr>
      <w:tr>
        <w:trPr>
          <w:trHeight w:hRule="exact" w:val="10646"/>
        </w:trPr>
        <w:tc>
          <w:tcPr>
            <w:tcW w:type="dxa" w:w="48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票 </w:t>
            </w:r>
          </w:p>
        </w:tc>
        <w:tc>
          <w:tcPr>
            <w:tcW w:type="dxa" w:w="25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年轻的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15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