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二年级下学期 / 冀教版（一年级起点）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学期：二年级下学期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版本：冀教版（一年级起点）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二年级下学期 / 冀教版（一年级起点）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Back to School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454"/>
        </w:trPr>
        <w:tc>
          <w:tcPr>
            <w:tcW w:type="dxa" w:w="42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again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再一次，又一次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关上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剪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library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图书馆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open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playground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操场</w:t>
            </w:r>
          </w:p>
        </w:tc>
        <w:tc>
          <w:tcPr>
            <w:tcW w:type="dxa" w:w="54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576" w:right="57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blackboard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2" w:right="7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crayon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蜡笔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2" w:right="7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gym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体育馆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2" w:right="7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office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办公室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2" w:right="7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paper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2" w:right="7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scissors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剪刀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washroom </w:t>
      </w:r>
      <w:r>
        <w:rPr>
          <w:rFonts w:ascii="宋体" w:hAnsi="宋体" w:eastAsia="宋体"/>
          <w:b w:val="0"/>
          <w:i w:val="0"/>
          <w:color w:val="555D5D"/>
          <w:sz w:val="24"/>
        </w:rPr>
        <w:t>完整信息公众号英语超人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Letters Are Fun!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694"/>
        </w:trPr>
        <w:tc>
          <w:tcPr>
            <w:tcW w:type="dxa" w:w="41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小汽车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ice cream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冰淇淋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key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queen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umbrella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雨伞</w:t>
            </w:r>
          </w:p>
        </w:tc>
        <w:tc>
          <w:tcPr>
            <w:tcW w:type="dxa" w:w="55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778" w:right="7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fish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78" w:right="7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果汁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78" w:right="7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狮子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78" w:right="7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78" w:right="7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vegetable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蔬菜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X-ray </w:t>
      </w:r>
      <w:r>
        <w:rPr>
          <w:rFonts w:ascii="宋体" w:hAnsi="宋体" w:eastAsia="宋体"/>
          <w:b w:val="0"/>
          <w:i w:val="0"/>
          <w:color w:val="555D5D"/>
          <w:sz w:val="24"/>
        </w:rPr>
        <w:t>X射线</w:t>
      </w:r>
    </w:p>
    <w:p>
      <w:pPr>
        <w:autoSpaceDN w:val="0"/>
        <w:autoSpaceDE w:val="0"/>
        <w:widowControl/>
        <w:spacing w:line="400" w:lineRule="exact" w:before="720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Food and Drink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556"/>
        </w:trPr>
        <w:tc>
          <w:tcPr>
            <w:tcW w:type="dxa" w:w="346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 careful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hungry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饥饿的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肉，肉类</w:t>
            </w:r>
          </w:p>
        </w:tc>
        <w:tc>
          <w:tcPr>
            <w:tcW w:type="dxa" w:w="625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478" w:right="14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fruit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水果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78" w:right="14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lunch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午餐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78" w:right="14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milk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牛奶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50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36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4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二年级下学期 / 冀教版（一年级起点）</w:t>
            </w:r>
          </w:p>
        </w:tc>
      </w:tr>
      <w:tr>
        <w:trPr>
          <w:trHeight w:hRule="exact" w:val="1170"/>
        </w:trPr>
        <w:tc>
          <w:tcPr>
            <w:tcW w:type="dxa" w:w="50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4" w:after="0"/>
              <w:ind w:left="586" w:right="58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noodle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</w:tc>
        <w:tc>
          <w:tcPr>
            <w:tcW w:type="dxa" w:w="236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4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米饭</w:t>
            </w:r>
          </w:p>
        </w:tc>
        <w:tc>
          <w:tcPr>
            <w:tcW w:type="dxa" w:w="3042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760"/>
        </w:trPr>
        <w:tc>
          <w:tcPr>
            <w:tcW w:type="dxa" w:w="50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汤</w:t>
            </w:r>
          </w:p>
        </w:tc>
        <w:tc>
          <w:tcPr>
            <w:tcW w:type="dxa" w:w="23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468" w:right="46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故事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760"/>
        </w:trPr>
        <w:tc>
          <w:tcPr>
            <w:tcW w:type="dxa" w:w="50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thirsty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渴的</w:t>
            </w:r>
          </w:p>
        </w:tc>
        <w:tc>
          <w:tcPr>
            <w:tcW w:type="dxa" w:w="23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278" w:right="27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tired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疲倦的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760"/>
        </w:trPr>
        <w:tc>
          <w:tcPr>
            <w:tcW w:type="dxa" w:w="50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尝试</w:t>
            </w:r>
          </w:p>
        </w:tc>
        <w:tc>
          <w:tcPr>
            <w:tcW w:type="dxa" w:w="23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588" w:right="58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walk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走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40"/>
        </w:trPr>
        <w:tc>
          <w:tcPr>
            <w:tcW w:type="dxa" w:w="50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水</w:t>
            </w:r>
          </w:p>
        </w:tc>
        <w:tc>
          <w:tcPr>
            <w:tcW w:type="dxa" w:w="23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350" w:right="3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worry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担心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4 Let’s Go and Play!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320"/>
        </w:trPr>
        <w:tc>
          <w:tcPr>
            <w:tcW w:type="dxa" w:w="39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fun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乐趣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乘坐，搭乘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traffic lights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交通信号灯</w:t>
            </w:r>
          </w:p>
        </w:tc>
        <w:tc>
          <w:tcPr>
            <w:tcW w:type="dxa" w:w="57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978" w:right="9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78" w:right="9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traffic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交通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78" w:right="9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wait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等待</w:t>
            </w:r>
          </w:p>
        </w:tc>
      </w:tr>
    </w:tbl>
    <w:p>
      <w:pPr>
        <w:autoSpaceDN w:val="0"/>
        <w:autoSpaceDE w:val="0"/>
        <w:widowControl/>
        <w:spacing w:line="3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622"/>
        </w:trPr>
        <w:tc>
          <w:tcPr>
            <w:tcW w:type="dxa" w:w="15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" w:right="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paper </w:t>
            </w:r>
          </w:p>
        </w:tc>
        <w:tc>
          <w:tcPr>
            <w:tcW w:type="dxa" w:w="18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8" w:after="0"/>
              <w:ind w:left="156" w:right="1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纸</w:t>
            </w:r>
          </w:p>
        </w:tc>
        <w:tc>
          <w:tcPr>
            <w:tcW w:type="dxa" w:w="30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518" w:right="5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18" w:right="5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58" w:right="15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open </w:t>
            </w:r>
          </w:p>
        </w:tc>
        <w:tc>
          <w:tcPr>
            <w:tcW w:type="dxa" w:w="18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72" w:right="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打开</w:t>
            </w:r>
          </w:p>
        </w:tc>
        <w:tc>
          <w:tcPr>
            <w:tcW w:type="dxa" w:w="30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18" w:right="5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18" w:right="5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3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blackboard </w:t>
            </w:r>
          </w:p>
        </w:tc>
        <w:tc>
          <w:tcPr>
            <w:tcW w:type="dxa" w:w="11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黑板</w:t>
            </w:r>
          </w:p>
        </w:tc>
        <w:tc>
          <w:tcPr>
            <w:tcW w:type="dxa" w:w="303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518" w:right="5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46"/>
        </w:trPr>
        <w:tc>
          <w:tcPr>
            <w:tcW w:type="dxa" w:w="34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67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77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二年级下学期 / 冀教版（一年级起点）</w:t>
            </w:r>
          </w:p>
        </w:tc>
      </w:tr>
      <w:tr>
        <w:trPr>
          <w:trHeight w:hRule="exact" w:val="1240"/>
        </w:trPr>
        <w:tc>
          <w:tcPr>
            <w:tcW w:type="dxa" w:w="3676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7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58" w:right="25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90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scissors </w:t>
            </w:r>
          </w:p>
        </w:tc>
        <w:tc>
          <w:tcPr>
            <w:tcW w:type="dxa" w:w="17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剪刀</w:t>
            </w:r>
          </w:p>
        </w:tc>
        <w:tc>
          <w:tcPr>
            <w:tcW w:type="dxa" w:w="277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58" w:right="25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7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7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7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8" w:right="25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5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close </w:t>
            </w:r>
          </w:p>
        </w:tc>
        <w:tc>
          <w:tcPr>
            <w:tcW w:type="dxa" w:w="20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关上</w:t>
            </w:r>
          </w:p>
        </w:tc>
        <w:tc>
          <w:tcPr>
            <w:tcW w:type="dxa" w:w="277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258" w:right="25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7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7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7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8" w:right="25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2" w:right="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again </w:t>
            </w:r>
          </w:p>
        </w:tc>
        <w:tc>
          <w:tcPr>
            <w:tcW w:type="dxa" w:w="20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50" w:right="1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再一次，又一次</w:t>
            </w:r>
          </w:p>
        </w:tc>
        <w:tc>
          <w:tcPr>
            <w:tcW w:type="dxa" w:w="277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58" w:right="25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67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7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7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8" w:right="25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office </w:t>
            </w:r>
          </w:p>
        </w:tc>
        <w:tc>
          <w:tcPr>
            <w:tcW w:type="dxa" w:w="20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98" w:right="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办公室</w:t>
            </w:r>
          </w:p>
        </w:tc>
        <w:tc>
          <w:tcPr>
            <w:tcW w:type="dxa" w:w="277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258" w:right="25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7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7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7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8" w:right="25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2" w:right="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cut </w:t>
            </w:r>
          </w:p>
        </w:tc>
        <w:tc>
          <w:tcPr>
            <w:tcW w:type="dxa" w:w="237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48" w:right="1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剪</w:t>
            </w:r>
          </w:p>
        </w:tc>
        <w:tc>
          <w:tcPr>
            <w:tcW w:type="dxa" w:w="277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58" w:right="25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7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7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7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8" w:right="25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4"/>
        </w:trPr>
        <w:tc>
          <w:tcPr>
            <w:tcW w:type="dxa" w:w="15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98" w:right="1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gym </w:t>
            </w:r>
          </w:p>
        </w:tc>
        <w:tc>
          <w:tcPr>
            <w:tcW w:type="dxa" w:w="20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体育馆</w:t>
            </w:r>
          </w:p>
        </w:tc>
        <w:tc>
          <w:tcPr>
            <w:tcW w:type="dxa" w:w="277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258" w:right="25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92"/>
        </w:trPr>
        <w:tc>
          <w:tcPr>
            <w:tcW w:type="dxa" w:w="367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49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5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二年级下学期 / 冀教版（一年级起点）</w:t>
            </w:r>
          </w:p>
        </w:tc>
      </w:tr>
      <w:tr>
        <w:trPr>
          <w:trHeight w:hRule="exact" w:val="1504"/>
        </w:trPr>
        <w:tc>
          <w:tcPr>
            <w:tcW w:type="dxa" w:w="3496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2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6" w:right="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playground </w:t>
            </w:r>
          </w:p>
        </w:tc>
        <w:tc>
          <w:tcPr>
            <w:tcW w:type="dxa" w:w="1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4" w:right="2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操场</w:t>
            </w:r>
          </w:p>
        </w:tc>
        <w:tc>
          <w:tcPr>
            <w:tcW w:type="dxa" w:w="29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crayon </w:t>
            </w:r>
          </w:p>
        </w:tc>
        <w:tc>
          <w:tcPr>
            <w:tcW w:type="dxa" w:w="183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蜡笔</w:t>
            </w:r>
          </w:p>
        </w:tc>
        <w:tc>
          <w:tcPr>
            <w:tcW w:type="dxa" w:w="29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2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24" w:right="1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washroom </w:t>
            </w:r>
          </w:p>
        </w:tc>
        <w:tc>
          <w:tcPr>
            <w:tcW w:type="dxa" w:w="1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08" w:right="1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洗手间</w:t>
            </w:r>
          </w:p>
        </w:tc>
        <w:tc>
          <w:tcPr>
            <w:tcW w:type="dxa" w:w="29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" w:right="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library </w:t>
            </w:r>
          </w:p>
        </w:tc>
        <w:tc>
          <w:tcPr>
            <w:tcW w:type="dxa" w:w="183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图书馆</w:t>
            </w:r>
          </w:p>
        </w:tc>
        <w:tc>
          <w:tcPr>
            <w:tcW w:type="dxa" w:w="29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24" w:right="2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juice </w:t>
            </w:r>
          </w:p>
        </w:tc>
        <w:tc>
          <w:tcPr>
            <w:tcW w:type="dxa" w:w="183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" w:right="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果汁</w:t>
            </w:r>
          </w:p>
        </w:tc>
        <w:tc>
          <w:tcPr>
            <w:tcW w:type="dxa" w:w="29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62"/>
        </w:trPr>
        <w:tc>
          <w:tcPr>
            <w:tcW w:type="dxa" w:w="222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24" w:right="2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vegetable </w:t>
            </w:r>
          </w:p>
        </w:tc>
        <w:tc>
          <w:tcPr>
            <w:tcW w:type="dxa" w:w="12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6" w:right="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蔬菜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28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1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二年级下学期 / 冀教版（一年级起点）</w:t>
            </w:r>
          </w:p>
        </w:tc>
      </w:tr>
      <w:tr>
        <w:trPr>
          <w:trHeight w:hRule="exact" w:val="1306"/>
        </w:trPr>
        <w:tc>
          <w:tcPr>
            <w:tcW w:type="dxa" w:w="3282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6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2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queen </w:t>
            </w:r>
          </w:p>
        </w:tc>
        <w:tc>
          <w:tcPr>
            <w:tcW w:type="dxa" w:w="17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女王</w:t>
            </w:r>
          </w:p>
        </w:tc>
        <w:tc>
          <w:tcPr>
            <w:tcW w:type="dxa" w:w="316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50" w:right="2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fish </w:t>
            </w:r>
          </w:p>
        </w:tc>
        <w:tc>
          <w:tcPr>
            <w:tcW w:type="dxa" w:w="17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鱼</w:t>
            </w:r>
          </w:p>
        </w:tc>
        <w:tc>
          <w:tcPr>
            <w:tcW w:type="dxa" w:w="316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0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umbrella </w:t>
            </w:r>
          </w:p>
        </w:tc>
        <w:tc>
          <w:tcPr>
            <w:tcW w:type="dxa" w:w="12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雨伞</w:t>
            </w:r>
          </w:p>
        </w:tc>
        <w:tc>
          <w:tcPr>
            <w:tcW w:type="dxa" w:w="316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lion </w:t>
            </w:r>
          </w:p>
        </w:tc>
        <w:tc>
          <w:tcPr>
            <w:tcW w:type="dxa" w:w="17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狮子</w:t>
            </w:r>
          </w:p>
        </w:tc>
        <w:tc>
          <w:tcPr>
            <w:tcW w:type="dxa" w:w="316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X-ray </w:t>
            </w:r>
          </w:p>
        </w:tc>
        <w:tc>
          <w:tcPr>
            <w:tcW w:type="dxa" w:w="17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X射线</w:t>
            </w:r>
          </w:p>
        </w:tc>
        <w:tc>
          <w:tcPr>
            <w:tcW w:type="dxa" w:w="316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28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二年级下学期 / 冀教版（一年级起点）</w:t>
            </w:r>
          </w:p>
        </w:tc>
      </w:tr>
      <w:tr>
        <w:trPr>
          <w:trHeight w:hRule="exact" w:val="938"/>
        </w:trPr>
        <w:tc>
          <w:tcPr>
            <w:tcW w:type="dxa" w:w="142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216" w:right="2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tea </w:t>
            </w:r>
          </w:p>
        </w:tc>
        <w:tc>
          <w:tcPr>
            <w:tcW w:type="dxa" w:w="179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16" w:right="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茶</w:t>
            </w:r>
          </w:p>
        </w:tc>
        <w:tc>
          <w:tcPr>
            <w:tcW w:type="dxa" w:w="323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4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98" w:right="1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car </w:t>
            </w:r>
          </w:p>
        </w:tc>
        <w:tc>
          <w:tcPr>
            <w:tcW w:type="dxa" w:w="17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小汽车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32" w:right="1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key </w:t>
            </w:r>
          </w:p>
        </w:tc>
        <w:tc>
          <w:tcPr>
            <w:tcW w:type="dxa" w:w="17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98" w:right="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钥匙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tired </w:t>
            </w:r>
          </w:p>
        </w:tc>
        <w:tc>
          <w:tcPr>
            <w:tcW w:type="dxa" w:w="17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16" w:right="2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疲倦的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rice </w:t>
            </w:r>
          </w:p>
        </w:tc>
        <w:tc>
          <w:tcPr>
            <w:tcW w:type="dxa" w:w="17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米饭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noodle </w:t>
            </w:r>
          </w:p>
        </w:tc>
        <w:tc>
          <w:tcPr>
            <w:tcW w:type="dxa" w:w="1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面条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321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二年级下学期 / 冀教版（一年级起点）</w:t>
            </w:r>
          </w:p>
        </w:tc>
      </w:tr>
      <w:tr>
        <w:trPr>
          <w:trHeight w:hRule="exact" w:val="1202"/>
        </w:trPr>
        <w:tc>
          <w:tcPr>
            <w:tcW w:type="dxa" w:w="16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156" w:right="1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story </w:t>
            </w:r>
          </w:p>
        </w:tc>
        <w:tc>
          <w:tcPr>
            <w:tcW w:type="dxa" w:w="16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74" w:right="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故事</w:t>
            </w:r>
          </w:p>
        </w:tc>
        <w:tc>
          <w:tcPr>
            <w:tcW w:type="dxa" w:w="323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623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90" w:right="1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soup </w:t>
            </w:r>
          </w:p>
        </w:tc>
        <w:tc>
          <w:tcPr>
            <w:tcW w:type="dxa" w:w="16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0" w:right="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汤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0" w:right="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worry </w:t>
            </w:r>
          </w:p>
        </w:tc>
        <w:tc>
          <w:tcPr>
            <w:tcW w:type="dxa" w:w="16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90" w:right="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担心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0" w:right="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lunch </w:t>
            </w:r>
          </w:p>
        </w:tc>
        <w:tc>
          <w:tcPr>
            <w:tcW w:type="dxa" w:w="16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0" w:right="1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午餐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974"/>
        </w:trPr>
        <w:tc>
          <w:tcPr>
            <w:tcW w:type="dxa" w:w="42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paper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open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blackboard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scissors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close</w:t>
            </w:r>
          </w:p>
        </w:tc>
        <w:tc>
          <w:tcPr>
            <w:tcW w:type="dxa" w:w="619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4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纸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打开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黑板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剪刀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30" w:right="2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关上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2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二年级下学期 / 冀教版（一年级起点）</w:t>
            </w:r>
          </w:p>
        </w:tc>
      </w:tr>
      <w:tr>
        <w:trPr>
          <w:trHeight w:hRule="exact" w:val="15952"/>
        </w:trPr>
        <w:tc>
          <w:tcPr>
            <w:tcW w:type="dxa" w:w="428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again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office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cut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gym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playground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crayon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washroom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library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juice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vegetable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queen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fish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umbrella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lion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X-ray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tea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key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tired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rice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noodle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story</w:t>
            </w:r>
          </w:p>
        </w:tc>
        <w:tc>
          <w:tcPr>
            <w:tcW w:type="dxa" w:w="618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1808" w:right="180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再一次，又一次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办公室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剪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体育馆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操场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蜡笔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洗手间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图书馆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果汁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蔬菜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女王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鱼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雨伞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狮子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X射线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茶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小汽车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钥匙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疲倦的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米饭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面条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故事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1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46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8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0" w:right="0" w:firstLine="0"/>
              <w:jc w:val="center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二年级下学期 / 冀教版（一年级起点）</w:t>
            </w:r>
          </w:p>
        </w:tc>
      </w:tr>
      <w:tr>
        <w:trPr>
          <w:trHeight w:hRule="exact" w:val="808"/>
        </w:trPr>
        <w:tc>
          <w:tcPr>
            <w:tcW w:type="dxa" w:w="41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soup</w:t>
            </w:r>
          </w:p>
        </w:tc>
        <w:tc>
          <w:tcPr>
            <w:tcW w:type="dxa" w:w="346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304" w:right="30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汤</w:t>
            </w:r>
          </w:p>
        </w:tc>
        <w:tc>
          <w:tcPr>
            <w:tcW w:type="dxa" w:w="282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702"/>
        </w:trPr>
        <w:tc>
          <w:tcPr>
            <w:tcW w:type="dxa" w:w="41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1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worry</w:t>
            </w:r>
          </w:p>
        </w:tc>
        <w:tc>
          <w:tcPr>
            <w:tcW w:type="dxa" w:w="34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46" w:after="0"/>
              <w:ind w:left="64" w:right="6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担心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04"/>
        </w:trPr>
        <w:tc>
          <w:tcPr>
            <w:tcW w:type="dxa" w:w="41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1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lunch</w:t>
            </w:r>
          </w:p>
        </w:tc>
        <w:tc>
          <w:tcPr>
            <w:tcW w:type="dxa" w:w="34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44" w:after="0"/>
              <w:ind w:left="64" w:right="6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午餐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4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paper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arepp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eparp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2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纸</w:t>
            </w:r>
          </w:p>
        </w:tc>
      </w:tr>
      <w:tr>
        <w:trPr>
          <w:trHeight w:hRule="exact" w:val="520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noep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open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nope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打开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96" w:right="29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adkobabclr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rblcdaobak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blackboard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黑板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ssisrocs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ircsssos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scissors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剪刀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seocl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close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lsceo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关上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ignaa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agnai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again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再一次，又一次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fecifo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office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cfefoi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办公室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uct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cut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utc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剪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ygm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ymg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gym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体育馆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2" w:right="26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ouarynldgp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aodglyunrp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playground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操场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crayon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ycanro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anoyrc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蜡笔</w:t>
            </w:r>
          </w:p>
        </w:tc>
      </w:tr>
      <w:tr>
        <w:trPr>
          <w:trHeight w:hRule="exact" w:val="520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8" w:right="37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washroom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wmsohoar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ooswhmra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洗手间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ablyirr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brrayli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library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图书馆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jcuei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juice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eujci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果汁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78" w:right="47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vegetable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balvgteee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gatlbeeev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蔬菜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uqnee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queen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nueqe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女王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fish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hfis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ifhs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鱼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62" w:right="56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rluamebl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lableumr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umbrella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雨伞</w:t>
            </w:r>
          </w:p>
        </w:tc>
      </w:tr>
      <w:tr>
        <w:trPr>
          <w:trHeight w:hRule="exact" w:val="520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oinl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noil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lion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狮子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X-ray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arXy-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yra-X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X射线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eat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eta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茶</w:t>
            </w:r>
          </w:p>
        </w:tc>
      </w:tr>
      <w:tr>
        <w:trPr>
          <w:trHeight w:hRule="exact" w:val="520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car</w:t>
            </w:r>
          </w:p>
        </w:tc>
        <w:tc>
          <w:tcPr>
            <w:tcW w:type="dxa" w:w="18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cra</w:t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小汽车</w:t>
            </w:r>
          </w:p>
        </w:tc>
      </w:tr>
      <w:tr>
        <w:trPr>
          <w:trHeight w:hRule="exact" w:val="1210"/>
        </w:trPr>
        <w:tc>
          <w:tcPr>
            <w:tcW w:type="dxa" w:w="23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kye</w:t>
            </w:r>
          </w:p>
        </w:tc>
        <w:tc>
          <w:tcPr>
            <w:tcW w:type="dxa" w:w="189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key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eyk</w:t>
            </w:r>
          </w:p>
        </w:tc>
        <w:tc>
          <w:tcPr>
            <w:tcW w:type="dxa" w:w="43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2" w:right="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钥匙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224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7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4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二年级下学期 / 冀教版（一年级起点）</w:t>
            </w:r>
          </w:p>
        </w:tc>
      </w:tr>
      <w:tr>
        <w:trPr>
          <w:trHeight w:hRule="exact" w:val="790"/>
        </w:trPr>
        <w:tc>
          <w:tcPr>
            <w:tcW w:type="dxa" w:w="224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derti</w:t>
            </w:r>
          </w:p>
        </w:tc>
        <w:tc>
          <w:tcPr>
            <w:tcW w:type="dxa" w:w="174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tierd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tired</w:t>
            </w:r>
          </w:p>
        </w:tc>
        <w:tc>
          <w:tcPr>
            <w:tcW w:type="dxa" w:w="15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280" w:right="280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疲倦的</w:t>
            </w:r>
          </w:p>
        </w:tc>
        <w:tc>
          <w:tcPr>
            <w:tcW w:type="dxa" w:w="3042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520"/>
        </w:trPr>
        <w:tc>
          <w:tcPr>
            <w:tcW w:type="dxa" w:w="22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eicr</w:t>
            </w:r>
          </w:p>
        </w:tc>
        <w:tc>
          <w:tcPr>
            <w:tcW w:type="dxa" w:w="17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ierc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rice</w:t>
            </w:r>
          </w:p>
        </w:tc>
        <w:tc>
          <w:tcPr>
            <w:tcW w:type="dxa" w:w="15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米饭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2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noodle</w:t>
            </w:r>
          </w:p>
        </w:tc>
        <w:tc>
          <w:tcPr>
            <w:tcW w:type="dxa" w:w="17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ldneoo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doolen</w:t>
            </w:r>
          </w:p>
        </w:tc>
        <w:tc>
          <w:tcPr>
            <w:tcW w:type="dxa" w:w="15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面条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2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story</w:t>
            </w:r>
          </w:p>
        </w:tc>
        <w:tc>
          <w:tcPr>
            <w:tcW w:type="dxa" w:w="17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oytrs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ysort</w:t>
            </w:r>
          </w:p>
        </w:tc>
        <w:tc>
          <w:tcPr>
            <w:tcW w:type="dxa" w:w="15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故事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2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soup</w:t>
            </w:r>
          </w:p>
        </w:tc>
        <w:tc>
          <w:tcPr>
            <w:tcW w:type="dxa" w:w="17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pous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ospu</w:t>
            </w:r>
          </w:p>
        </w:tc>
        <w:tc>
          <w:tcPr>
            <w:tcW w:type="dxa" w:w="15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538" w:right="5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汤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2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worry</w:t>
            </w:r>
          </w:p>
        </w:tc>
        <w:tc>
          <w:tcPr>
            <w:tcW w:type="dxa" w:w="17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ryrow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rwory</w:t>
            </w:r>
          </w:p>
        </w:tc>
        <w:tc>
          <w:tcPr>
            <w:tcW w:type="dxa" w:w="15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担心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604"/>
        </w:trPr>
        <w:tc>
          <w:tcPr>
            <w:tcW w:type="dxa" w:w="22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lunch</w:t>
            </w:r>
          </w:p>
        </w:tc>
        <w:tc>
          <w:tcPr>
            <w:tcW w:type="dxa" w:w="17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unhcl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cnlhu</w:t>
            </w:r>
          </w:p>
        </w:tc>
        <w:tc>
          <w:tcPr>
            <w:tcW w:type="dxa" w:w="15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午餐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0850"/>
        </w:trPr>
        <w:tc>
          <w:tcPr>
            <w:tcW w:type="dxa" w:w="46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纸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kboard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黑板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关上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办公室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体育馆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蜡笔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图书馆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vegeta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蔬菜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鱼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狮子</w:t>
            </w:r>
          </w:p>
        </w:tc>
        <w:tc>
          <w:tcPr>
            <w:tcW w:type="dxa" w:w="58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1160" w:right="116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打开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10" w:right="9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sci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剪刀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0" w:right="0" w:firstLine="0"/>
              <w:jc w:val="center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ain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再一次，又一次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10" w:right="9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剪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10" w:right="9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play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ound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操场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10" w:right="9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wash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洗手间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60" w:right="116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果汁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10" w:right="9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que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女王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10" w:right="9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lla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雨伞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10" w:right="9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X-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X射线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2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3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二年级下学期 / 冀教版（一年级起点）</w:t>
            </w:r>
          </w:p>
        </w:tc>
      </w:tr>
      <w:tr>
        <w:trPr>
          <w:trHeight w:hRule="exact" w:val="5248"/>
        </w:trPr>
        <w:tc>
          <w:tcPr>
            <w:tcW w:type="dxa" w:w="422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茶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钥匙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米饭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故事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担心</w:t>
            </w:r>
          </w:p>
        </w:tc>
        <w:tc>
          <w:tcPr>
            <w:tcW w:type="dxa" w:w="623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1960" w:right="196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小汽车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36" w:right="1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疲倦的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36" w:right="1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面条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36" w:right="1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汤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960" w:right="196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nch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午餐</w:t>
            </w:r>
          </w:p>
        </w:tc>
      </w:tr>
    </w:tbl>
    <w:p>
      <w:pPr>
        <w:autoSpaceDN w:val="0"/>
        <w:autoSpaceDE w:val="0"/>
        <w:widowControl/>
        <w:spacing w:line="2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4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纸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打开 </w:t>
            </w:r>
          </w:p>
        </w:tc>
      </w:tr>
      <w:tr>
        <w:trPr>
          <w:trHeight w:hRule="exact" w:val="1000"/>
        </w:trPr>
        <w:tc>
          <w:tcPr>
            <w:tcW w:type="dxa" w:w="44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黑板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剪刀 </w:t>
            </w:r>
          </w:p>
        </w:tc>
      </w:tr>
      <w:tr>
        <w:trPr>
          <w:trHeight w:hRule="exact" w:val="1000"/>
        </w:trPr>
        <w:tc>
          <w:tcPr>
            <w:tcW w:type="dxa" w:w="44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关上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再一次，又一次 </w:t>
            </w:r>
          </w:p>
        </w:tc>
      </w:tr>
      <w:tr>
        <w:trPr>
          <w:trHeight w:hRule="exact" w:val="1000"/>
        </w:trPr>
        <w:tc>
          <w:tcPr>
            <w:tcW w:type="dxa" w:w="44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办公室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剪 </w:t>
            </w:r>
          </w:p>
        </w:tc>
      </w:tr>
      <w:tr>
        <w:trPr>
          <w:trHeight w:hRule="exact" w:val="1000"/>
        </w:trPr>
        <w:tc>
          <w:tcPr>
            <w:tcW w:type="dxa" w:w="44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体育馆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操场 </w:t>
            </w:r>
          </w:p>
        </w:tc>
      </w:tr>
      <w:tr>
        <w:trPr>
          <w:trHeight w:hRule="exact" w:val="1000"/>
        </w:trPr>
        <w:tc>
          <w:tcPr>
            <w:tcW w:type="dxa" w:w="44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蜡笔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洗手间 </w:t>
            </w:r>
          </w:p>
        </w:tc>
      </w:tr>
      <w:tr>
        <w:trPr>
          <w:trHeight w:hRule="exact" w:val="1000"/>
        </w:trPr>
        <w:tc>
          <w:tcPr>
            <w:tcW w:type="dxa" w:w="44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图书馆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果汁 </w:t>
            </w:r>
          </w:p>
        </w:tc>
      </w:tr>
      <w:tr>
        <w:trPr>
          <w:trHeight w:hRule="exact" w:val="1000"/>
        </w:trPr>
        <w:tc>
          <w:tcPr>
            <w:tcW w:type="dxa" w:w="44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蔬菜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女王 </w:t>
            </w:r>
          </w:p>
        </w:tc>
      </w:tr>
      <w:tr>
        <w:trPr>
          <w:trHeight w:hRule="exact" w:val="1662"/>
        </w:trPr>
        <w:tc>
          <w:tcPr>
            <w:tcW w:type="dxa" w:w="44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鱼 </w:t>
            </w:r>
          </w:p>
        </w:tc>
        <w:tc>
          <w:tcPr>
            <w:tcW w:type="dxa" w:w="29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雨伞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3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二年级下学期 / 冀教版（一年级起点）</w:t>
            </w:r>
          </w:p>
        </w:tc>
      </w:tr>
      <w:tr>
        <w:trPr>
          <w:trHeight w:hRule="exact" w:val="1306"/>
        </w:trPr>
        <w:tc>
          <w:tcPr>
            <w:tcW w:type="dxa" w:w="434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狮子 </w:t>
            </w:r>
          </w:p>
        </w:tc>
        <w:tc>
          <w:tcPr>
            <w:tcW w:type="dxa" w:w="303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X射线 </w:t>
            </w:r>
          </w:p>
        </w:tc>
      </w:tr>
      <w:tr>
        <w:trPr>
          <w:trHeight w:hRule="exact" w:val="1000"/>
        </w:trPr>
        <w:tc>
          <w:tcPr>
            <w:tcW w:type="dxa" w:w="43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茶 </w:t>
            </w:r>
          </w:p>
        </w:tc>
        <w:tc>
          <w:tcPr>
            <w:tcW w:type="dxa" w:w="30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小汽车 </w:t>
            </w:r>
          </w:p>
        </w:tc>
      </w:tr>
      <w:tr>
        <w:trPr>
          <w:trHeight w:hRule="exact" w:val="1000"/>
        </w:trPr>
        <w:tc>
          <w:tcPr>
            <w:tcW w:type="dxa" w:w="43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钥匙 </w:t>
            </w:r>
          </w:p>
        </w:tc>
        <w:tc>
          <w:tcPr>
            <w:tcW w:type="dxa" w:w="30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疲倦的 </w:t>
            </w:r>
          </w:p>
        </w:tc>
      </w:tr>
      <w:tr>
        <w:trPr>
          <w:trHeight w:hRule="exact" w:val="1000"/>
        </w:trPr>
        <w:tc>
          <w:tcPr>
            <w:tcW w:type="dxa" w:w="43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米饭 </w:t>
            </w:r>
          </w:p>
        </w:tc>
        <w:tc>
          <w:tcPr>
            <w:tcW w:type="dxa" w:w="30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面条 </w:t>
            </w:r>
          </w:p>
        </w:tc>
      </w:tr>
      <w:tr>
        <w:trPr>
          <w:trHeight w:hRule="exact" w:val="1000"/>
        </w:trPr>
        <w:tc>
          <w:tcPr>
            <w:tcW w:type="dxa" w:w="43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故事 </w:t>
            </w:r>
          </w:p>
        </w:tc>
        <w:tc>
          <w:tcPr>
            <w:tcW w:type="dxa" w:w="30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汤 </w:t>
            </w:r>
          </w:p>
        </w:tc>
      </w:tr>
      <w:tr>
        <w:trPr>
          <w:trHeight w:hRule="exact" w:val="10646"/>
        </w:trPr>
        <w:tc>
          <w:tcPr>
            <w:tcW w:type="dxa" w:w="43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担心 </w:t>
            </w:r>
          </w:p>
        </w:tc>
        <w:tc>
          <w:tcPr>
            <w:tcW w:type="dxa" w:w="30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午餐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