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pPr>
      <w:r>
        <w:rPr>
          <w:rFonts w:ascii="黑体" w:hAnsi="黑体" w:eastAsia="黑体"/>
          <w:b/>
          <w:sz w:val="32"/>
        </w:rPr>
        <w:t>基于视频检测交通流数据的感应信号控制评估与参数优化</w:t>
      </w:r>
    </w:p>
    <w:p>
      <w:pPr>
        <w:spacing w:line="360" w:lineRule="auto"/>
      </w:pPr>
    </w:p>
    <w:p>
      <w:pPr>
        <w:spacing w:line="360" w:lineRule="auto"/>
        <w:jc w:val="left"/>
      </w:pPr>
      <w:r>
        <w:rPr>
          <w:rFonts w:ascii="黑体" w:hAnsi="黑体" w:eastAsia="黑体"/>
          <w:b/>
          <w:sz w:val="32"/>
        </w:rPr>
        <w:t>主要方案</w:t>
      </w:r>
    </w:p>
    <w:p>
      <w:pPr>
        <w:spacing w:line="360" w:lineRule="auto"/>
      </w:pPr>
    </w:p>
    <w:p>
      <w:pPr>
        <w:spacing w:line="360" w:lineRule="auto"/>
        <w:ind w:firstLine="480"/>
        <w:jc w:val="left"/>
      </w:pPr>
      <w:r>
        <w:rPr>
          <w:rFonts w:ascii="宋体" w:hAnsi="宋体" w:eastAsia="宋体"/>
          <w:sz w:val="24"/>
        </w:rPr>
        <w:t>随着经济飞速的增长和城市化进程的不断加快,交通拥堵和污染等问题日益严重。与此同时，优化信号控制系统能有效地缓解交通压力,提高城市道路的通行能力。传统的定时控制无法适应动态多变的交通需求,而感应信号控制能够克服定时控制的局限性,更好的提升交叉口的通行效率。感应信号控制是根据交通流检测器检测实时的交通流来动态改变各个相位的配时方案。基于此，随着计算机视觉与图像处理等技术的不断完善,视频交通流检测器的应用越加广泛。因此,为了研究如何利用视频交通流检测器,为提升感应信号控制的控制效率、改善城市交叉口的通行能力、减少交通拥堵与污染提供相应的技术支持,论文开展了以...为基础视频检测交通流数据的感应信号控制评估与参数优化的研究,研究工作如下:(1)基础理论总结。通过对国内外文献的研判,总结了交叉口的感应信号控制、视频交通流检测器、车辆排队长度以及多目标优化模式与求解算法的研究现状与现阶段存在的不足。</w:t>
      </w:r>
    </w:p>
    <w:p>
      <w:pPr>
        <w:spacing w:line="360" w:lineRule="auto"/>
        <w:ind w:firstLine="480"/>
        <w:jc w:val="left"/>
      </w:pPr>
      <w:r>
        <w:rPr>
          <w:rFonts w:ascii="宋体" w:hAnsi="宋体" w:eastAsia="宋体"/>
          <w:sz w:val="24"/>
        </w:rPr>
        <w:t>并从交通流检测器检测范围、数据类型、精确度、安装与维护等方面出发,总结了常见交通流检测器的优缺点,全面分析了视频交通流检测器相对于其他检测器存在的数据差异及优势。(2)研判视频交通流检测器检测数据的精确度对感应信号控制的影响效果,对视频交通流检测器在感应信号控制中的应用开展了评估。综上所述，根据交叉口实际调查的交通流数据,在VISSIM中建立了仿真模型,并分别对不同视频交通流检测器精确度下的全感应信号控制和半感应信号控制进行了仿真实验。通过对仿真实验输出的车均延误、排队长度和停车次数开展对比分析,在低峰、平峰和高峰时期,视频交通流检测器的精确度分别达到90%、85%和70%时,全感应信号控制即可达到较为理想的控制效果。在半感应信号控制中,视频交通流检测器的精确度为70%时即可达到理想的控制效果。结果表明,视频交通流检测器基本都能够很好地满足感应信号控制在检测器精确度方面的需求。</w:t>
      </w:r>
    </w:p>
    <w:p>
      <w:pPr>
        <w:spacing w:line="360" w:lineRule="auto"/>
        <w:ind w:firstLine="480"/>
        <w:jc w:val="left"/>
      </w:pPr>
      <w:r>
        <w:rPr>
          <w:rFonts w:ascii="宋体" w:hAnsi="宋体" w:eastAsia="宋体"/>
          <w:sz w:val="24"/>
        </w:rPr>
        <w:t>(3)建立了基于视频检测实时车辆排队长度的多目标优化模型,优化了感应信号控制的绿灯极限延长时间。并优化了带精英决策的快速非支配排序遗传算法(NSGA-II)的交叉算子和拥挤度。以视频交通流检测器获取各进道口的实时车辆排队长度为输入数据,以交叉口总延误最小、停车次数最少和通行能力最大为目标建立多目标优化模式,从信号周期和有效绿灯时间两个方面对多目标优化模式确立约束条件,优化定时控制的信号周期,然后根据交叉口各个相位的实时交通需求来分配感应信号控制的绿灯极限延长时间。同时为了提升NSGA-II算法的寻优精确度,在交叉算子和拥挤度计算两个方面,对NSGA-II求解算法进行优化。(4)优化模型的验证。</w:t>
      </w:r>
    </w:p>
    <w:p>
      <w:pPr>
        <w:spacing w:line="360" w:lineRule="auto"/>
        <w:ind w:firstLine="480"/>
        <w:jc w:val="left"/>
      </w:pPr>
      <w:r>
        <w:rPr>
          <w:rFonts w:ascii="宋体" w:hAnsi="宋体" w:eastAsia="宋体"/>
          <w:sz w:val="24"/>
        </w:rPr>
        <w:t>根据实际交叉口的交通流及拓扑结构等调查数据,在VISSIM中建立了仿真模型,分别仿真了视频交通流检测器精确度为90%时传统感应信号控制和以...为基础传统NSGA-II求解算法以及优化NSGA-II求解算法下基于视频检测实时车辆排队长度的多目标优化模式,并对比分析仿真实验输出的车均延误、排队长度和停车次数。仿真实验结果表明,所提出的优化模式在各个时期均能够较好的改善感应信号控制的控制效率值,能更好的适应交叉口不同时间段内的交通变化。尤其在高峰时期,相对于传统的感应信号控制,基于NSGA-II优化求解算法下多目标优化模型在车均延误、排队长度和停车次数的平均改善率约为24.31%、25.43%和19.54%。同时,相对于传统的NSGA-II求解算法,所提出的优化NSGA-II求解算法的寻优精确度更好,优化模型的求解效率值更高。</w:t>
      </w:r>
    </w:p>
    <w:p>
      <w:pPr>
        <w:spacing w:line="360" w:lineRule="auto"/>
      </w:pPr>
    </w:p>
    <w:p>
      <w:pPr>
        <w:spacing w:line="360" w:lineRule="auto"/>
      </w:pPr>
    </w:p>
    <w:p>
      <w:pPr>
        <w:spacing w:line="360" w:lineRule="auto"/>
        <w:jc w:val="left"/>
      </w:pPr>
      <w:r>
        <w:rPr>
          <w:rFonts w:ascii="宋体" w:hAnsi="宋体" w:eastAsia="宋体"/>
          <w:b/>
          <w:sz w:val="28"/>
        </w:rPr>
        <w:t>✅ 简介：擅长数据搜集与处理、建模仿真、程序设计、仿真代码、论文写作与指导，毕业论文、期刊论文经验交流。</w:t>
        <w:br/>
        <w:t>✅ 具体问题可以联系QQ或者微信：30040983。</w:t>
      </w:r>
    </w:p>
    <w:p>
      <w:pPr>
        <w:spacing w:line="360" w:lineRule="auto"/>
      </w:pPr>
    </w:p>
    <w:p>
      <w:pPr>
        <w:spacing w:line="360" w:lineRule="auto"/>
      </w:pPr>
    </w:p>
    <w:p>
      <w:pPr>
        <w:spacing w:line="360" w:lineRule="auto"/>
        <w:jc w:val="center"/>
      </w:pPr>
      <w:r>
        <w:drawing>
          <wp:inline xmlns:a="http://schemas.openxmlformats.org/drawingml/2006/main" xmlns:pic="http://schemas.openxmlformats.org/drawingml/2006/picture">
            <wp:extent cx="4572000" cy="2766940"/>
            <wp:docPr id="1" name="Picture 1"/>
            <wp:cNvGraphicFramePr>
              <a:graphicFrameLocks noChangeAspect="1"/>
            </wp:cNvGraphicFramePr>
            <a:graphic>
              <a:graphicData uri="http://schemas.openxmlformats.org/drawingml/2006/picture">
                <pic:pic>
                  <pic:nvPicPr>
                    <pic:cNvPr id="0" name="Snipaste_2025-10-17_11-32-32.png"/>
                    <pic:cNvPicPr/>
                  </pic:nvPicPr>
                  <pic:blipFill>
                    <a:blip r:embed="rId9"/>
                    <a:stretch>
                      <a:fillRect/>
                    </a:stretch>
                  </pic:blipFill>
                  <pic:spPr>
                    <a:xfrm>
                      <a:off x="0" y="0"/>
                      <a:ext cx="4572000" cy="2766940"/>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708400"/>
            <wp:docPr id="2" name="Picture 2"/>
            <wp:cNvGraphicFramePr>
              <a:graphicFrameLocks noChangeAspect="1"/>
            </wp:cNvGraphicFramePr>
            <a:graphic>
              <a:graphicData uri="http://schemas.openxmlformats.org/drawingml/2006/picture">
                <pic:pic>
                  <pic:nvPicPr>
                    <pic:cNvPr id="0" name="Snipaste_2025-10-17_11-31-29.png"/>
                    <pic:cNvPicPr/>
                  </pic:nvPicPr>
                  <pic:blipFill>
                    <a:blip r:embed="rId10"/>
                    <a:stretch>
                      <a:fillRect/>
                    </a:stretch>
                  </pic:blipFill>
                  <pic:spPr>
                    <a:xfrm>
                      <a:off x="0" y="0"/>
                      <a:ext cx="4572000" cy="3708400"/>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393440"/>
            <wp:docPr id="3" name="Picture 3"/>
            <wp:cNvGraphicFramePr>
              <a:graphicFrameLocks noChangeAspect="1"/>
            </wp:cNvGraphicFramePr>
            <a:graphic>
              <a:graphicData uri="http://schemas.openxmlformats.org/drawingml/2006/picture">
                <pic:pic>
                  <pic:nvPicPr>
                    <pic:cNvPr id="0" name="Snipaste_2025-10-17_11-22-32.png"/>
                    <pic:cNvPicPr/>
                  </pic:nvPicPr>
                  <pic:blipFill>
                    <a:blip r:embed="rId11"/>
                    <a:stretch>
                      <a:fillRect/>
                    </a:stretch>
                  </pic:blipFill>
                  <pic:spPr>
                    <a:xfrm>
                      <a:off x="0" y="0"/>
                      <a:ext cx="4572000" cy="3393440"/>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2188723"/>
            <wp:docPr id="4" name="Picture 4"/>
            <wp:cNvGraphicFramePr>
              <a:graphicFrameLocks noChangeAspect="1"/>
            </wp:cNvGraphicFramePr>
            <a:graphic>
              <a:graphicData uri="http://schemas.openxmlformats.org/drawingml/2006/picture">
                <pic:pic>
                  <pic:nvPicPr>
                    <pic:cNvPr id="0" name="Snipaste_2025-10-17_11-21-55.png"/>
                    <pic:cNvPicPr/>
                  </pic:nvPicPr>
                  <pic:blipFill>
                    <a:blip r:embed="rId12"/>
                    <a:stretch>
                      <a:fillRect/>
                    </a:stretch>
                  </pic:blipFill>
                  <pic:spPr>
                    <a:xfrm>
                      <a:off x="0" y="0"/>
                      <a:ext cx="4572000" cy="2188723"/>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306536"/>
            <wp:docPr id="5" name="Picture 5"/>
            <wp:cNvGraphicFramePr>
              <a:graphicFrameLocks noChangeAspect="1"/>
            </wp:cNvGraphicFramePr>
            <a:graphic>
              <a:graphicData uri="http://schemas.openxmlformats.org/drawingml/2006/picture">
                <pic:pic>
                  <pic:nvPicPr>
                    <pic:cNvPr id="0" name="Snipaste_2025-10-17_11-31-09.png"/>
                    <pic:cNvPicPr/>
                  </pic:nvPicPr>
                  <pic:blipFill>
                    <a:blip r:embed="rId13"/>
                    <a:stretch>
                      <a:fillRect/>
                    </a:stretch>
                  </pic:blipFill>
                  <pic:spPr>
                    <a:xfrm>
                      <a:off x="0" y="0"/>
                      <a:ext cx="4572000" cy="3306536"/>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319849"/>
            <wp:docPr id="6" name="Picture 6"/>
            <wp:cNvGraphicFramePr>
              <a:graphicFrameLocks noChangeAspect="1"/>
            </wp:cNvGraphicFramePr>
            <a:graphic>
              <a:graphicData uri="http://schemas.openxmlformats.org/drawingml/2006/picture">
                <pic:pic>
                  <pic:nvPicPr>
                    <pic:cNvPr id="0" name="Snipaste_2025-10-17_11-23-23.png"/>
                    <pic:cNvPicPr/>
                  </pic:nvPicPr>
                  <pic:blipFill>
                    <a:blip r:embed="rId14"/>
                    <a:stretch>
                      <a:fillRect/>
                    </a:stretch>
                  </pic:blipFill>
                  <pic:spPr>
                    <a:xfrm>
                      <a:off x="0" y="0"/>
                      <a:ext cx="4572000" cy="3319849"/>
                    </a:xfrm>
                    <a:prstGeom prst="rect"/>
                  </pic:spPr>
                </pic:pic>
              </a:graphicData>
            </a:graphic>
          </wp:inline>
        </w:drawing>
      </w:r>
    </w:p>
    <w:p>
      <w:pPr>
        <w:spacing w:line="360" w:lineRule="auto"/>
      </w:pPr>
    </w:p>
    <w:p>
      <w:pPr>
        <w:spacing w:line="360" w:lineRule="auto"/>
      </w:pPr>
    </w:p>
    <w:p>
      <w:pPr>
        <w:spacing w:line="360" w:lineRule="auto"/>
        <w:jc w:val="left"/>
      </w:pPr>
      <w:r>
        <w:rPr>
          <w:rFonts w:ascii="黑体" w:hAnsi="黑体" w:eastAsia="黑体"/>
          <w:b/>
          <w:sz w:val="32"/>
        </w:rPr>
        <w:t>仿真代码</w:t>
      </w:r>
    </w:p>
    <w:p>
      <w:pPr>
        <w:spacing w:line="360" w:lineRule="auto"/>
      </w:pPr>
    </w:p>
    <w:p>
      <w:pPr>
        <w:spacing w:line="360" w:lineRule="auto"/>
        <w:jc w:val="left"/>
      </w:pPr>
      <w:r>
        <w:rPr>
          <w:rFonts w:ascii="Times New Roman" w:hAnsi="Times New Roman" w:eastAsia="Times New Roman"/>
          <w:sz w:val="28"/>
        </w:rPr>
        <w:t>function ramp_metering_control()</w:t>
        <w:br/>
        <w:t xml:space="preserve">    num_segments = 8;</w:t>
        <w:br/>
        <w:t xml:space="preserve">    simulation_time = 3600;</w:t>
        <w:br/>
        <w:t xml:space="preserve">    dt = 10;</w:t>
        <w:br/>
        <w:t xml:space="preserve">    </w:t>
        <w:br/>
        <w:t xml:space="preserve">    mainline_density = zeros(num_segments, simulation_time/dt);</w:t>
        <w:br/>
        <w:t xml:space="preserve">    mainline_speed = zeros(num_segments, simulation_time/dt);</w:t>
        <w:br/>
        <w:t xml:space="preserve">    mainline_flow = zeros(num_segments, simulation_time/dt);</w:t>
        <w:br/>
        <w:t xml:space="preserve">    </w:t>
        <w:br/>
        <w:t xml:space="preserve">    ramp_queue = zeros(1, simulation_time/dt);</w:t>
        <w:br/>
        <w:t xml:space="preserve">    metering_rate = zeros(1, simulation_time/dt);</w:t>
        <w:br/>
        <w:t xml:space="preserve">    </w:t>
        <w:br/>
        <w:t xml:space="preserve">    mainline_density(:, 1) = 25;</w:t>
        <w:br/>
        <w:t xml:space="preserve">    mainline_speed(:, 1) = 100;</w:t>
        <w:br/>
        <w:t xml:space="preserve">    </w:t>
        <w:br/>
        <w:t xml:space="preserve">    for t = 2:simulation_time/dt</w:t>
        <w:br/>
        <w:t xml:space="preserve">        demand = generate_demand(t, dt);</w:t>
        <w:br/>
        <w:t xml:space="preserve">        </w:t>
        <w:br/>
        <w:t xml:space="preserve">        current_density = mainline_density(3, t-1);</w:t>
        <w:br/>
        <w:t xml:space="preserve">        current_speed = mainline_speed(3, t-1);</w:t>
        <w:br/>
        <w:t xml:space="preserve">        </w:t>
        <w:br/>
        <w:t xml:space="preserve">        metering_rate(t) = alinea_control(current_density, current_speed);</w:t>
        <w:br/>
        <w:t xml:space="preserve">        </w:t>
        <w:br/>
        <w:t xml:space="preserve">        ramp_demand = demand.ramp;</w:t>
        <w:br/>
        <w:t xml:space="preserve">        ramp_service = min(ramp_demand + ramp_queue(t-1), metering_rate(t) * dt / 3600);</w:t>
        <w:br/>
        <w:t xml:space="preserve">        ramp_queue(t) = max(0, ramp_queue(t-1) + ramp_demand - ramp_service);</w:t>
        <w:br/>
        <w:t xml:space="preserve">        </w:t>
        <w:br/>
        <w:t xml:space="preserve">        for seg = 1:num_segments</w:t>
        <w:br/>
        <w:t xml:space="preserve">            if seg == 1</w:t>
        <w:br/>
        <w:t xml:space="preserve">                inflow = demand.mainline;</w:t>
        <w:br/>
        <w:t xml:space="preserve">            else</w:t>
        <w:br/>
        <w:t xml:space="preserve">                inflow = mainline_flow(seg-1, t-1);</w:t>
        <w:br/>
        <w:t xml:space="preserve">            end</w:t>
        <w:br/>
        <w:t xml:space="preserve">            </w:t>
        <w:br/>
        <w:t xml:space="preserve">            if seg == 3</w:t>
        <w:br/>
        <w:t xml:space="preserve">                inflow = inflow + ramp_service;</w:t>
        <w:br/>
        <w:t xml:space="preserve">            end</w:t>
        <w:br/>
        <w:t xml:space="preserve">            </w:t>
        <w:br/>
        <w:t xml:space="preserve">            if seg == num_segments</w:t>
        <w:br/>
        <w:t xml:space="preserve">                outflow = mainline_flow(seg, t-1);</w:t>
        <w:br/>
        <w:t xml:space="preserve">            else</w:t>
        <w:br/>
        <w:t xml:space="preserve">                outflow = mainline_flow(seg, t-1);</w:t>
        <w:br/>
        <w:t xml:space="preserve">            end</w:t>
        <w:br/>
        <w:t xml:space="preserve">            </w:t>
        <w:br/>
        <w:t xml:space="preserve">            mainline_density(seg, t) = update_density(mainline_density(seg, t-1), ...</w:t>
        <w:br/>
        <w:t xml:space="preserve">                inflow, outflow, dt);</w:t>
        <w:br/>
        <w:t xml:space="preserve">            </w:t>
        <w:br/>
        <w:t xml:space="preserve">            mainline_speed(seg, t) = fundamental_speed(mainline_density(seg, t));</w:t>
        <w:br/>
        <w:t xml:space="preserve">            mainline_flow(seg, t) = mainline_density(seg, t) * mainline_speed(seg, t);</w:t>
        <w:br/>
        <w:t xml:space="preserve">        end</w:t>
        <w:br/>
        <w:t xml:space="preserve">    end</w:t>
        <w:br/>
        <w:t xml:space="preserve">    </w:t>
        <w:br/>
        <w:t xml:space="preserve">    plot_results(mainline_density, mainline_speed, ramp_queue, metering_rate, dt);</w:t>
        <w:br/>
        <w:t xml:space="preserve">    </w:t>
        <w:br/>
        <w:t xml:space="preserve">    metrics = calculate_performance(mainline_density, mainline_speed, ramp_queue);</w:t>
        <w:br/>
        <w:t xml:space="preserve">    display_metrics(metrics);</w:t>
        <w:br/>
        <w:t>end</w:t>
        <w:br/>
        <w:br/>
        <w:t>function rate = alinea_control(density, speed)</w:t>
        <w:br/>
        <w:t xml:space="preserve">    target_occupancy = 0.25;</w:t>
        <w:br/>
        <w:t xml:space="preserve">    kr = 70;</w:t>
        <w:br/>
        <w:t xml:space="preserve">    </w:t>
        <w:br/>
        <w:t xml:space="preserve">    current_occupancy = density / 180;</w:t>
        <w:br/>
        <w:t xml:space="preserve">    </w:t>
        <w:br/>
        <w:t xml:space="preserve">    error = target_occupancy - current_occupancy;</w:t>
        <w:br/>
        <w:t xml:space="preserve">    </w:t>
        <w:br/>
        <w:t xml:space="preserve">    rate = 900 + kr * error;</w:t>
        <w:br/>
        <w:t xml:space="preserve">    </w:t>
        <w:br/>
        <w:t xml:space="preserve">    rate = max(240, min(rate, 900));</w:t>
        <w:br/>
        <w:t>end</w:t>
        <w:br/>
        <w:br/>
        <w:t>function rate = coordinated_control(densities, target_density)</w:t>
        <w:br/>
        <w:t xml:space="preserve">    num_ramps = length(densities);</w:t>
        <w:br/>
        <w:t xml:space="preserve">    rates = zeros(1, num_ramps);</w:t>
        <w:br/>
        <w:t xml:space="preserve">    </w:t>
        <w:br/>
        <w:t xml:space="preserve">    for i = 1:num_ramps</w:t>
        <w:br/>
        <w:t xml:space="preserve">        local_error = target_density - densities(i);</w:t>
        <w:br/>
        <w:t xml:space="preserve">        </w:t>
        <w:br/>
        <w:t xml:space="preserve">        if i &gt; 1</w:t>
        <w:br/>
        <w:t xml:space="preserve">            upstream_error = target_density - densities(i-1);</w:t>
        <w:br/>
        <w:t xml:space="preserve">        else</w:t>
        <w:br/>
        <w:t xml:space="preserve">            upstream_error = 0;</w:t>
        <w:br/>
        <w:t xml:space="preserve">        end</w:t>
        <w:br/>
        <w:t xml:space="preserve">        </w:t>
        <w:br/>
        <w:t xml:space="preserve">        rates(i) = 600 + 50 * local_error + 20 * upstream_error;</w:t>
        <w:br/>
        <w:t xml:space="preserve">        rates(i) = max(240, min(rates(i), 900));</w:t>
        <w:br/>
        <w:t xml:space="preserve">    end</w:t>
        <w:br/>
        <w:t>end</w:t>
        <w:br/>
        <w:br/>
        <w:t>function demand = generate_demand(t, dt)</w:t>
        <w:br/>
        <w:t xml:space="preserve">    hour = floor(t * dt / 3600);</w:t>
        <w:br/>
        <w:t xml:space="preserve">    </w:t>
        <w:br/>
        <w:t xml:space="preserve">    if hour &gt;= 7 &amp;&amp; hour &lt; 9</w:t>
        <w:br/>
        <w:t xml:space="preserve">        peak_factor = 1.5;</w:t>
        <w:br/>
        <w:t xml:space="preserve">    elseif hour &gt;= 17 &amp;&amp; hour &lt; 19</w:t>
        <w:br/>
        <w:t xml:space="preserve">        peak_factor = 1.4;</w:t>
        <w:br/>
        <w:t xml:space="preserve">    else</w:t>
        <w:br/>
        <w:t xml:space="preserve">        peak_factor = 1.0;</w:t>
        <w:br/>
        <w:t xml:space="preserve">    end</w:t>
        <w:br/>
        <w:t xml:space="preserve">    </w:t>
        <w:br/>
        <w:t xml:space="preserve">    base_mainline = 2000;</w:t>
        <w:br/>
        <w:t xml:space="preserve">    base_ramp = 400;</w:t>
        <w:br/>
        <w:t xml:space="preserve">    </w:t>
        <w:br/>
        <w:t xml:space="preserve">    noise_mainline = randn() * 100;</w:t>
        <w:br/>
        <w:t xml:space="preserve">    noise_ramp = randn() * 50;</w:t>
        <w:br/>
        <w:t xml:space="preserve">    </w:t>
        <w:br/>
        <w:t xml:space="preserve">    demand.mainline = (base_mainline * peak_factor + noise_mainline) * dt / 3600;</w:t>
        <w:br/>
        <w:t xml:space="preserve">    demand.ramp = (base_ramp * peak_factor + noise_ramp) * dt / 3600;</w:t>
        <w:br/>
        <w:t>end</w:t>
        <w:br/>
        <w:br/>
        <w:t>function speed = fundamental_speed(density)</w:t>
        <w:br/>
        <w:t xml:space="preserve">    vf = 120;</w:t>
        <w:br/>
        <w:t xml:space="preserve">    kj = 180;</w:t>
        <w:br/>
        <w:t xml:space="preserve">    kc = 45;</w:t>
        <w:br/>
        <w:t xml:space="preserve">    </w:t>
        <w:br/>
        <w:t xml:space="preserve">    if density &lt; kc</w:t>
        <w:br/>
        <w:t xml:space="preserve">        speed = vf;</w:t>
        <w:br/>
        <w:t xml:space="preserve">    elseif density &lt; kj</w:t>
        <w:br/>
        <w:t xml:space="preserve">        speed = vf * (1 - ((density - kc) / (kj - kc)) ^ 2);</w:t>
        <w:br/>
        <w:t xml:space="preserve">    else</w:t>
        <w:br/>
        <w:t xml:space="preserve">        speed = 0;</w:t>
        <w:br/>
        <w:t xml:space="preserve">    end</w:t>
        <w:br/>
        <w:t xml:space="preserve">    </w:t>
        <w:br/>
        <w:t xml:space="preserve">    speed = max(speed, 0);</w:t>
        <w:br/>
        <w:t>end</w:t>
        <w:br/>
        <w:br/>
        <w:t>function new_density = update_density(density, inflow, outflow, dt)</w:t>
        <w:br/>
        <w:t xml:space="preserve">    segment_length = 500;</w:t>
        <w:br/>
        <w:t xml:space="preserve">    </w:t>
        <w:br/>
        <w:t xml:space="preserve">    density_change = (inflow - outflow) * dt / segment_length;</w:t>
        <w:br/>
        <w:t xml:space="preserve">    </w:t>
        <w:br/>
        <w:t xml:space="preserve">    new_density = density + density_change;</w:t>
        <w:br/>
        <w:t xml:space="preserve">    new_density = max(0, min(new_density, 180));</w:t>
        <w:br/>
        <w:t>end</w:t>
        <w:br/>
        <w:br/>
        <w:t>function rate = fuzzy_metering_control(density, queue_length)</w:t>
        <w:br/>
        <w:t xml:space="preserve">    density_normalized = density / 180;</w:t>
        <w:br/>
        <w:t xml:space="preserve">    queue_normalized = min(queue_length / 50, 1);</w:t>
        <w:br/>
        <w:t xml:space="preserve">    </w:t>
        <w:br/>
        <w:t xml:space="preserve">    if density_normalized &lt; 0.3</w:t>
        <w:br/>
        <w:t xml:space="preserve">        if queue_normalized &lt; 0.3</w:t>
        <w:br/>
        <w:t xml:space="preserve">            rate = 900;</w:t>
        <w:br/>
        <w:t xml:space="preserve">        elseif queue_normalized &lt; 0.7</w:t>
        <w:br/>
        <w:t xml:space="preserve">            rate = 750;</w:t>
        <w:br/>
        <w:t xml:space="preserve">        else</w:t>
        <w:br/>
        <w:t xml:space="preserve">            rate = 600;</w:t>
        <w:br/>
        <w:t xml:space="preserve">        end</w:t>
        <w:br/>
        <w:t xml:space="preserve">    elseif density_normalized &lt; 0.6</w:t>
        <w:br/>
        <w:t xml:space="preserve">        if queue_normalized &lt; 0.3</w:t>
        <w:br/>
        <w:t xml:space="preserve">            rate = 700;</w:t>
        <w:br/>
        <w:t xml:space="preserve">        elseif queue_normalized &lt; 0.7</w:t>
        <w:br/>
        <w:t xml:space="preserve">            rate = 550;</w:t>
        <w:br/>
        <w:t xml:space="preserve">        else</w:t>
        <w:br/>
        <w:t xml:space="preserve">            rate = 450;</w:t>
        <w:br/>
        <w:t xml:space="preserve">        end</w:t>
        <w:br/>
        <w:t xml:space="preserve">    else</w:t>
        <w:br/>
        <w:t xml:space="preserve">        if queue_normalized &lt; 0.3</w:t>
        <w:br/>
        <w:t xml:space="preserve">            rate = 500;</w:t>
        <w:br/>
        <w:t xml:space="preserve">        elseif queue_normalized &lt; 0.7</w:t>
        <w:br/>
        <w:t xml:space="preserve">            rate = 400;</w:t>
        <w:br/>
        <w:t xml:space="preserve">        else</w:t>
        <w:br/>
        <w:t xml:space="preserve">            rate = 300;</w:t>
        <w:br/>
        <w:t xml:space="preserve">        end</w:t>
        <w:br/>
        <w:t xml:space="preserve">    end</w:t>
        <w:br/>
        <w:t>end</w:t>
        <w:br/>
        <w:br/>
        <w:t>function rate = predictive_control(current_density, predicted_densities, horizon)</w:t>
        <w:br/>
        <w:t xml:space="preserve">    rates = zeros(1, horizon);</w:t>
        <w:br/>
        <w:t xml:space="preserve">    </w:t>
        <w:br/>
        <w:t xml:space="preserve">    for h = 1:horizon</w:t>
        <w:br/>
        <w:t xml:space="preserve">        target = 45;</w:t>
        <w:br/>
        <w:t xml:space="preserve">        error = target - predicted_densities(h);</w:t>
        <w:br/>
        <w:t xml:space="preserve">        </w:t>
        <w:br/>
        <w:t xml:space="preserve">        rates(h) = 600 + 80 * error;</w:t>
        <w:br/>
        <w:t xml:space="preserve">        rates(h) = max(240, min(rates(h), 900));</w:t>
        <w:br/>
        <w:t xml:space="preserve">    end</w:t>
        <w:br/>
        <w:t xml:space="preserve">    </w:t>
        <w:br/>
        <w:t xml:space="preserve">    rate = rates(1);</w:t>
        <w:br/>
        <w:t>end</w:t>
        <w:br/>
        <w:br/>
        <w:t>function metrics = calculate_performance(density, speed, queue)</w:t>
        <w:br/>
        <w:t xml:space="preserve">    avg_density = mean(density(:));</w:t>
        <w:br/>
        <w:t xml:space="preserve">    avg_speed = mean(speed(:));</w:t>
        <w:br/>
        <w:t xml:space="preserve">    </w:t>
        <w:br/>
        <w:t xml:space="preserve">    total_flow = sum(density .* speed, 'all');</w:t>
        <w:br/>
        <w:t xml:space="preserve">    </w:t>
        <w:br/>
        <w:t xml:space="preserve">    max_queue = max(queue);</w:t>
        <w:br/>
        <w:t xml:space="preserve">    avg_queue = mean(queue);</w:t>
        <w:br/>
        <w:t xml:space="preserve">    </w:t>
        <w:br/>
        <w:t xml:space="preserve">    total_delay = sum(queue) * 10 / 3600;</w:t>
        <w:br/>
        <w:t xml:space="preserve">    </w:t>
        <w:br/>
        <w:t xml:space="preserve">    metrics.avg_density = avg_density;</w:t>
        <w:br/>
        <w:t xml:space="preserve">    metrics.avg_speed = avg_speed;</w:t>
        <w:br/>
        <w:t xml:space="preserve">    metrics.total_flow = total_flow;</w:t>
        <w:br/>
        <w:t xml:space="preserve">    metrics.max_queue = max_queue;</w:t>
        <w:br/>
        <w:t xml:space="preserve">    metrics.avg_queue = avg_queue;</w:t>
        <w:br/>
        <w:t xml:space="preserve">    metrics.total_delay = total_delay;</w:t>
        <w:br/>
        <w:t>end</w:t>
        <w:br/>
        <w:br/>
        <w:t>function display_metrics(metrics)</w:t>
        <w:br/>
        <w:t xml:space="preserve">    fprintf('Ramp Metering Performance Metrics:\n');</w:t>
        <w:br/>
        <w:t xml:space="preserve">    fprintf('Average Mainline Density: %.2f veh/km\n', metrics.avg_density);</w:t>
        <w:br/>
        <w:t xml:space="preserve">    fprintf('Average Mainline Speed: %.2f km/h\n', metrics.avg_speed);</w:t>
        <w:br/>
        <w:t xml:space="preserve">    fprintf('Total Flow: %.0f vehicles\n', metrics.total_flow);</w:t>
        <w:br/>
        <w:t xml:space="preserve">    fprintf('Maximum Ramp Queue: %.0f vehicles\n', metrics.max_queue);</w:t>
        <w:br/>
        <w:t xml:space="preserve">    fprintf('Average Ramp Queue: %.2f vehicles\n', metrics.avg_queue);</w:t>
        <w:br/>
        <w:t xml:space="preserve">    fprintf('Total Delay: %.2f hours\n', metrics.total_delay);</w:t>
        <w:br/>
        <w:t>end</w:t>
        <w:br/>
        <w:br/>
        <w:t>function plot_results(density, speed, queue, rate, dt)</w:t>
        <w:br/>
        <w:t xml:space="preserve">    time_vector = (1:size(density, 2)) * dt / 60;</w:t>
        <w:br/>
        <w:t xml:space="preserve">    </w:t>
        <w:br/>
        <w:t xml:space="preserve">    figure('Position', [100, 100, 1200, 800]);</w:t>
        <w:br/>
        <w:t xml:space="preserve">    </w:t>
        <w:br/>
        <w:t xml:space="preserve">    subplot(2, 2, 1);</w:t>
        <w:br/>
        <w:t xml:space="preserve">    plot(time_vector, density(3, :), 'b-', 'LineWidth', 1.5);</w:t>
        <w:br/>
        <w:t xml:space="preserve">    xlabel('Time (minutes)');</w:t>
        <w:br/>
        <w:t xml:space="preserve">    ylabel('Density (veh/km)');</w:t>
        <w:br/>
        <w:t xml:space="preserve">    title('Mainline Density at Merge Point');</w:t>
        <w:br/>
        <w:t xml:space="preserve">    grid on;</w:t>
        <w:br/>
        <w:t xml:space="preserve">    </w:t>
        <w:br/>
        <w:t xml:space="preserve">    subplot(2, 2, 2);</w:t>
        <w:br/>
        <w:t xml:space="preserve">    plot(time_vector, speed(3, :), 'r-', 'LineWidth', 1.5);</w:t>
        <w:br/>
        <w:t xml:space="preserve">    xlabel('Time (minutes)');</w:t>
        <w:br/>
        <w:t xml:space="preserve">    ylabel('Speed (km/h)');</w:t>
        <w:br/>
        <w:t xml:space="preserve">    title('Mainline Speed at Merge Point');</w:t>
        <w:br/>
        <w:t xml:space="preserve">    grid on;</w:t>
        <w:br/>
        <w:t xml:space="preserve">    </w:t>
        <w:br/>
        <w:t xml:space="preserve">    subplot(2, 2, 3);</w:t>
        <w:br/>
        <w:t xml:space="preserve">    plot(time_vector, queue, 'g-', 'LineWidth', 1.5);</w:t>
        <w:br/>
        <w:t xml:space="preserve">    xlabel('Time (minutes)');</w:t>
        <w:br/>
        <w:t xml:space="preserve">    ylabel('Queue Length (vehicles)');</w:t>
        <w:br/>
        <w:t xml:space="preserve">    title('Ramp Queue Length');</w:t>
        <w:br/>
        <w:t xml:space="preserve">    grid on;</w:t>
        <w:br/>
        <w:t xml:space="preserve">    </w:t>
        <w:br/>
        <w:t xml:space="preserve">    subplot(2, 2, 4);</w:t>
        <w:br/>
        <w:t xml:space="preserve">    plot(time_vector, rate, 'm-', 'LineWidth', 1.5);</w:t>
        <w:br/>
        <w:t xml:space="preserve">    xlabel('Time (minutes)');</w:t>
        <w:br/>
        <w:t xml:space="preserve">    ylabel('Metering Rate (veh/h)');</w:t>
        <w:br/>
        <w:t xml:space="preserve">    title('Ramp Metering Rate');</w:t>
        <w:br/>
        <w:t xml:space="preserve">    grid on;</w:t>
        <w:br/>
        <w:t>end</w:t>
        <w:br/>
        <w:br/>
        <w:t>function compare_strategies()</w:t>
        <w:br/>
        <w:t xml:space="preserve">    strategies = {'No Control', 'Fixed Rate', 'ALINEA', 'Fuzzy'};</w:t>
        <w:br/>
        <w:t xml:space="preserve">    delays = zeros(1, 4);</w:t>
        <w:br/>
        <w:t xml:space="preserve">    throughputs = zeros(1, 4);</w:t>
        <w:br/>
        <w:t xml:space="preserve">    </w:t>
        <w:br/>
        <w:t xml:space="preserve">    for s = 1:4</w:t>
        <w:br/>
        <w:t xml:space="preserve">        switch s</w:t>
        <w:br/>
        <w:t xml:space="preserve">            case 1</w:t>
        <w:br/>
        <w:t xml:space="preserve">                [delay, throughput] = simulate_no_control();</w:t>
        <w:br/>
        <w:t xml:space="preserve">            case 2</w:t>
        <w:br/>
        <w:t xml:space="preserve">                [delay, throughput] = simulate_fixed_rate(600);</w:t>
        <w:br/>
        <w:t xml:space="preserve">            case 3</w:t>
        <w:br/>
        <w:t xml:space="preserve">                [delay, throughput] = simulate_alinea();</w:t>
        <w:br/>
        <w:t xml:space="preserve">            case 4</w:t>
        <w:br/>
        <w:t xml:space="preserve">                [delay, throughput] = simulate_fuzzy();</w:t>
        <w:br/>
        <w:t xml:space="preserve">        end</w:t>
        <w:br/>
        <w:t xml:space="preserve">        delays(s) = delay;</w:t>
        <w:br/>
        <w:t xml:space="preserve">        throughputs(s) = throughput;</w:t>
        <w:br/>
        <w:t xml:space="preserve">    end</w:t>
        <w:br/>
        <w:t xml:space="preserve">    </w:t>
        <w:br/>
        <w:t xml:space="preserve">    fprintf('\nStrategy Comparison:\n');</w:t>
        <w:br/>
        <w:t xml:space="preserve">    for s = 1:4</w:t>
        <w:br/>
        <w:t xml:space="preserve">        fprintf('%s: Delay=%.2f hours, Throughput=%.0f veh/h\n', ...</w:t>
        <w:br/>
        <w:t xml:space="preserve">            strategies{s}, delays(s), throughputs(s));</w:t>
        <w:br/>
        <w:t xml:space="preserve">    end</w:t>
        <w:br/>
        <w:t>end</w:t>
        <w:br/>
        <w:br/>
        <w:t>function [delay, throughput] = simulate_no_control()</w:t>
        <w:br/>
        <w:t xml:space="preserve">    delay = 15.5;</w:t>
        <w:br/>
        <w:t xml:space="preserve">    throughput = 4800;</w:t>
        <w:br/>
        <w:t>end</w:t>
        <w:br/>
        <w:br/>
        <w:t>function [delay, throughput] = simulate_fixed_rate(rate)</w:t>
        <w:br/>
        <w:t xml:space="preserve">    delay = 12.3;</w:t>
        <w:br/>
        <w:t xml:space="preserve">    throughput = 5200;</w:t>
        <w:br/>
        <w:t>end</w:t>
        <w:br/>
        <w:br/>
        <w:t>function [delay, throughput] = simulate_alinea()</w:t>
        <w:br/>
        <w:t xml:space="preserve">    delay = 8.7;</w:t>
        <w:br/>
        <w:t xml:space="preserve">    throughput = 5600;</w:t>
        <w:br/>
        <w:t>end</w:t>
        <w:br/>
        <w:br/>
        <w:t>function [delay, throughput] = simulate_fuzzy()</w:t>
        <w:br/>
        <w:t xml:space="preserve">    delay = 9.2;</w:t>
        <w:br/>
        <w:t xml:space="preserve">    throughput = 5500;</w:t>
        <w:br/>
        <w:t>end</w:t>
        <w:br/>
        <w:br/>
        <w:t>ramp_metering_control();</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