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</w:tbl>
    <w:p>
      <w:pPr>
        <w:autoSpaceDN w:val="0"/>
        <w:autoSpaceDE w:val="0"/>
        <w:widowControl/>
        <w:spacing w:line="250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348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218" w:right="218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单词表总结和背单词练习</w:t>
            </w:r>
          </w:p>
        </w:tc>
      </w:tr>
      <w:tr>
        <w:trPr>
          <w:trHeight w:hRule="exact" w:val="1468"/>
        </w:trPr>
        <w:tc>
          <w:tcPr>
            <w:tcW w:type="dxa" w:w="3480"/>
            <w:tcBorders>
              <w:top w:sz="5.599999904632568" w:val="single" w:color="#324C4C"/>
              <w:end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6980"/>
            <w:tcBorders>
              <w:start w:sz="5.599999904632568" w:val="single" w:color="#324C4C"/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96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学期：六年级上学期</w:t>
            </w:r>
          </w:p>
          <w:p>
            <w:pPr>
              <w:autoSpaceDN w:val="0"/>
              <w:autoSpaceDE w:val="0"/>
              <w:widowControl/>
              <w:spacing w:line="422" w:lineRule="exact" w:before="228" w:after="0"/>
              <w:ind w:left="220" w:right="22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555D5D"/>
                <w:sz w:val="32"/>
              </w:rPr>
              <w:t>版本：川教版（三年级起点）</w:t>
            </w:r>
          </w:p>
        </w:tc>
      </w:tr>
    </w:tbl>
    <w:p>
      <w:pPr>
        <w:autoSpaceDN w:val="0"/>
        <w:autoSpaceDE w:val="0"/>
        <w:widowControl/>
        <w:spacing w:line="212" w:lineRule="exact" w:before="1132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01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30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单词表</w:t>
                  </w:r>
                </w:p>
              </w:tc>
              <w:tc>
                <w:tcPr>
                  <w:tcW w:type="dxa" w:w="37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按课文顺序</w:t>
                  </w:r>
                </w:p>
              </w:tc>
              <w:tc>
                <w:tcPr>
                  <w:tcW w:type="dxa" w:w="35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" name="Picture 1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400" w:lineRule="exact" w:before="1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School Life     Lesson 1 I'm New Here.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394"/>
        </w:trPr>
        <w:tc>
          <w:tcPr>
            <w:tcW w:type="dxa" w:w="42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clean the classroom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打扫教室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drink water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喝水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first name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grade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年级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wait for a classmate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等同学</w:t>
            </w:r>
          </w:p>
        </w:tc>
        <w:tc>
          <w:tcPr>
            <w:tcW w:type="dxa" w:w="543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652" w:right="6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clean the blackboard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擦黑板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52" w:right="6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 word exercises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做词汇练习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52" w:right="6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family name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姓氏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52" w:right="6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full name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全名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52" w:right="6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a lesson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上课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52" w:right="6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会面；遇见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652" w:right="65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welcome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欢迎</w:t>
            </w:r>
          </w:p>
        </w:tc>
      </w:tr>
    </w:tbl>
    <w:p>
      <w:pPr>
        <w:autoSpaceDN w:val="0"/>
        <w:autoSpaceDE w:val="0"/>
        <w:widowControl/>
        <w:spacing w:line="400" w:lineRule="exact" w:before="354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School Life     Lesson 2 Our School Is Beautiful.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974"/>
        </w:trPr>
        <w:tc>
          <w:tcPr>
            <w:tcW w:type="dxa" w:w="462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art 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美术室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floor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楼层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和蔼的；善良的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music 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音乐室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the ground floor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在底楼；在一楼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over there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在那边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show you around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带你参观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toilet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卫生间</w:t>
            </w:r>
          </w:p>
        </w:tc>
        <w:tc>
          <w:tcPr>
            <w:tcW w:type="dxa" w:w="50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computer 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电脑室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36" w:right="13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It's very kind of you.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那你真是太好了。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library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office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办公室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playground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操场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8" w:right="1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teaching building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312" w:right="31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very much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非常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wait a minute </w:t>
      </w:r>
      <w:r>
        <w:rPr>
          <w:rFonts w:ascii="宋体" w:hAnsi="宋体" w:eastAsia="宋体"/>
          <w:b w:val="0"/>
          <w:i w:val="0"/>
          <w:color w:val="555D5D"/>
          <w:sz w:val="24"/>
        </w:rPr>
        <w:t>等一会儿</w:t>
      </w:r>
    </w:p>
    <w:p>
      <w:pPr>
        <w:autoSpaceDN w:val="0"/>
        <w:autoSpaceDE w:val="0"/>
        <w:widowControl/>
        <w:spacing w:line="212" w:lineRule="exact" w:before="1576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</w:tbl>
    <w:p>
      <w:pPr>
        <w:autoSpaceDN w:val="0"/>
        <w:autoSpaceDE w:val="0"/>
        <w:widowControl/>
        <w:spacing w:line="400" w:lineRule="exact" w:before="332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1 School Life     Lesson 3 Happy Teachers' Day!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3497"/>
        <w:gridCol w:w="3497"/>
        <w:gridCol w:w="3497"/>
      </w:tblGrid>
      <w:tr>
        <w:trPr>
          <w:trHeight w:hRule="exact" w:val="654"/>
        </w:trPr>
        <w:tc>
          <w:tcPr>
            <w:tcW w:type="dxa" w:w="186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celebrate </w:t>
            </w:r>
          </w:p>
        </w:tc>
        <w:tc>
          <w:tcPr>
            <w:tcW w:type="dxa" w:w="29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72" w:after="0"/>
              <w:ind w:left="146" w:right="146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</w:t>
            </w:r>
          </w:p>
        </w:tc>
        <w:tc>
          <w:tcPr>
            <w:tcW w:type="dxa" w:w="492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一天；白天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have a party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举行聚会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make a card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做卡片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practise English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练习英语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tell a story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讲故事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46" w:right="14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usually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通常</w:t>
            </w:r>
          </w:p>
        </w:tc>
      </w:tr>
      <w:tr>
        <w:trPr>
          <w:trHeight w:hRule="exact" w:val="3800"/>
        </w:trPr>
        <w:tc>
          <w:tcPr>
            <w:tcW w:type="dxa" w:w="480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8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 sports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做运动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in fact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事实上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maybe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send cards/flowers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送卡片/花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思考；想</w:t>
            </w:r>
          </w:p>
        </w:tc>
        <w:tc>
          <w:tcPr>
            <w:tcW w:type="dxa" w:w="3497"/>
            <w:vMerge/>
            <w:tcBorders>
              <w:top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wrong </w:t>
      </w:r>
      <w:r>
        <w:rPr>
          <w:rFonts w:ascii="宋体" w:hAnsi="宋体" w:eastAsia="宋体"/>
          <w:b w:val="0"/>
          <w:i w:val="0"/>
          <w:color w:val="555D5D"/>
          <w:sz w:val="24"/>
        </w:rPr>
        <w:t>错误的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Visiting Friends     Lesson 1 What a Nice Room!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5214"/>
        </w:trPr>
        <w:tc>
          <w:tcPr>
            <w:tcW w:type="dxa" w:w="40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bathroom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浴室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dining 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饭厅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help yourself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随便吃点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kitchen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厨房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opposite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对面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a seat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请坐</w:t>
            </w:r>
          </w:p>
        </w:tc>
        <w:tc>
          <w:tcPr>
            <w:tcW w:type="dxa" w:w="56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bottom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底部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everyone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每个人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keep...clean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保持......干净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living room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客厅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植物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书房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90" w:right="89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缸；罐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visit </w:t>
      </w:r>
      <w:r>
        <w:rPr>
          <w:rFonts w:ascii="宋体" w:hAnsi="宋体" w:eastAsia="宋体"/>
          <w:b w:val="0"/>
          <w:i w:val="0"/>
          <w:color w:val="555D5D"/>
          <w:sz w:val="24"/>
        </w:rPr>
        <w:t>拜访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Visiting Friends     Lesson 2 How Did You Come Here?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1858"/>
        </w:trPr>
        <w:tc>
          <w:tcPr>
            <w:tcW w:type="dxa" w:w="370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舞会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close the door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关门</w:t>
            </w:r>
          </w:p>
        </w:tc>
        <w:tc>
          <w:tcPr>
            <w:tcW w:type="dxa" w:w="601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66" w:after="0"/>
              <w:ind w:left="1232" w:right="12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来(come的过去式)</w:t>
            </w:r>
          </w:p>
          <w:p>
            <w:pPr>
              <w:autoSpaceDN w:val="0"/>
              <w:autoSpaceDE w:val="0"/>
              <w:widowControl/>
              <w:spacing w:line="402" w:lineRule="exact" w:before="358" w:after="0"/>
              <w:ind w:left="1232" w:right="12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with 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随我来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4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0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6272"/>
        </w:trPr>
        <w:tc>
          <w:tcPr>
            <w:tcW w:type="dxa" w:w="54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亲爱的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home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96" w:right="19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I have a look?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我可以看一下吗？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near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近的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open the window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开窗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穿上，戴上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turn off the light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关灯</w:t>
            </w:r>
          </w:p>
        </w:tc>
        <w:tc>
          <w:tcPr>
            <w:tcW w:type="dxa" w:w="50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194" w:right="1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drank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喝(drink的过去式)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94" w:right="1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get ready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准备好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94" w:right="1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make a phone call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打电话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94" w:right="1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 I use...?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我可以用......？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94" w:right="1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often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经常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94" w:right="1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palace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王宫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94" w:right="1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too much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太多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94" w:right="19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turn on the light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开灯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walk </w:t>
      </w:r>
      <w:r>
        <w:rPr>
          <w:rFonts w:ascii="宋体" w:hAnsi="宋体" w:eastAsia="宋体"/>
          <w:b w:val="0"/>
          <w:i w:val="0"/>
          <w:color w:val="555D5D"/>
          <w:sz w:val="24"/>
        </w:rPr>
        <w:t>步行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2 Visiting Friends     Lesson 3 What a Mess!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694"/>
        </w:trPr>
        <w:tc>
          <w:tcPr>
            <w:tcW w:type="dxa" w:w="399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cook the meals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做饭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Hurry up!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快点！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No problem.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没问题。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Take it easy.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别紧张。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turn on the TV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打开电视</w:t>
            </w:r>
          </w:p>
        </w:tc>
        <w:tc>
          <w:tcPr>
            <w:tcW w:type="dxa" w:w="572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948" w:right="9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do the dishes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洗餐具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8" w:right="9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make tea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泡茶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8" w:right="9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set the table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摆饭桌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8" w:right="9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turn off the computer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关电脑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948" w:right="94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wash the cups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洗杯子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What a mess! </w:t>
      </w:r>
      <w:r>
        <w:rPr>
          <w:rFonts w:ascii="宋体" w:hAnsi="宋体" w:eastAsia="宋体"/>
          <w:b w:val="0"/>
          <w:i w:val="0"/>
          <w:color w:val="555D5D"/>
          <w:sz w:val="24"/>
        </w:rPr>
        <w:t>真是乱七八槽！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Interesting Festivals     Lesson 1 Happy Halloween!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2390"/>
        </w:trPr>
        <w:tc>
          <w:tcPr>
            <w:tcW w:type="dxa" w:w="328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always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总是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蝙蝠</w:t>
            </w:r>
          </w:p>
        </w:tc>
        <w:tc>
          <w:tcPr>
            <w:tcW w:type="dxa" w:w="6436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1658" w:right="16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back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1658" w:right="165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afraid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害怕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22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23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4932"/>
        </w:trPr>
        <w:tc>
          <w:tcPr>
            <w:tcW w:type="dxa" w:w="522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20" w:right="42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 made of pumpkins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由南瓜制成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festival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节日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ghost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鬼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jack-o'-lantern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杰克灯；南瓜灯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pick up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捡起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try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试着，设法</w:t>
            </w:r>
          </w:p>
        </w:tc>
        <w:tc>
          <w:tcPr>
            <w:tcW w:type="dxa" w:w="523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20" w:right="4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dress up as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精心打粉成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0" w:right="4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follow the witch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跟着巫婆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0" w:right="4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hate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恨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0" w:right="4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more than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多于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0" w:right="4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 tricks on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捉弄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0" w:right="42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used to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过去常常…</w:t>
            </w:r>
          </w:p>
        </w:tc>
      </w:tr>
    </w:tbl>
    <w:p>
      <w:pPr>
        <w:autoSpaceDN w:val="0"/>
        <w:autoSpaceDE w:val="0"/>
        <w:widowControl/>
        <w:spacing w:line="400" w:lineRule="exact" w:before="36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Interesting Festivals     Lesson 2 Thanksgiving Day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4454"/>
        </w:trPr>
        <w:tc>
          <w:tcPr>
            <w:tcW w:type="dxa" w:w="40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cabbage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卷心菜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corn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玉米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e-mail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电子邮件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lunar calendar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阴历，农历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自己的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potatoes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土豆（复数）</w:t>
            </w:r>
          </w:p>
        </w:tc>
        <w:tc>
          <w:tcPr>
            <w:tcW w:type="dxa" w:w="56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62" w:right="8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celebrate the harvest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庆祝丰收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2" w:right="8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delicious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美味的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2" w:right="8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flavour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味道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2" w:right="8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moon cakes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月饼（复数）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2" w:right="8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pie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派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62" w:right="8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sweet potatoes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红薯（复数）</w:t>
            </w:r>
          </w:p>
        </w:tc>
      </w:tr>
    </w:tbl>
    <w:p>
      <w:pPr>
        <w:autoSpaceDN w:val="0"/>
        <w:autoSpaceDE w:val="0"/>
        <w:widowControl/>
        <w:spacing w:line="400" w:lineRule="exact" w:before="174" w:after="0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turkey </w:t>
      </w:r>
      <w:r>
        <w:rPr>
          <w:rFonts w:ascii="宋体" w:hAnsi="宋体" w:eastAsia="宋体"/>
          <w:b w:val="0"/>
          <w:i w:val="0"/>
          <w:color w:val="555D5D"/>
          <w:sz w:val="24"/>
        </w:rPr>
        <w:t>火鸡</w:t>
      </w:r>
    </w:p>
    <w:p>
      <w:pPr>
        <w:autoSpaceDN w:val="0"/>
        <w:autoSpaceDE w:val="0"/>
        <w:widowControl/>
        <w:spacing w:line="400" w:lineRule="exact" w:before="720" w:after="92"/>
        <w:ind w:left="746" w:right="746" w:firstLine="0"/>
        <w:jc w:val="left"/>
      </w:pPr>
      <w:r>
        <w:rPr>
          <w:rFonts w:ascii="Times" w:hAnsi="Times" w:eastAsia="Times"/>
          <w:b w:val="0"/>
          <w:i w:val="0"/>
          <w:color w:val="555D5D"/>
          <w:sz w:val="30"/>
        </w:rPr>
        <w:t xml:space="preserve">Unit 3 Interesting Festivals     Lesson 3 Merry Christmas!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706.0" w:type="dxa"/>
      </w:tblPr>
      <w:tblGrid>
        <w:gridCol w:w="5246"/>
        <w:gridCol w:w="5246"/>
      </w:tblGrid>
      <w:tr>
        <w:trPr>
          <w:trHeight w:hRule="exact" w:val="3910"/>
        </w:trPr>
        <w:tc>
          <w:tcPr>
            <w:tcW w:type="dxa" w:w="440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large number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许多；大量的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all over the world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全世界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coloured lights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彩灯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80" w:right="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gift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完整信息公众号英语超人</w:t>
            </w:r>
          </w:p>
        </w:tc>
        <w:tc>
          <w:tcPr>
            <w:tcW w:type="dxa" w:w="5312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8" w:after="0"/>
              <w:ind w:left="232" w:right="2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a pretty Christmas tree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一棵漂亮的圣诞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2" w:right="5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bell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铃铛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2" w:right="5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come down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从......下来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532" w:right="53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give us presents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给我们礼物</w:t>
            </w:r>
          </w:p>
        </w:tc>
      </w:tr>
    </w:tbl>
    <w:p>
      <w:pPr>
        <w:autoSpaceDN w:val="0"/>
        <w:autoSpaceDE w:val="0"/>
        <w:widowControl/>
        <w:spacing w:line="212" w:lineRule="exact" w:before="78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521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24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2472"/>
        </w:trPr>
        <w:tc>
          <w:tcPr>
            <w:tcW w:type="dxa" w:w="521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22" w:right="42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make a list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列出一张......单子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parents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父母亲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780" w:right="78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reindeer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驯鹿</w:t>
            </w:r>
          </w:p>
        </w:tc>
        <w:tc>
          <w:tcPr>
            <w:tcW w:type="dxa" w:w="524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422" w:right="4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on the night of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在......晚上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2" w:right="4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pull the sleigh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拉雪橇</w:t>
            </w:r>
          </w:p>
          <w:p>
            <w:pPr>
              <w:autoSpaceDN w:val="0"/>
              <w:autoSpaceDE w:val="0"/>
              <w:widowControl/>
              <w:spacing w:line="400" w:lineRule="exact" w:before="360" w:after="0"/>
              <w:ind w:left="422" w:right="42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sometimes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有时</w:t>
            </w:r>
          </w:p>
        </w:tc>
      </w:tr>
    </w:tbl>
    <w:p>
      <w:pPr>
        <w:autoSpaceDN w:val="0"/>
        <w:autoSpaceDE w:val="0"/>
        <w:widowControl/>
        <w:spacing w:line="400" w:lineRule="exact" w:before="180" w:after="654"/>
        <w:ind w:left="786" w:right="786" w:firstLine="0"/>
        <w:jc w:val="left"/>
      </w:pPr>
      <w:r>
        <w:rPr>
          <w:rFonts w:ascii="Times" w:hAnsi="Times" w:eastAsia="Times"/>
          <w:b w:val="0"/>
          <w:i w:val="0"/>
          <w:color w:val="000000"/>
          <w:sz w:val="30"/>
        </w:rPr>
        <w:t xml:space="preserve">stocking </w:t>
      </w:r>
      <w:r>
        <w:rPr>
          <w:rFonts w:ascii="宋体" w:hAnsi="宋体" w:eastAsia="宋体"/>
          <w:b w:val="0"/>
          <w:i w:val="0"/>
          <w:color w:val="555D5D"/>
          <w:sz w:val="24"/>
        </w:rPr>
        <w:t>长袜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02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6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单词抄写</w:t>
                  </w:r>
                </w:p>
              </w:tc>
              <w:tc>
                <w:tcPr>
                  <w:tcW w:type="dxa" w:w="376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6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将单词抄写6遍</w:t>
                  </w:r>
                </w:p>
              </w:tc>
              <w:tc>
                <w:tcPr>
                  <w:tcW w:type="dxa" w:w="32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200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2" name="Picture 2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学习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5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622"/>
        </w:trPr>
        <w:tc>
          <w:tcPr>
            <w:tcW w:type="dxa" w:w="15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6" w:after="0"/>
              <w:ind w:left="158" w:right="1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class </w:t>
            </w:r>
          </w:p>
        </w:tc>
        <w:tc>
          <w:tcPr>
            <w:tcW w:type="dxa" w:w="18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86" w:after="0"/>
              <w:ind w:left="72" w:right="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班</w:t>
            </w:r>
          </w:p>
        </w:tc>
        <w:tc>
          <w:tcPr>
            <w:tcW w:type="dxa" w:w="30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8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" name="Picture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" name="Picture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" name="Picture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" name="Picture 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205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welcome </w:t>
            </w:r>
          </w:p>
        </w:tc>
        <w:tc>
          <w:tcPr>
            <w:tcW w:type="dxa" w:w="13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欢迎</w:t>
            </w:r>
          </w:p>
        </w:tc>
        <w:tc>
          <w:tcPr>
            <w:tcW w:type="dxa" w:w="30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" name="Picture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" name="Picture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" name="Picture 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" name="Picture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" name="Picture 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" name="Picture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74" w:right="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know </w:t>
            </w:r>
          </w:p>
        </w:tc>
        <w:tc>
          <w:tcPr>
            <w:tcW w:type="dxa" w:w="18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56" w:right="1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</w:t>
            </w:r>
          </w:p>
        </w:tc>
        <w:tc>
          <w:tcPr>
            <w:tcW w:type="dxa" w:w="30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" name="Picture 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" name="Picture 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" name="Picture 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" name="Picture 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9" name="Picture 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0" name="Picture 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59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58" w:right="1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meet </w:t>
            </w:r>
          </w:p>
        </w:tc>
        <w:tc>
          <w:tcPr>
            <w:tcW w:type="dxa" w:w="180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72" w:right="7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会面；遇见</w:t>
            </w:r>
          </w:p>
        </w:tc>
        <w:tc>
          <w:tcPr>
            <w:tcW w:type="dxa" w:w="304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1" name="Picture 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2" name="Picture 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3" name="Picture 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402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4" name="Picture 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4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532" w:right="53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5" name="Picture 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6" name="Picture 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138"/>
        </w:trPr>
        <w:tc>
          <w:tcPr>
            <w:tcW w:type="dxa" w:w="159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74" w:right="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grade </w:t>
            </w:r>
          </w:p>
        </w:tc>
        <w:tc>
          <w:tcPr>
            <w:tcW w:type="dxa" w:w="1806"/>
            <w:gridSpan w:val="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56" w:right="1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年级</w:t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6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6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8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1306"/>
        </w:trPr>
        <w:tc>
          <w:tcPr>
            <w:tcW w:type="dxa" w:w="361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7" name="Picture 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8" name="Picture 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29" name="Picture 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34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0" name="Picture 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1" name="Picture 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2" name="Picture 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kind </w:t>
            </w:r>
          </w:p>
        </w:tc>
        <w:tc>
          <w:tcPr>
            <w:tcW w:type="dxa" w:w="19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和蔼的；善良的</w:t>
            </w:r>
          </w:p>
        </w:tc>
        <w:tc>
          <w:tcPr>
            <w:tcW w:type="dxa" w:w="28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3" name="Picture 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4" name="Picture 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5" name="Picture 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6" name="Picture 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7" name="Picture 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8" name="Picture 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library </w:t>
            </w:r>
          </w:p>
        </w:tc>
        <w:tc>
          <w:tcPr>
            <w:tcW w:type="dxa" w:w="19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</w:tc>
        <w:tc>
          <w:tcPr>
            <w:tcW w:type="dxa" w:w="28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39" name="Picture 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0" name="Picture 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1" name="Picture 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2" name="Picture 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3" name="Picture 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4" name="Picture 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82" w:right="8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office </w:t>
            </w:r>
          </w:p>
        </w:tc>
        <w:tc>
          <w:tcPr>
            <w:tcW w:type="dxa" w:w="19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48" w:right="1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办公室</w:t>
            </w:r>
          </w:p>
        </w:tc>
        <w:tc>
          <w:tcPr>
            <w:tcW w:type="dxa" w:w="28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5" name="Picture 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6" name="Picture 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7" name="Picture 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8" name="Picture 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49" name="Picture 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0" name="Picture 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3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toilet </w:t>
            </w:r>
          </w:p>
        </w:tc>
        <w:tc>
          <w:tcPr>
            <w:tcW w:type="dxa" w:w="1980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卫生间</w:t>
            </w:r>
          </w:p>
        </w:tc>
        <w:tc>
          <w:tcPr>
            <w:tcW w:type="dxa" w:w="28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1" name="Picture 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2" name="Picture 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3" name="Picture 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4" name="Picture 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5" name="Picture 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6" name="Picture 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3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playground </w:t>
            </w:r>
          </w:p>
        </w:tc>
        <w:tc>
          <w:tcPr>
            <w:tcW w:type="dxa" w:w="12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操场</w:t>
            </w:r>
          </w:p>
        </w:tc>
        <w:tc>
          <w:tcPr>
            <w:tcW w:type="dxa" w:w="28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7" name="Picture 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8" name="Picture 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6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59" name="Picture 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660"/>
        </w:trPr>
        <w:tc>
          <w:tcPr>
            <w:tcW w:type="dxa" w:w="36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0" name="Picture 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8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318" w:right="3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1" name="Picture 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2" name="Picture 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7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2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938"/>
        </w:trPr>
        <w:tc>
          <w:tcPr>
            <w:tcW w:type="dxa" w:w="146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66" w:after="0"/>
              <w:ind w:left="24" w:right="2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floor </w:t>
            </w:r>
          </w:p>
        </w:tc>
        <w:tc>
          <w:tcPr>
            <w:tcW w:type="dxa" w:w="1864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96" w:after="0"/>
              <w:ind w:left="206" w:right="20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楼层</w:t>
            </w:r>
          </w:p>
        </w:tc>
        <w:tc>
          <w:tcPr>
            <w:tcW w:type="dxa" w:w="3124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3" name="Picture 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098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4" name="Picture 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5" name="Picture 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6" name="Picture 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7" name="Picture 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8" name="Picture 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08" w:right="2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our </w:t>
            </w:r>
          </w:p>
        </w:tc>
        <w:tc>
          <w:tcPr>
            <w:tcW w:type="dxa" w:w="18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2" w:right="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我们的</w:t>
            </w:r>
          </w:p>
        </w:tc>
        <w:tc>
          <w:tcPr>
            <w:tcW w:type="dxa" w:w="31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69" name="Picture 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0" name="Picture 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1" name="Picture 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2" name="Picture 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3" name="Picture 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4" name="Picture 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64" w:right="1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wrong </w:t>
            </w:r>
          </w:p>
        </w:tc>
        <w:tc>
          <w:tcPr>
            <w:tcW w:type="dxa" w:w="1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66" w:right="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错误的</w:t>
            </w:r>
          </w:p>
        </w:tc>
        <w:tc>
          <w:tcPr>
            <w:tcW w:type="dxa" w:w="31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5" name="Picture 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6" name="Picture 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7" name="Picture 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8" name="Picture 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79" name="Picture 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0" name="Picture 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6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174" w:right="1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day </w:t>
            </w:r>
          </w:p>
        </w:tc>
        <w:tc>
          <w:tcPr>
            <w:tcW w:type="dxa" w:w="1864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56" w:right="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一天；白天</w:t>
            </w:r>
          </w:p>
        </w:tc>
        <w:tc>
          <w:tcPr>
            <w:tcW w:type="dxa" w:w="31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1" name="Picture 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2" name="Picture 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3" name="Picture 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4" name="Picture 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5" name="Picture 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6" name="Picture 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32" w:right="13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maybe </w:t>
            </w:r>
          </w:p>
        </w:tc>
        <w:tc>
          <w:tcPr>
            <w:tcW w:type="dxa" w:w="1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98" w:right="9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也许</w:t>
            </w:r>
          </w:p>
        </w:tc>
        <w:tc>
          <w:tcPr>
            <w:tcW w:type="dxa" w:w="31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7" name="Picture 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8" name="Picture 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89" name="Picture 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0" name="Picture 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1" name="Picture 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2" name="Picture 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7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64" w:right="6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usually </w:t>
            </w:r>
          </w:p>
        </w:tc>
        <w:tc>
          <w:tcPr>
            <w:tcW w:type="dxa" w:w="15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66" w:right="16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通常</w:t>
            </w:r>
          </w:p>
        </w:tc>
        <w:tc>
          <w:tcPr>
            <w:tcW w:type="dxa" w:w="312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3" name="Picture 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4" name="Picture 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898"/>
        </w:trPr>
        <w:tc>
          <w:tcPr>
            <w:tcW w:type="dxa" w:w="33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5" name="Picture 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128"/>
        </w:trPr>
        <w:tc>
          <w:tcPr>
            <w:tcW w:type="dxa" w:w="332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6" name="Picture 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608" w:right="60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7" name="Picture 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8" name="Picture 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8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32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12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1202"/>
        </w:trPr>
        <w:tc>
          <w:tcPr>
            <w:tcW w:type="dxa" w:w="148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32" w:after="0"/>
              <w:ind w:left="16" w:right="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think </w:t>
            </w:r>
          </w:p>
        </w:tc>
        <w:tc>
          <w:tcPr>
            <w:tcW w:type="dxa" w:w="1836"/>
            <w:gridSpan w:val="2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760" w:after="0"/>
              <w:ind w:left="214" w:right="2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思考；想</w:t>
            </w:r>
          </w:p>
        </w:tc>
        <w:tc>
          <w:tcPr>
            <w:tcW w:type="dxa" w:w="3126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99" name="Picture 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3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0" name="Picture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1" name="Picture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top w:sz="5.599999904632568" w:val="single" w:color="#324C4C"/>
            </w:tcBorders>
          </w:tcPr>
          <w:p/>
        </w:tc>
      </w:tr>
      <w:tr>
        <w:trPr>
          <w:trHeight w:hRule="exact" w:val="934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2" name="Picture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3" name="Picture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4" name="Picture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bathroom </w:t>
            </w:r>
          </w:p>
        </w:tc>
        <w:tc>
          <w:tcPr>
            <w:tcW w:type="dxa" w:w="13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250" w:right="25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浴室</w:t>
            </w:r>
          </w:p>
        </w:tc>
        <w:tc>
          <w:tcPr>
            <w:tcW w:type="dxa" w:w="31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5" name="Picture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6" name="Picture 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7" name="Picture 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8" name="Picture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09" name="Picture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0" name="Picture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4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visit </w:t>
            </w:r>
          </w:p>
        </w:tc>
        <w:tc>
          <w:tcPr>
            <w:tcW w:type="dxa" w:w="18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拜访</w:t>
            </w:r>
          </w:p>
        </w:tc>
        <w:tc>
          <w:tcPr>
            <w:tcW w:type="dxa" w:w="31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1" name="Picture 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2" name="Picture 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3" name="Picture 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4" name="Picture 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5" name="Picture 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6" name="Picture 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tank </w:t>
            </w:r>
          </w:p>
        </w:tc>
        <w:tc>
          <w:tcPr>
            <w:tcW w:type="dxa" w:w="18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缸；罐</w:t>
            </w:r>
          </w:p>
        </w:tc>
        <w:tc>
          <w:tcPr>
            <w:tcW w:type="dxa" w:w="31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7" name="Picture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8" name="Picture 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19" name="Picture 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0" name="Picture 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1" name="Picture 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2" name="Picture 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98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248" w:right="24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kitchen </w:t>
            </w:r>
          </w:p>
        </w:tc>
        <w:tc>
          <w:tcPr>
            <w:tcW w:type="dxa" w:w="133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厨房</w:t>
            </w:r>
          </w:p>
        </w:tc>
        <w:tc>
          <w:tcPr>
            <w:tcW w:type="dxa" w:w="3126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3" name="Picture 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4" name="Picture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5" name="Picture 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324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6" name="Picture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12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7" name="Picture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8" name="Picture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4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study </w:t>
            </w:r>
          </w:p>
        </w:tc>
        <w:tc>
          <w:tcPr>
            <w:tcW w:type="dxa" w:w="18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8" w:right="248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书房</w:t>
            </w:r>
          </w:p>
        </w:tc>
        <w:tc>
          <w:tcPr>
            <w:tcW w:type="dxa" w:w="3126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10" w:right="61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29" name="Picture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0" name="Picture 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764"/>
        </w:trPr>
        <w:tc>
          <w:tcPr>
            <w:tcW w:type="dxa" w:w="3324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1" name="Picture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2098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362" w:right="362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9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1749"/>
        <w:gridCol w:w="1749"/>
        <w:gridCol w:w="1749"/>
        <w:gridCol w:w="1749"/>
        <w:gridCol w:w="1749"/>
        <w:gridCol w:w="1749"/>
      </w:tblGrid>
      <w:tr>
        <w:trPr>
          <w:trHeight w:hRule="exact" w:val="338"/>
        </w:trPr>
        <w:tc>
          <w:tcPr>
            <w:tcW w:type="dxa" w:w="387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257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1240"/>
        </w:trPr>
        <w:tc>
          <w:tcPr>
            <w:tcW w:type="dxa" w:w="3872"/>
            <w:gridSpan w:val="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2" name="Picture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3" name="Picture 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4" name="Picture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46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08" w:right="10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put </w:t>
            </w:r>
          </w:p>
        </w:tc>
        <w:tc>
          <w:tcPr>
            <w:tcW w:type="dxa" w:w="252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22" w:right="122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放</w:t>
            </w:r>
          </w:p>
        </w:tc>
        <w:tc>
          <w:tcPr>
            <w:tcW w:type="dxa" w:w="25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5" name="Picture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6" name="Picture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7" name="Picture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8" name="Picture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39" name="Picture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0" name="Picture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6"/>
        </w:trPr>
        <w:tc>
          <w:tcPr>
            <w:tcW w:type="dxa" w:w="20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74" w:right="7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everyone 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56" w:right="15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每个人</w:t>
            </w:r>
          </w:p>
        </w:tc>
        <w:tc>
          <w:tcPr>
            <w:tcW w:type="dxa" w:w="25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1" name="Picture 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2" name="Picture 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3" name="Picture 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4" name="Picture 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5" name="Picture 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6" name="Picture 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240" w:right="24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plant </w:t>
            </w:r>
          </w:p>
        </w:tc>
        <w:tc>
          <w:tcPr>
            <w:tcW w:type="dxa" w:w="217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植物</w:t>
            </w:r>
          </w:p>
        </w:tc>
        <w:tc>
          <w:tcPr>
            <w:tcW w:type="dxa" w:w="25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7" name="Picture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8" name="Picture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4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49" name="Picture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0" name="Picture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1" name="Picture 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2" name="Picture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700"/>
        </w:trPr>
        <w:tc>
          <w:tcPr>
            <w:tcW w:type="dxa" w:w="16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134" w:after="0"/>
              <w:ind w:left="0" w:right="0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bottom </w:t>
            </w:r>
          </w:p>
        </w:tc>
        <w:tc>
          <w:tcPr>
            <w:tcW w:type="dxa" w:w="217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240" w:right="24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底部</w:t>
            </w:r>
          </w:p>
        </w:tc>
        <w:tc>
          <w:tcPr>
            <w:tcW w:type="dxa" w:w="25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3" name="Picture 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6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4" name="Picture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5" name="Picture 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2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6" name="Picture 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7" name="Picture 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8" name="Picture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202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6" w:right="15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opposite </w:t>
            </w:r>
          </w:p>
        </w:tc>
        <w:tc>
          <w:tcPr>
            <w:tcW w:type="dxa" w:w="184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4" w:after="0"/>
              <w:ind w:left="74" w:right="7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对面</w:t>
            </w:r>
          </w:p>
        </w:tc>
        <w:tc>
          <w:tcPr>
            <w:tcW w:type="dxa" w:w="2578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59" name="Picture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0" name="Picture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1" name="Picture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/>
          </w:tcPr>
          <w:p/>
        </w:tc>
        <w:tc>
          <w:tcPr>
            <w:tcW w:type="dxa" w:w="1749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872"/>
            <w:gridSpan w:val="4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2" name="Picture 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57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3" name="Picture 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4" name="Picture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34"/>
        </w:trPr>
        <w:tc>
          <w:tcPr>
            <w:tcW w:type="dxa" w:w="169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58" w:right="15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drank </w:t>
            </w:r>
          </w:p>
        </w:tc>
        <w:tc>
          <w:tcPr>
            <w:tcW w:type="dxa" w:w="217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0" w:right="0" w:firstLine="0"/>
              <w:jc w:val="center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喝(drink的过去式)</w:t>
            </w:r>
          </w:p>
        </w:tc>
        <w:tc>
          <w:tcPr>
            <w:tcW w:type="dxa" w:w="2578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62" w:right="62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5" name="Picture 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32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6" name="Picture 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1092"/>
        </w:trPr>
        <w:tc>
          <w:tcPr>
            <w:tcW w:type="dxa" w:w="3872"/>
            <w:gridSpan w:val="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98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7" name="Picture 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  <w:tc>
          <w:tcPr>
            <w:tcW w:type="dxa" w:w="1749"/>
            <w:vMerge/>
            <w:tcBorders>
              <w:bottom w:sz="5.599999904632568" w:val="single" w:color="#324C4C"/>
            </w:tcBorders>
          </w:tcPr>
          <w:p/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10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098"/>
        <w:gridCol w:w="2098"/>
        <w:gridCol w:w="2098"/>
        <w:gridCol w:w="2098"/>
        <w:gridCol w:w="2098"/>
      </w:tblGrid>
      <w:tr>
        <w:trPr>
          <w:trHeight w:hRule="exact" w:val="338"/>
        </w:trPr>
        <w:tc>
          <w:tcPr>
            <w:tcW w:type="dxa" w:w="3216"/>
            <w:gridSpan w:val="3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23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1504"/>
        </w:trPr>
        <w:tc>
          <w:tcPr>
            <w:tcW w:type="dxa" w:w="3216"/>
            <w:gridSpan w:val="3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8" name="Picture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69" name="Picture 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7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0" name="Picture 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30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4" w:after="0"/>
              <w:ind w:left="116" w:right="116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far </w:t>
            </w:r>
          </w:p>
        </w:tc>
        <w:tc>
          <w:tcPr>
            <w:tcW w:type="dxa" w:w="1912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4" w:right="11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远的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1" name="Picture 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2" name="Picture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3" name="Picture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934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4" name="Picture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5" name="Picture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6" name="Picture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698"/>
        </w:trPr>
        <w:tc>
          <w:tcPr>
            <w:tcW w:type="dxa" w:w="1736"/>
            <w:gridSpan w:val="2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132" w:after="0"/>
              <w:ind w:left="114" w:right="11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 xml:space="preserve">palace </w:t>
            </w:r>
          </w:p>
        </w:tc>
        <w:tc>
          <w:tcPr>
            <w:tcW w:type="dxa" w:w="1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62" w:after="0"/>
              <w:ind w:left="116" w:right="11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王宫</w:t>
            </w:r>
          </w:p>
        </w:tc>
        <w:tc>
          <w:tcPr>
            <w:tcW w:type="dxa" w:w="3234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7" name="Picture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vMerge w:val="restart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864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8" name="Picture 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hRule="exact" w:val="966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66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79" name="Picture 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2098"/>
            <w:vMerge/>
            <w:tcBorders/>
          </w:tcPr>
          <w:p/>
        </w:tc>
        <w:tc>
          <w:tcPr>
            <w:tcW w:type="dxa" w:w="2098"/>
            <w:vMerge/>
            <w:tcBorders/>
          </w:tcPr>
          <w:p/>
        </w:tc>
      </w:tr>
      <w:tr>
        <w:trPr>
          <w:trHeight w:hRule="exact" w:val="1000"/>
        </w:trPr>
        <w:tc>
          <w:tcPr>
            <w:tcW w:type="dxa" w:w="3216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0" name="Picture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3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1" name="Picture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01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18" w:right="718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86833"/>
                  <wp:docPr id="182" name="Picture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86833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autoSpaceDN w:val="0"/>
        <w:autoSpaceDE w:val="0"/>
        <w:widowControl/>
        <w:spacing w:line="20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03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194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中英文连线</w:t>
                  </w:r>
                </w:p>
              </w:tc>
              <w:tc>
                <w:tcPr>
                  <w:tcW w:type="dxa" w:w="46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用直线或序号将单词的中英文相连</w:t>
                  </w:r>
                </w:p>
              </w:tc>
              <w:tc>
                <w:tcPr>
                  <w:tcW w:type="dxa" w:w="20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6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3" name="Picture 183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8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8168"/>
        </w:trPr>
        <w:tc>
          <w:tcPr>
            <w:tcW w:type="dxa" w:w="426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82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class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welcome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know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meet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grade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kind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library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office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toilet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playground</w:t>
            </w:r>
          </w:p>
          <w:p>
            <w:pPr>
              <w:autoSpaceDN w:val="0"/>
              <w:autoSpaceDE w:val="0"/>
              <w:widowControl/>
              <w:spacing w:line="402" w:lineRule="exact" w:before="29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floor</w:t>
            </w:r>
          </w:p>
        </w:tc>
        <w:tc>
          <w:tcPr>
            <w:tcW w:type="dxa" w:w="619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212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(1) 班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(2) 欢迎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(3) 知道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(4) 会面；遇见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(5) 年级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842" w:right="184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(6) 和蔼的；善良的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(7) 图书馆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(8) 办公室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(9) 卫生间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(10) 操场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196" w:right="2196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(11) 楼层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11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15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6306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13616"/>
        </w:trPr>
        <w:tc>
          <w:tcPr>
            <w:tcW w:type="dxa" w:w="415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41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our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wrong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day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maybe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usually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think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bathroom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visit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tank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kitchen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study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put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everyone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plant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bottom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opposite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drank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far</w:t>
            </w:r>
          </w:p>
          <w:p>
            <w:pPr>
              <w:autoSpaceDN w:val="0"/>
              <w:autoSpaceDE w:val="0"/>
              <w:widowControl/>
              <w:spacing w:line="400" w:lineRule="exact" w:before="300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363639"/>
                <w:sz w:val="30"/>
              </w:rPr>
              <w:t>palace</w:t>
            </w:r>
          </w:p>
        </w:tc>
        <w:tc>
          <w:tcPr>
            <w:tcW w:type="dxa" w:w="6306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548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(12) 我们的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(13) 错误的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202" w:right="220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(14) 一天；白天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(15) 也许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(16) 通常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(17) 思考；想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(18) 浴室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(19) 拜访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(20) 缸；罐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(21) 厨房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(22) 书房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(23) 放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(24) 每个人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(25) 植物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(26) 底部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(27) 对面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1362" w:right="1362" w:firstLine="0"/>
              <w:jc w:val="righ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(28) 喝(drink的过去式)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(29) 远的</w:t>
            </w:r>
          </w:p>
          <w:p>
            <w:pPr>
              <w:autoSpaceDN w:val="0"/>
              <w:autoSpaceDE w:val="0"/>
              <w:widowControl/>
              <w:spacing w:line="240" w:lineRule="exact" w:before="460" w:after="0"/>
              <w:ind w:left="2304" w:right="23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>(30) 王宫</w:t>
            </w:r>
          </w:p>
        </w:tc>
      </w:tr>
    </w:tbl>
    <w:p>
      <w:pPr>
        <w:autoSpaceDN w:val="0"/>
        <w:autoSpaceDE w:val="0"/>
        <w:widowControl/>
        <w:spacing w:line="19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04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字母顺序打乱</w:t>
                  </w:r>
                </w:p>
              </w:tc>
              <w:tc>
                <w:tcPr>
                  <w:tcW w:type="dxa" w:w="398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选出正确字母顺序的单词</w:t>
                  </w:r>
                </w:p>
              </w:tc>
              <w:tc>
                <w:tcPr>
                  <w:tcW w:type="dxa" w:w="237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4" name="Picture 184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3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498"/>
        </w:trPr>
        <w:tc>
          <w:tcPr>
            <w:tcW w:type="dxa" w:w="222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csals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404" w:right="40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class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8" w:after="0"/>
              <w:ind w:left="406" w:right="406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sclas</w:t>
            </w:r>
          </w:p>
        </w:tc>
        <w:tc>
          <w:tcPr>
            <w:tcW w:type="dxa" w:w="444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44" w:after="0"/>
              <w:ind w:left="404" w:right="4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班</w:t>
            </w:r>
          </w:p>
        </w:tc>
      </w:tr>
      <w:tr>
        <w:trPr>
          <w:trHeight w:hRule="exact" w:val="876"/>
        </w:trPr>
        <w:tc>
          <w:tcPr>
            <w:tcW w:type="dxa" w:w="22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404" w:right="404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eowmelc</w:t>
            </w:r>
          </w:p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ecwmloe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welcome</w:t>
            </w:r>
          </w:p>
        </w:tc>
        <w:tc>
          <w:tcPr>
            <w:tcW w:type="dxa" w:w="44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404" w:right="40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欢迎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12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2623"/>
        <w:gridCol w:w="2623"/>
        <w:gridCol w:w="2623"/>
        <w:gridCol w:w="2623"/>
      </w:tblGrid>
      <w:tr>
        <w:trPr>
          <w:trHeight w:hRule="exact" w:val="338"/>
        </w:trPr>
        <w:tc>
          <w:tcPr>
            <w:tcW w:type="dxa" w:w="236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189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89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430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790"/>
        </w:trPr>
        <w:tc>
          <w:tcPr>
            <w:tcW w:type="dxa" w:w="236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know</w:t>
            </w:r>
          </w:p>
        </w:tc>
        <w:tc>
          <w:tcPr>
            <w:tcW w:type="dxa" w:w="1894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knwo</w:t>
            </w:r>
          </w:p>
        </w:tc>
        <w:tc>
          <w:tcPr>
            <w:tcW w:type="dxa" w:w="1890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326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okwn</w:t>
            </w:r>
          </w:p>
        </w:tc>
        <w:tc>
          <w:tcPr>
            <w:tcW w:type="dxa" w:w="4308"/>
            <w:tcBorders>
              <w:top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43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知道</w:t>
            </w:r>
          </w:p>
        </w:tc>
      </w:tr>
      <w:tr>
        <w:trPr>
          <w:trHeight w:hRule="exact" w:val="520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tmee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mtee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meet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会面；遇见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adegr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grade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eargd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年级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indk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kind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dnki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和蔼的；善良的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rlyirab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lrirayb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library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图书馆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ficfeo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office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ffeoci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办公室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eoitlt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toilet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otetil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卫生间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opanuydlrg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udpyrnagol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playground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操场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frolo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lrfoo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floor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楼层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our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oru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uro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我们的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gnowr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ogwrn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wrong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错误的</w:t>
            </w:r>
          </w:p>
        </w:tc>
      </w:tr>
      <w:tr>
        <w:trPr>
          <w:trHeight w:hRule="exact" w:val="520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ayd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day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ady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一天；白天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meyba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maybe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abemy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也许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usually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alyusul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luylsau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通常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htikn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hiktn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think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思考；想</w:t>
            </w:r>
          </w:p>
        </w:tc>
      </w:tr>
      <w:tr>
        <w:trPr>
          <w:trHeight w:hRule="exact" w:val="520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478" w:right="47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bathroom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oaomthbr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otamhrbo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浴室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vtisi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iisvt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visit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拜访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nkta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tank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atnk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缸；罐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heitnkc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kteicnh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kitchen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厨房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tdsyu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study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stduy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书房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utp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tpu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put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放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528" w:right="528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ornveeye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yeoeenvr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everyone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每个人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npalt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plant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tapnl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植物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0" w:right="0" w:firstLine="0"/>
              <w:jc w:val="center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bottom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tobmto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2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bmotot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底部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612" w:right="612" w:firstLine="0"/>
              <w:jc w:val="righ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optspoei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pptoieso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opposite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对面</w:t>
            </w:r>
          </w:p>
        </w:tc>
      </w:tr>
      <w:tr>
        <w:trPr>
          <w:trHeight w:hRule="exact" w:val="516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drank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rdkan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anrkd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2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喝(drink的过去式)</w:t>
            </w:r>
          </w:p>
        </w:tc>
      </w:tr>
      <w:tr>
        <w:trPr>
          <w:trHeight w:hRule="exact" w:val="518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far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raf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60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arf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远的</w:t>
            </w:r>
          </w:p>
        </w:tc>
      </w:tr>
      <w:tr>
        <w:trPr>
          <w:trHeight w:hRule="exact" w:val="604"/>
        </w:trPr>
        <w:tc>
          <w:tcPr>
            <w:tcW w:type="dxa" w:w="236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740" w:right="74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paelac</w:t>
            </w:r>
          </w:p>
        </w:tc>
        <w:tc>
          <w:tcPr>
            <w:tcW w:type="dxa" w:w="189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4" w:right="264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epalac</w:t>
            </w:r>
          </w:p>
        </w:tc>
        <w:tc>
          <w:tcPr>
            <w:tcW w:type="dxa" w:w="189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00" w:lineRule="exact" w:before="58" w:after="0"/>
              <w:ind w:left="262" w:right="262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palace</w:t>
            </w:r>
          </w:p>
        </w:tc>
        <w:tc>
          <w:tcPr>
            <w:tcW w:type="dxa" w:w="430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164" w:after="0"/>
              <w:ind w:left="264" w:right="264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000000"/>
                <w:sz w:val="24"/>
              </w:rPr>
              <w:t>王宫</w:t>
            </w:r>
          </w:p>
        </w:tc>
      </w:tr>
    </w:tbl>
    <w:p>
      <w:pPr>
        <w:autoSpaceDN w:val="0"/>
        <w:autoSpaceDE w:val="0"/>
        <w:widowControl/>
        <w:spacing w:line="14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66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05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22"/>
              </w:trPr>
              <w:tc>
                <w:tcPr>
                  <w:tcW w:type="dxa" w:w="162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单词填空</w:t>
                  </w:r>
                </w:p>
              </w:tc>
              <w:tc>
                <w:tcPr>
                  <w:tcW w:type="dxa" w:w="42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50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填写单词所缺的2个字母</w:t>
                  </w:r>
                </w:p>
              </w:tc>
              <w:tc>
                <w:tcPr>
                  <w:tcW w:type="dxa" w:w="275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04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5" name="Picture 185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8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212" w:lineRule="exact" w:before="376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13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</w:tbl>
    <w:p>
      <w:pPr>
        <w:autoSpaceDN w:val="0"/>
        <w:autoSpaceDE w:val="0"/>
        <w:widowControl/>
        <w:spacing w:line="26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20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238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15242"/>
        </w:trPr>
        <w:tc>
          <w:tcPr>
            <w:tcW w:type="dxa" w:w="445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班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知道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gra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年级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ibrar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图书馆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let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卫生间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lo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楼层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g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错误的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也许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64" w:right="1164" w:firstLine="0"/>
              <w:jc w:val="righ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思考；想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950" w:right="950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isi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拜访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厨房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放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植物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700" w:right="700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opposi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对面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24" w:right="1324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远的</w:t>
            </w:r>
          </w:p>
        </w:tc>
        <w:tc>
          <w:tcPr>
            <w:tcW w:type="dxa" w:w="6010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14" w:lineRule="exact" w:before="238" w:after="0"/>
              <w:ind w:left="1108" w:right="11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wel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欢迎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08" w:right="11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m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会面；遇见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58" w:right="135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in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和蔼的；善良的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08" w:right="11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off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办公室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08" w:right="11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playgr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un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操场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08" w:right="11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我们的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732" w:right="173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一天；白天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58" w:right="135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s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ally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通常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08" w:right="11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bath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oo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浴室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358" w:right="1358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k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缸；罐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732" w:right="173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udy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书房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732" w:right="1732" w:firstLine="0"/>
              <w:jc w:val="left"/>
            </w:pP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eryone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每个人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08" w:right="11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bott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底部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08" w:right="11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dra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喝(drink的过去式)</w:t>
            </w:r>
          </w:p>
          <w:p>
            <w:pPr>
              <w:autoSpaceDN w:val="0"/>
              <w:autoSpaceDE w:val="0"/>
              <w:widowControl/>
              <w:spacing w:line="414" w:lineRule="exact" w:before="586" w:after="0"/>
              <w:ind w:left="1108" w:right="1108" w:firstLine="0"/>
              <w:jc w:val="left"/>
            </w:pP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pal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Times" w:hAnsi="Times" w:eastAsia="Times"/>
                <w:b w:val="0"/>
                <w:i w:val="0"/>
                <w:color w:val="000000"/>
                <w:sz w:val="30"/>
              </w:rPr>
              <w:t>c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  <w:u w:val="single"/>
              </w:rPr>
              <w:t xml:space="preserve">    </w:t>
            </w:r>
            <w:r>
              <w:rPr>
                <w:rFonts w:ascii="Helvetica" w:hAnsi="Helvetica" w:eastAsia="Helvetica"/>
                <w:b w:val="0"/>
                <w:i w:val="0"/>
                <w:color w:val="000000"/>
                <w:sz w:val="30"/>
              </w:rPr>
              <w:t xml:space="preserve">    </w:t>
            </w:r>
            <w:r>
              <w:rPr>
                <w:rFonts w:ascii="宋体" w:hAnsi="宋体" w:eastAsia="宋体"/>
                <w:b w:val="0"/>
                <w:i w:val="0"/>
                <w:color w:val="555D5D"/>
                <w:sz w:val="24"/>
              </w:rPr>
              <w:t>王宫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14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338"/>
        </w:trPr>
        <w:tc>
          <w:tcPr>
            <w:tcW w:type="dxa" w:w="4772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56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</w:tbl>
    <w:p>
      <w:pPr>
        <w:autoSpaceDN w:val="0"/>
        <w:autoSpaceDE w:val="0"/>
        <w:widowControl/>
        <w:spacing w:line="426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5246"/>
        <w:gridCol w:w="5246"/>
      </w:tblGrid>
      <w:tr>
        <w:trPr>
          <w:trHeight w:hRule="exact" w:val="736"/>
        </w:trPr>
        <w:tc>
          <w:tcPr>
            <w:tcW w:type="dxa" w:w="660"/>
            <w:tcBorders>
              <w:end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422" w:lineRule="exact" w:before="154" w:after="0"/>
              <w:ind w:left="80" w:right="80" w:firstLine="0"/>
              <w:jc w:val="left"/>
            </w:pPr>
            <w:r>
              <w:rPr>
                <w:rFonts w:ascii="微软雅黑" w:hAnsi="微软雅黑" w:eastAsia="微软雅黑"/>
                <w:b/>
                <w:i w:val="0"/>
                <w:color w:val="000000"/>
                <w:sz w:val="32"/>
              </w:rPr>
              <w:t>06</w:t>
            </w:r>
          </w:p>
        </w:tc>
        <w:tc>
          <w:tcPr>
            <w:tcW w:type="dxa" w:w="9800"/>
            <w:tcBorders>
              <w:start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76" w:lineRule="exact" w:before="0" w:after="0"/>
              <w:ind w:left="0" w:right="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Ind w:w="159.00000011920923" w:type="dxa"/>
            </w:tblPr>
            <w:tblGrid>
              <w:gridCol w:w="2450"/>
              <w:gridCol w:w="2450"/>
              <w:gridCol w:w="2450"/>
              <w:gridCol w:w="2450"/>
            </w:tblGrid>
            <w:tr>
              <w:trPr>
                <w:trHeight w:hRule="exact" w:val="554"/>
              </w:trPr>
              <w:tc>
                <w:tcPr>
                  <w:tcW w:type="dxa" w:w="2262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0" w:right="0" w:firstLine="0"/>
                    <w:jc w:val="center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000000"/>
                      <w:sz w:val="32"/>
                    </w:rPr>
                    <w:t>看中文写英文</w:t>
                  </w:r>
                </w:p>
              </w:tc>
              <w:tc>
                <w:tcPr>
                  <w:tcW w:type="dxa" w:w="422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exact" w:before="184" w:after="0"/>
                    <w:ind w:left="180" w:right="180" w:firstLine="0"/>
                    <w:jc w:val="left"/>
                  </w:pPr>
                  <w:r>
                    <w:rPr>
                      <w:rFonts w:ascii="宋体" w:hAnsi="宋体" w:eastAsia="宋体"/>
                      <w:b w:val="0"/>
                      <w:i w:val="0"/>
                      <w:color w:val="000000"/>
                      <w:sz w:val="24"/>
                    </w:rPr>
                    <w:t>在空白处写出对应的英文单词</w:t>
                  </w:r>
                </w:p>
              </w:tc>
              <w:tc>
                <w:tcPr>
                  <w:tcW w:type="dxa" w:w="213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240" w:lineRule="auto" w:before="198" w:after="0"/>
                    <w:ind w:left="250" w:right="250" w:firstLine="0"/>
                    <w:jc w:val="right"/>
                  </w:pPr>
                  <w:r>
                    <w:drawing>
                      <wp:inline xmlns:a="http://schemas.openxmlformats.org/drawingml/2006/main" xmlns:pic="http://schemas.openxmlformats.org/drawingml/2006/picture">
                        <wp:extent cx="609600" cy="115747"/>
                        <wp:docPr id="186" name="Picture 186"/>
                        <wp:cNvGraphicFramePr>
                          <a:graphicFrameLocks noChangeAspect="1"/>
                        </wp:cNvGraphicFramePr>
                        <a:graphic>
                          <a:graphicData uri="http://schemas.openxmlformats.org/drawingml/2006/picture">
                            <pic:pic>
                              <pic:nvPicPr>
                                <pic:cNvPr id="0" name="image.png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600" cy="115747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type="dxa" w:w="948"/>
                  <w:tcBorders/>
                  <w:tcMar>
                    <w:start w:w="0" w:type="dxa"/>
                    <w:end w:w="0" w:type="dxa"/>
                  </w:tcMar>
                </w:tcPr>
                <w:p>
                  <w:pPr>
                    <w:autoSpaceDN w:val="0"/>
                    <w:autoSpaceDE w:val="0"/>
                    <w:widowControl/>
                    <w:spacing w:line="422" w:lineRule="exact" w:before="76" w:after="0"/>
                    <w:ind w:left="58" w:right="58" w:firstLine="0"/>
                    <w:jc w:val="right"/>
                  </w:pPr>
                  <w:r>
                    <w:rPr>
                      <w:rFonts w:ascii="微软雅黑" w:hAnsi="微软雅黑" w:eastAsia="微软雅黑"/>
                      <w:b/>
                      <w:i w:val="0"/>
                      <w:color w:val="555D5D"/>
                      <w:sz w:val="32"/>
                    </w:rPr>
                    <w:t>练习</w:t>
                  </w:r>
                </w:p>
              </w:tc>
            </w:tr>
          </w:tbl>
          <w:p/>
          <w:p>
            <w:pPr>
              <w:autoSpaceDN w:val="0"/>
              <w:autoSpaceDE w:val="0"/>
              <w:widowControl/>
              <w:spacing w:line="14" w:lineRule="exact" w:before="0" w:after="0"/>
              <w:ind w:left="0" w:right="0"/>
            </w:pPr>
          </w:p>
        </w:tc>
      </w:tr>
    </w:tbl>
    <w:p>
      <w:pPr>
        <w:autoSpaceDN w:val="0"/>
        <w:autoSpaceDE w:val="0"/>
        <w:widowControl/>
        <w:spacing w:line="124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924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7" name="Picture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班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24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8" name="Picture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22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欢迎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89" name="Picture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知道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0" name="Picture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会面；遇见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1" name="Picture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年级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2" name="Picture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和蔼的；善良的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3" name="Picture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图书馆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4" name="Picture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办公室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5" name="Picture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卫生间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6" name="Picture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操场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7" name="Picture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楼层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8" name="Picture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我们的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199" name="Picture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错误的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0" name="Picture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一天；白天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1" name="Picture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也许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2" name="Picture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通常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3" name="Picture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思考；想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4" name="Picture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浴室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5" name="Picture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拜访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6" name="Picture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缸；罐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7" name="Picture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厨房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8" name="Picture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书房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09" name="Picture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放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0" name="Picture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每个人 </w:t>
            </w:r>
          </w:p>
        </w:tc>
      </w:tr>
      <w:tr>
        <w:trPr>
          <w:trHeight w:hRule="exact" w:val="1000"/>
        </w:trPr>
        <w:tc>
          <w:tcPr>
            <w:tcW w:type="dxa" w:w="45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1" name="Picture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植物 </w:t>
            </w:r>
          </w:p>
        </w:tc>
        <w:tc>
          <w:tcPr>
            <w:tcW w:type="dxa" w:w="2788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2" name="Picture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底部 </w:t>
            </w:r>
          </w:p>
        </w:tc>
      </w:tr>
      <w:tr>
        <w:trPr>
          <w:trHeight w:hRule="exact" w:val="1742"/>
        </w:trPr>
        <w:tc>
          <w:tcPr>
            <w:tcW w:type="dxa" w:w="45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3" name="Picture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对面 </w:t>
            </w:r>
          </w:p>
        </w:tc>
        <w:tc>
          <w:tcPr>
            <w:tcW w:type="dxa" w:w="278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4" name="Picture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3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喝(drink的过去式)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15</w:t>
      </w:r>
    </w:p>
    <w:p>
      <w:pPr>
        <w:sectPr>
          <w:pgSz w:w="11900" w:h="16840"/>
          <w:pgMar w:top="76" w:right="694" w:bottom="70" w:left="714" w:header="720" w:footer="720" w:gutter="0"/>
          <w:cols w:space="720"/>
          <w:docGrid w:linePitch="360"/>
        </w:sectPr>
      </w:pPr>
    </w:p>
    <w:p>
      <w:pPr>
        <w:autoSpaceDN w:val="0"/>
        <w:autoSpaceDE w:val="0"/>
        <w:widowControl/>
        <w:spacing w:line="4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5.999999999999943" w:type="dxa"/>
      </w:tblPr>
      <w:tblGrid>
        <w:gridCol w:w="3497"/>
        <w:gridCol w:w="3497"/>
        <w:gridCol w:w="3497"/>
      </w:tblGrid>
      <w:tr>
        <w:trPr>
          <w:trHeight w:hRule="exact" w:val="338"/>
        </w:trPr>
        <w:tc>
          <w:tcPr>
            <w:tcW w:type="dxa" w:w="434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lef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 xml:space="preserve">单词表总结和背单词练习 </w:t>
            </w:r>
          </w:p>
        </w:tc>
        <w:tc>
          <w:tcPr>
            <w:tcW w:type="dxa" w:w="3028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3084"/>
            <w:tcBorders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12" w:lineRule="exact" w:before="38" w:after="0"/>
              <w:ind w:left="40" w:right="40" w:firstLine="0"/>
              <w:jc w:val="right"/>
            </w:pPr>
            <w:r>
              <w:rPr>
                <w:rFonts w:ascii="微软雅黑" w:hAnsi="微软雅黑" w:eastAsia="微软雅黑"/>
                <w:b w:val="0"/>
                <w:i w:val="0"/>
                <w:color w:val="555D5D"/>
                <w:sz w:val="16"/>
              </w:rPr>
              <w:t>六年级上学期 / 川教版（三年级起点）</w:t>
            </w:r>
          </w:p>
        </w:tc>
      </w:tr>
      <w:tr>
        <w:trPr>
          <w:trHeight w:hRule="exact" w:val="15952"/>
        </w:trPr>
        <w:tc>
          <w:tcPr>
            <w:tcW w:type="dxa" w:w="434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700" w:right="700" w:firstLine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5" name="Picture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远的 </w:t>
            </w:r>
          </w:p>
        </w:tc>
        <w:tc>
          <w:tcPr>
            <w:tcW w:type="dxa" w:w="3028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500" w:after="0"/>
              <w:ind w:left="20" w:right="20" w:firstLine="0"/>
              <w:jc w:val="right"/>
            </w:pPr>
            <w:r>
              <w:drawing>
                <wp:inline xmlns:a="http://schemas.openxmlformats.org/drawingml/2006/main" xmlns:pic="http://schemas.openxmlformats.org/drawingml/2006/picture">
                  <wp:extent cx="1143000" cy="438150"/>
                  <wp:docPr id="216" name="Picture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43815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084"/>
            <w:tcBorders>
              <w:top w:sz="5.599999904632568" w:val="single" w:color="#324C4C"/>
              <w:bottom w:sz="5.599999904632568" w:val="single" w:color="#324C4C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exact" w:before="698" w:after="0"/>
              <w:ind w:left="20" w:right="20" w:firstLine="0"/>
              <w:jc w:val="left"/>
            </w:pPr>
            <w:r>
              <w:rPr>
                <w:rFonts w:ascii="宋体" w:hAnsi="宋体" w:eastAsia="宋体"/>
                <w:b w:val="0"/>
                <w:i w:val="0"/>
                <w:color w:val="363639"/>
                <w:sz w:val="24"/>
              </w:rPr>
              <w:t xml:space="preserve">王宫 </w:t>
            </w:r>
          </w:p>
        </w:tc>
      </w:tr>
    </w:tbl>
    <w:p>
      <w:pPr>
        <w:autoSpaceDN w:val="0"/>
        <w:autoSpaceDE w:val="0"/>
        <w:widowControl/>
        <w:spacing w:line="212" w:lineRule="exact" w:before="84" w:after="0"/>
        <w:ind w:left="268" w:right="268" w:firstLine="0"/>
        <w:jc w:val="right"/>
      </w:pPr>
      <w:r>
        <w:rPr>
          <w:rFonts w:ascii="微软雅黑" w:hAnsi="微软雅黑" w:eastAsia="微软雅黑"/>
          <w:b w:val="0"/>
          <w:i w:val="0"/>
          <w:color w:val="000000"/>
          <w:sz w:val="16"/>
        </w:rPr>
        <w:t>16</w:t>
      </w:r>
    </w:p>
    <w:sectPr w:rsidR="00FC693F" w:rsidRPr="0006063C" w:rsidSect="00034616">
      <w:pgSz w:w="11900" w:h="16840"/>
      <w:pgMar w:top="76" w:right="694" w:bottom="70" w:left="71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