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7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学期：五年级下学期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版本：北师大版（三年级起点）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7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7 Days of the Week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974"/>
        </w:trPr>
        <w:tc>
          <w:tcPr>
            <w:tcW w:type="dxa" w:w="36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全部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日记，日记簿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remember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记住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今天，今日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Tuesday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观看，注视</w:t>
            </w:r>
          </w:p>
        </w:tc>
        <w:tc>
          <w:tcPr>
            <w:tcW w:type="dxa" w:w="60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86" w:right="12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一天，一日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6" w:right="12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每一个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6" w:right="12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6" w:right="12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Saturday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6" w:right="12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Thursday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6" w:right="12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tomorrow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明天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6" w:right="12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visit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拜访，看望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6" w:right="12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Wednesday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星期三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week </w:t>
      </w:r>
      <w:r>
        <w:rPr>
          <w:rFonts w:ascii="宋体" w:hAnsi="宋体" w:eastAsia="宋体"/>
          <w:b w:val="0"/>
          <w:i w:val="0"/>
          <w:color w:val="555D5D"/>
          <w:sz w:val="24"/>
        </w:rPr>
        <w:t>星期，周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8 Time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114"/>
        </w:trPr>
        <w:tc>
          <w:tcPr>
            <w:tcW w:type="dxa" w:w="356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...o'clock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…点钟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fix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修理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know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知道，了解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告诉，告知</w:t>
            </w:r>
          </w:p>
        </w:tc>
        <w:tc>
          <w:tcPr>
            <w:tcW w:type="dxa" w:w="616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84" w:right="13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4" w:right="13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hurry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赶紧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4" w:right="13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晚的；迟到的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4" w:right="13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时间，钟点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9 Day and Night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556"/>
        </w:trPr>
        <w:tc>
          <w:tcPr>
            <w:tcW w:type="dxa" w:w="380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afternoon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下午，午后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ask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问，询问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evening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傍晚，晚上</w:t>
            </w:r>
          </w:p>
        </w:tc>
        <w:tc>
          <w:tcPr>
            <w:tcW w:type="dxa" w:w="591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140" w:right="11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always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总是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40" w:right="11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breakfast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40" w:right="11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exercise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运动，锻炼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1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4970"/>
        </w:trPr>
        <w:tc>
          <w:tcPr>
            <w:tcW w:type="dxa" w:w="51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get�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起床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lunch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午餐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8" w:right="4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morning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newspaper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报纸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often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经常，时常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sometimes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有时，不时</w:t>
            </w:r>
          </w:p>
        </w:tc>
        <w:tc>
          <w:tcPr>
            <w:tcW w:type="dxa" w:w="53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从不，从未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夜晚，夜间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question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问题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太空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when </w:t>
      </w:r>
      <w:r>
        <w:rPr>
          <w:rFonts w:ascii="宋体" w:hAnsi="宋体" w:eastAsia="宋体"/>
          <w:b w:val="0"/>
          <w:i w:val="0"/>
          <w:color w:val="555D5D"/>
          <w:sz w:val="24"/>
        </w:rPr>
        <w:t>什么时候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10 Activities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734"/>
        </w:trPr>
        <w:tc>
          <w:tcPr>
            <w:tcW w:type="dxa" w:w="36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about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买，购买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by bus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乘公共汽车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by taxi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乘出租车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dinosaur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恐龙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film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电影，影片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group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组，群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let's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让我们……吧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foot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步行</w:t>
            </w:r>
          </w:p>
        </w:tc>
        <w:tc>
          <w:tcPr>
            <w:tcW w:type="dxa" w:w="610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18" w:right="13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activity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活动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8" w:right="13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by bike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骑自行车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8" w:right="13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by car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乘小轿车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8" w:right="13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关门，歇业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8" w:right="13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enough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足够的，充足的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8" w:right="13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free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免费的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8" w:right="13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homework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家庭作业，功课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8" w:right="13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museum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博物馆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8" w:right="13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robot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机器人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shall </w:t>
      </w:r>
      <w:r>
        <w:rPr>
          <w:rFonts w:ascii="宋体" w:hAnsi="宋体" w:eastAsia="宋体"/>
          <w:b w:val="0"/>
          <w:i w:val="0"/>
          <w:color w:val="555D5D"/>
          <w:sz w:val="24"/>
        </w:rPr>
        <w:t>……好吗(表示提出或征求意见)</w:t>
      </w:r>
    </w:p>
    <w:p>
      <w:pPr>
        <w:autoSpaceDN w:val="0"/>
        <w:autoSpaceDE w:val="0"/>
        <w:widowControl/>
        <w:spacing w:line="400" w:lineRule="exact" w:before="720" w:after="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11 Weather </w:t>
      </w:r>
    </w:p>
    <w:p>
      <w:pPr>
        <w:autoSpaceDN w:val="0"/>
        <w:autoSpaceDE w:val="0"/>
        <w:widowControl/>
        <w:spacing w:line="212" w:lineRule="exact" w:before="83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5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9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5692"/>
        </w:trPr>
        <w:tc>
          <w:tcPr>
            <w:tcW w:type="dxa" w:w="55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cloud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云，云朵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深色的；黑暗的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有趣的，逗乐的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rainy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阴雨的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下雪的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暖和的，温暖的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0" w:right="1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weather�  report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</w:t>
            </w:r>
          </w:p>
        </w:tc>
        <w:tc>
          <w:tcPr>
            <w:tcW w:type="dxa" w:w="49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30" w:right="1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cloudy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多云的，阴天的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0" w:right="1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0" w:right="1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0" w:right="1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scared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害怕的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0" w:right="1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阳光充足的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0" w:right="1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weather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天气，气象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0" w:right="1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风大的，多风的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12 Review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00"/>
        </w:trPr>
        <w:tc>
          <w:tcPr>
            <w:tcW w:type="dxa" w:w="34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大衣，外套</w:t>
            </w:r>
          </w:p>
        </w:tc>
        <w:tc>
          <w:tcPr>
            <w:tcW w:type="dxa" w:w="624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462" w:right="14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sunglasses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太阳镜，墨镜</w:t>
            </w:r>
          </w:p>
        </w:tc>
      </w:tr>
    </w:tbl>
    <w:p>
      <w:pPr>
        <w:autoSpaceDN w:val="0"/>
        <w:autoSpaceDE w:val="0"/>
        <w:widowControl/>
        <w:spacing w:line="3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624"/>
        </w:trPr>
        <w:tc>
          <w:tcPr>
            <w:tcW w:type="dxa" w:w="21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Thursday </w:t>
            </w:r>
          </w:p>
        </w:tc>
        <w:tc>
          <w:tcPr>
            <w:tcW w:type="dxa" w:w="1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90" w:right="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星期四</w:t>
            </w:r>
          </w:p>
        </w:tc>
        <w:tc>
          <w:tcPr>
            <w:tcW w:type="dxa" w:w="301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498" w:right="4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98" w:right="4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1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tomorrow </w:t>
            </w:r>
          </w:p>
        </w:tc>
        <w:tc>
          <w:tcPr>
            <w:tcW w:type="dxa" w:w="1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明天</w:t>
            </w:r>
          </w:p>
        </w:tc>
        <w:tc>
          <w:tcPr>
            <w:tcW w:type="dxa" w:w="301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98" w:right="4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98" w:right="4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all </w:t>
            </w:r>
          </w:p>
        </w:tc>
        <w:tc>
          <w:tcPr>
            <w:tcW w:type="dxa" w:w="216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全部</w:t>
            </w:r>
          </w:p>
        </w:tc>
        <w:tc>
          <w:tcPr>
            <w:tcW w:type="dxa" w:w="301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98" w:right="4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664"/>
        </w:trPr>
        <w:tc>
          <w:tcPr>
            <w:tcW w:type="dxa" w:w="343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3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1240"/>
        </w:trPr>
        <w:tc>
          <w:tcPr>
            <w:tcW w:type="dxa" w:w="353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today </w:t>
            </w:r>
          </w:p>
        </w:tc>
        <w:tc>
          <w:tcPr>
            <w:tcW w:type="dxa" w:w="18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今天，今日</w:t>
            </w:r>
          </w:p>
        </w:tc>
        <w:tc>
          <w:tcPr>
            <w:tcW w:type="dxa" w:w="29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20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6" w:right="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remember 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4" w:right="2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记住</w:t>
            </w:r>
          </w:p>
        </w:tc>
        <w:tc>
          <w:tcPr>
            <w:tcW w:type="dxa" w:w="29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diary </w:t>
            </w:r>
          </w:p>
        </w:tc>
        <w:tc>
          <w:tcPr>
            <w:tcW w:type="dxa" w:w="18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日记，日记簿</w:t>
            </w:r>
          </w:p>
        </w:tc>
        <w:tc>
          <w:tcPr>
            <w:tcW w:type="dxa" w:w="29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Friday </w:t>
            </w:r>
          </w:p>
        </w:tc>
        <w:tc>
          <w:tcPr>
            <w:tcW w:type="dxa" w:w="18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星期五</w:t>
            </w:r>
          </w:p>
        </w:tc>
        <w:tc>
          <w:tcPr>
            <w:tcW w:type="dxa" w:w="29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6" w:right="1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Saturday 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星期六</w:t>
            </w:r>
          </w:p>
        </w:tc>
        <w:tc>
          <w:tcPr>
            <w:tcW w:type="dxa" w:w="29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20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24" w:right="2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Monday 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" w:right="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星期一</w:t>
            </w:r>
          </w:p>
        </w:tc>
        <w:tc>
          <w:tcPr>
            <w:tcW w:type="dxa" w:w="291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396" w:right="3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53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46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1504"/>
        </w:trPr>
        <w:tc>
          <w:tcPr>
            <w:tcW w:type="dxa" w:w="3468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2" w:right="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Sunday </w:t>
            </w:r>
          </w:p>
        </w:tc>
        <w:tc>
          <w:tcPr>
            <w:tcW w:type="dxa" w:w="16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08" w:right="2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星期日</w:t>
            </w:r>
          </w:p>
        </w:tc>
        <w:tc>
          <w:tcPr>
            <w:tcW w:type="dxa" w:w="29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4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72" w:right="1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Tuesday </w:t>
            </w:r>
          </w:p>
        </w:tc>
        <w:tc>
          <w:tcPr>
            <w:tcW w:type="dxa" w:w="1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8" w:right="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星期二</w:t>
            </w:r>
          </w:p>
        </w:tc>
        <w:tc>
          <w:tcPr>
            <w:tcW w:type="dxa" w:w="29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06" w:right="20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watch </w:t>
            </w:r>
          </w:p>
        </w:tc>
        <w:tc>
          <w:tcPr>
            <w:tcW w:type="dxa" w:w="16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" w:right="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观看，注视</w:t>
            </w:r>
          </w:p>
        </w:tc>
        <w:tc>
          <w:tcPr>
            <w:tcW w:type="dxa" w:w="29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 </w:t>
            </w:r>
          </w:p>
        </w:tc>
        <w:tc>
          <w:tcPr>
            <w:tcW w:type="dxa" w:w="19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每一个</w:t>
            </w:r>
          </w:p>
        </w:tc>
        <w:tc>
          <w:tcPr>
            <w:tcW w:type="dxa" w:w="29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day </w:t>
            </w:r>
          </w:p>
        </w:tc>
        <w:tc>
          <w:tcPr>
            <w:tcW w:type="dxa" w:w="19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一天，一日</w:t>
            </w:r>
          </w:p>
        </w:tc>
        <w:tc>
          <w:tcPr>
            <w:tcW w:type="dxa" w:w="29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62"/>
        </w:trPr>
        <w:tc>
          <w:tcPr>
            <w:tcW w:type="dxa" w:w="15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visit </w:t>
            </w:r>
          </w:p>
        </w:tc>
        <w:tc>
          <w:tcPr>
            <w:tcW w:type="dxa" w:w="194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拜访，看望</w:t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56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1306"/>
        </w:trPr>
        <w:tc>
          <w:tcPr>
            <w:tcW w:type="dxa" w:w="3568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week </w:t>
            </w:r>
          </w:p>
        </w:tc>
        <w:tc>
          <w:tcPr>
            <w:tcW w:type="dxa" w:w="20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星期，周</w:t>
            </w:r>
          </w:p>
        </w:tc>
        <w:tc>
          <w:tcPr>
            <w:tcW w:type="dxa" w:w="28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3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Wednesday </w:t>
            </w:r>
          </w:p>
        </w:tc>
        <w:tc>
          <w:tcPr>
            <w:tcW w:type="dxa" w:w="12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星期三</w:t>
            </w:r>
          </w:p>
        </w:tc>
        <w:tc>
          <w:tcPr>
            <w:tcW w:type="dxa" w:w="28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tell </w:t>
            </w:r>
          </w:p>
        </w:tc>
        <w:tc>
          <w:tcPr>
            <w:tcW w:type="dxa" w:w="224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告诉，告知</w:t>
            </w:r>
          </w:p>
        </w:tc>
        <w:tc>
          <w:tcPr>
            <w:tcW w:type="dxa" w:w="28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fix </w:t>
            </w:r>
          </w:p>
        </w:tc>
        <w:tc>
          <w:tcPr>
            <w:tcW w:type="dxa" w:w="224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90" w:right="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修理</w:t>
            </w:r>
          </w:p>
        </w:tc>
        <w:tc>
          <w:tcPr>
            <w:tcW w:type="dxa" w:w="28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hurry </w:t>
            </w:r>
          </w:p>
        </w:tc>
        <w:tc>
          <w:tcPr>
            <w:tcW w:type="dxa" w:w="20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赶紧</w:t>
            </w:r>
          </w:p>
        </w:tc>
        <w:tc>
          <w:tcPr>
            <w:tcW w:type="dxa" w:w="28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56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68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7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938"/>
        </w:trPr>
        <w:tc>
          <w:tcPr>
            <w:tcW w:type="dxa" w:w="15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know </w:t>
            </w:r>
          </w:p>
        </w:tc>
        <w:tc>
          <w:tcPr>
            <w:tcW w:type="dxa" w:w="2164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知道，了解</w:t>
            </w:r>
          </w:p>
        </w:tc>
        <w:tc>
          <w:tcPr>
            <w:tcW w:type="dxa" w:w="2766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late </w:t>
            </w:r>
          </w:p>
        </w:tc>
        <w:tc>
          <w:tcPr>
            <w:tcW w:type="dxa" w:w="21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晚的；迟到的</w:t>
            </w:r>
          </w:p>
        </w:tc>
        <w:tc>
          <w:tcPr>
            <w:tcW w:type="dxa" w:w="27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6" w:right="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early </w:t>
            </w:r>
          </w:p>
        </w:tc>
        <w:tc>
          <w:tcPr>
            <w:tcW w:type="dxa" w:w="21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4" w:right="1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早的</w:t>
            </w:r>
          </w:p>
        </w:tc>
        <w:tc>
          <w:tcPr>
            <w:tcW w:type="dxa" w:w="27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time </w:t>
            </w:r>
          </w:p>
        </w:tc>
        <w:tc>
          <w:tcPr>
            <w:tcW w:type="dxa" w:w="21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98" w:right="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时间，钟点</w:t>
            </w:r>
          </w:p>
        </w:tc>
        <w:tc>
          <w:tcPr>
            <w:tcW w:type="dxa" w:w="27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afternoon </w:t>
            </w:r>
          </w:p>
        </w:tc>
        <w:tc>
          <w:tcPr>
            <w:tcW w:type="dxa" w:w="1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下午，午后</w:t>
            </w:r>
          </w:p>
        </w:tc>
        <w:tc>
          <w:tcPr>
            <w:tcW w:type="dxa" w:w="27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0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6" w:right="2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evening </w:t>
            </w:r>
          </w:p>
        </w:tc>
        <w:tc>
          <w:tcPr>
            <w:tcW w:type="dxa" w:w="1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傍晚，晚上</w:t>
            </w:r>
          </w:p>
        </w:tc>
        <w:tc>
          <w:tcPr>
            <w:tcW w:type="dxa" w:w="27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68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3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1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1202"/>
        </w:trPr>
        <w:tc>
          <w:tcPr>
            <w:tcW w:type="dxa" w:w="193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get� up </w:t>
            </w:r>
          </w:p>
        </w:tc>
        <w:tc>
          <w:tcPr>
            <w:tcW w:type="dxa" w:w="13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起床</w:t>
            </w:r>
          </w:p>
        </w:tc>
        <w:tc>
          <w:tcPr>
            <w:tcW w:type="dxa" w:w="313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618" w:right="6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3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8" w:right="6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always </w:t>
            </w:r>
          </w:p>
        </w:tc>
        <w:tc>
          <w:tcPr>
            <w:tcW w:type="dxa" w:w="13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总是</w:t>
            </w:r>
          </w:p>
        </w:tc>
        <w:tc>
          <w:tcPr>
            <w:tcW w:type="dxa" w:w="31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8" w:right="6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8" w:right="6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9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breakfast </w:t>
            </w:r>
          </w:p>
        </w:tc>
        <w:tc>
          <w:tcPr>
            <w:tcW w:type="dxa" w:w="13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早餐</w:t>
            </w:r>
          </w:p>
        </w:tc>
        <w:tc>
          <w:tcPr>
            <w:tcW w:type="dxa" w:w="31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8" w:right="6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8" w:right="6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2" w:right="9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when </w:t>
            </w:r>
          </w:p>
        </w:tc>
        <w:tc>
          <w:tcPr>
            <w:tcW w:type="dxa" w:w="17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什么时候</w:t>
            </w:r>
          </w:p>
        </w:tc>
        <w:tc>
          <w:tcPr>
            <w:tcW w:type="dxa" w:w="31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8" w:right="6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3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8" w:right="6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974"/>
        </w:trPr>
        <w:tc>
          <w:tcPr>
            <w:tcW w:type="dxa" w:w="42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Thursday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tomorrow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all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today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remember</w:t>
            </w:r>
          </w:p>
        </w:tc>
        <w:tc>
          <w:tcPr>
            <w:tcW w:type="dxa" w:w="62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4" w:after="0"/>
              <w:ind w:left="2290" w:right="22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星期四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0" w:right="22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明天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0" w:right="22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全部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今天，今日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0" w:right="22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记住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9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15952"/>
        </w:trPr>
        <w:tc>
          <w:tcPr>
            <w:tcW w:type="dxa" w:w="429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diary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Friday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Saturday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Monday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Sunday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Tuesday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watch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every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visit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week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Wednesday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tell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fix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hurry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know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late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early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time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afternoon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evening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get� up</w:t>
            </w:r>
          </w:p>
        </w:tc>
        <w:tc>
          <w:tcPr>
            <w:tcW w:type="dxa" w:w="616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046" w:right="204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日记，日记簿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星期五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星期六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星期一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星期日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星期二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观看，注视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每一个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一天，一日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拜访，看望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星期，周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星期三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告诉，告知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修理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赶紧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知道，了解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26" w:right="192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晚的；迟到的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早的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时间，钟点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下午，午后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傍晚，晚上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起床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2414"/>
        </w:trPr>
        <w:tc>
          <w:tcPr>
            <w:tcW w:type="dxa" w:w="41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always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breakfast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when</w:t>
            </w:r>
          </w:p>
        </w:tc>
        <w:tc>
          <w:tcPr>
            <w:tcW w:type="dxa" w:w="62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总是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早餐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什么时候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4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512" w:right="5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Thursday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yrdaTsuh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Tyrhdsua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星期四</w:t>
            </w:r>
          </w:p>
        </w:tc>
      </w:tr>
      <w:tr>
        <w:trPr>
          <w:trHeight w:hRule="exact" w:val="520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62" w:right="4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ootormrw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tomorrow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morwroto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明天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all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lal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全部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today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yatdo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adtyo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今天，今日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0" w:right="4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remember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rreeembm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bemeermr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记住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rydia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diary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idary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日记，日记簿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Friday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rayFdi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ayFrdi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星期五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80" w:right="5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dryaSaut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Saturday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aytdaSru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星期六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46" w:right="64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anMdoy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Mydano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Monday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星期一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yanSud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nySaud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Sunday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星期日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30" w:right="6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deTsyua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desyuTa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Tuesday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星期二</w:t>
            </w:r>
          </w:p>
        </w:tc>
      </w:tr>
      <w:tr>
        <w:trPr>
          <w:trHeight w:hRule="exact" w:val="520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wthac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watch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wtcha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观看，注视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every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vyere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vyeer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每一个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day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ayd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yda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一天，一日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istiv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visit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visit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拜访，看望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week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ewke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week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星期，周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Wdaeynsde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Wednesday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eeaWdnsdy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星期三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letl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ellt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tell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告诉，告知</w:t>
            </w:r>
          </w:p>
        </w:tc>
      </w:tr>
      <w:tr>
        <w:trPr>
          <w:trHeight w:hRule="exact" w:val="520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xif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fix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fxi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修理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uhrry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hurry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yhrru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赶紧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wkon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onkw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know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知道，了解</w:t>
            </w:r>
          </w:p>
        </w:tc>
      </w:tr>
      <w:tr>
        <w:trPr>
          <w:trHeight w:hRule="exact" w:val="520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atel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late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etal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晚的；迟到的</w:t>
            </w:r>
          </w:p>
        </w:tc>
      </w:tr>
      <w:tr>
        <w:trPr>
          <w:trHeight w:hRule="exact" w:val="1210"/>
        </w:trPr>
        <w:tc>
          <w:tcPr>
            <w:tcW w:type="dxa" w:w="23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early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rayle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relay</w:t>
            </w:r>
          </w:p>
        </w:tc>
        <w:tc>
          <w:tcPr>
            <w:tcW w:type="dxa" w:w="42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早的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4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790"/>
        </w:trPr>
        <w:tc>
          <w:tcPr>
            <w:tcW w:type="dxa" w:w="22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iemt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meti</w:t>
            </w:r>
          </w:p>
        </w:tc>
        <w:tc>
          <w:tcPr>
            <w:tcW w:type="dxa" w:w="18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time</w:t>
            </w:r>
          </w:p>
        </w:tc>
        <w:tc>
          <w:tcPr>
            <w:tcW w:type="dxa" w:w="44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时间，钟点</w:t>
            </w:r>
          </w:p>
        </w:tc>
      </w:tr>
      <w:tr>
        <w:trPr>
          <w:trHeight w:hRule="exact" w:val="520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2" w:right="3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eotnoranf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oearnfotn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afternoon</w:t>
            </w:r>
          </w:p>
        </w:tc>
        <w:tc>
          <w:tcPr>
            <w:tcW w:type="dxa" w:w="4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下午，午后</w:t>
            </w:r>
          </w:p>
        </w:tc>
      </w:tr>
      <w:tr>
        <w:trPr>
          <w:trHeight w:hRule="exact" w:val="516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72" w:right="5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vnegnei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ivgneen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evening</w:t>
            </w:r>
          </w:p>
        </w:tc>
        <w:tc>
          <w:tcPr>
            <w:tcW w:type="dxa" w:w="4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傍晚，晚上</w:t>
            </w:r>
          </w:p>
        </w:tc>
      </w:tr>
      <w:tr>
        <w:trPr>
          <w:trHeight w:hRule="exact" w:val="518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556" w:right="5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ue� pgt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get� up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ptu� eg</w:t>
            </w:r>
          </w:p>
        </w:tc>
        <w:tc>
          <w:tcPr>
            <w:tcW w:type="dxa" w:w="4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起床</w:t>
            </w:r>
          </w:p>
        </w:tc>
      </w:tr>
      <w:tr>
        <w:trPr>
          <w:trHeight w:hRule="exact" w:val="518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ywlsaa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aswlay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always</w:t>
            </w:r>
          </w:p>
        </w:tc>
        <w:tc>
          <w:tcPr>
            <w:tcW w:type="dxa" w:w="4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总是</w:t>
            </w:r>
          </w:p>
        </w:tc>
      </w:tr>
      <w:tr>
        <w:trPr>
          <w:trHeight w:hRule="exact" w:val="516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22" w:right="4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breakfast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sebkrfata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braaftsek</w:t>
            </w:r>
          </w:p>
        </w:tc>
        <w:tc>
          <w:tcPr>
            <w:tcW w:type="dxa" w:w="4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早餐</w:t>
            </w:r>
          </w:p>
        </w:tc>
      </w:tr>
      <w:tr>
        <w:trPr>
          <w:trHeight w:hRule="exact" w:val="604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enhw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when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wneh</w:t>
            </w:r>
          </w:p>
        </w:tc>
        <w:tc>
          <w:tcPr>
            <w:tcW w:type="dxa" w:w="4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什么时候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0850"/>
        </w:trPr>
        <w:tc>
          <w:tcPr>
            <w:tcW w:type="dxa" w:w="47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hursda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星期四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全部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emembe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记住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day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星期一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Tue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每一个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拜访，看望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Wednes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x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修理</w:t>
            </w:r>
          </w:p>
        </w:tc>
        <w:tc>
          <w:tcPr>
            <w:tcW w:type="dxa" w:w="57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810" w:right="8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morr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明天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10" w:right="8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今天，今日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10" w:right="8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日记，日记簿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10" w:right="8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day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10" w:right="8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星期日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434" w:right="143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tch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观看，注视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10" w:right="8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一天，一日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10" w:right="8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星期，周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10" w:right="8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告诉，告知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60" w:right="106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赶紧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8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5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5248"/>
        </w:trPr>
        <w:tc>
          <w:tcPr>
            <w:tcW w:type="dxa" w:w="48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知道，了解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aft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下午，午后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起床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bre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早餐</w:t>
            </w:r>
          </w:p>
        </w:tc>
        <w:tc>
          <w:tcPr>
            <w:tcW w:type="dxa" w:w="55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696" w:right="6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晚的；迟到的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46" w:right="94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时间，钟点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46" w:right="94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傍晚，晚上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696" w:right="6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总是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696" w:right="6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什么时候</w:t>
            </w:r>
          </w:p>
        </w:tc>
      </w:tr>
    </w:tbl>
    <w:p>
      <w:pPr>
        <w:autoSpaceDN w:val="0"/>
        <w:autoSpaceDE w:val="0"/>
        <w:widowControl/>
        <w:spacing w:line="2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星期四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明天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全部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今天，今日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记住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日记，日记簿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星期五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星期六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星期一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星期日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星期二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观看，注视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每一个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一天，一日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拜访，看望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星期，周 </w:t>
            </w:r>
          </w:p>
        </w:tc>
      </w:tr>
      <w:tr>
        <w:trPr>
          <w:trHeight w:hRule="exact" w:val="1662"/>
        </w:trPr>
        <w:tc>
          <w:tcPr>
            <w:tcW w:type="dxa" w:w="47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星期三 </w:t>
            </w:r>
          </w:p>
        </w:tc>
        <w:tc>
          <w:tcPr>
            <w:tcW w:type="dxa" w:w="26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告诉，告知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7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北师大版（三年级起点）</w:t>
            </w:r>
          </w:p>
        </w:tc>
      </w:tr>
      <w:tr>
        <w:trPr>
          <w:trHeight w:hRule="exact" w:val="1306"/>
        </w:trPr>
        <w:tc>
          <w:tcPr>
            <w:tcW w:type="dxa" w:w="47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修理 </w:t>
            </w:r>
          </w:p>
        </w:tc>
        <w:tc>
          <w:tcPr>
            <w:tcW w:type="dxa" w:w="26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赶紧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知道，了解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晚的；迟到的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早的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时间，钟点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下午，午后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傍晚，晚上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起床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总是 </w:t>
            </w:r>
          </w:p>
        </w:tc>
      </w:tr>
      <w:tr>
        <w:trPr>
          <w:trHeight w:hRule="exact" w:val="10646"/>
        </w:trPr>
        <w:tc>
          <w:tcPr>
            <w:tcW w:type="dxa" w:w="47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早餐 </w:t>
            </w:r>
          </w:p>
        </w:tc>
        <w:tc>
          <w:tcPr>
            <w:tcW w:type="dxa" w:w="26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什么时候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