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rFonts w:ascii="宋体" w:hAnsi="宋体" w:eastAsia="宋体"/>
          <w:color w:val="000000"/>
          <w:sz w:val="44"/>
        </w:rPr>
        <w:t>2025年数量关系试题及答案详解</w:t>
      </w:r>
    </w:p>
    <w:p>
      <w:r>
        <w:br/>
        <w:t xml:space="preserve"> 一、单项选择题（共10题，每题2分，共20分）</w:t>
        <w:br/>
        <w:br/>
        <w:t>1. 一个班级有40名学生，其中25名学生喜欢数学，30名学生喜欢语文，有15名学生两科都喜欢。那么有多少名学生两科都不喜欢？</w:t>
        <w:br/>
        <w:br/>
        <w:t>A. 0</w:t>
        <w:br/>
        <w:br/>
        <w:t>B. 5</w:t>
        <w:br/>
        <w:br/>
        <w:t>C. 10</w:t>
        <w:br/>
        <w:br/>
        <w:t>D. 15</w:t>
        <w:br/>
        <w:br/>
        <w:t>2. 某商品原价为200元，先降价20%，再提价20%，现在的价格是：</w:t>
        <w:br/>
        <w:br/>
        <w:t>A. 192元</w:t>
        <w:br/>
        <w:br/>
        <w:t>B. 200元</w:t>
        <w:br/>
        <w:br/>
        <w:t>C. 208元</w:t>
        <w:br/>
        <w:br/>
        <w:t>D. 220元</w:t>
        <w:br/>
        <w:br/>
        <w:t>3. 甲、乙两人同时从A地出发前往B地，甲的速度为5公里/小时，乙的速度为3公里/小时。甲到达B地后立即返回，与乙在途中相遇。已知A、B两地相距24公里，相遇时乙已经走了多长时间？</w:t>
        <w:br/>
        <w:br/>
        <w:t>A. 2小时</w:t>
        <w:br/>
        <w:br/>
        <w:t>B. 3小时</w:t>
        <w:br/>
        <w:br/>
        <w:t>C. 4小时</w:t>
        <w:br/>
        <w:br/>
        <w:t>D. 5小时</w:t>
        <w:br/>
        <w:br/>
        <w:t>4. 一个水池有甲、乙两个进水管和一个排水管。单独开甲管，6小时可注满水池；单独开乙管，8小时可注满水池；单独开排水管，12小时可排空水池。如果三管齐开，多少小时可注满水池？</w:t>
        <w:br/>
        <w:br/>
        <w:t>A. 4小时</w:t>
        <w:br/>
        <w:br/>
        <w:t>B. 5小时</w:t>
        <w:br/>
        <w:br/>
        <w:t>C. 6小时</w:t>
        <w:br/>
        <w:br/>
        <w:t>D. 8小时</w:t>
        <w:br/>
        <w:br/>
        <w:t>5. 某公司有员工100人，其中男性60人，女性40人。如果随机抽取10人，那么抽到至少一名女性的概率是多少？</w:t>
        <w:br/>
        <w:br/>
        <w:t>A. 0.1</w:t>
        <w:br/>
        <w:br/>
        <w:t>B. 0.4</w:t>
        <w:br/>
        <w:br/>
        <w:t>C. 0.6</w:t>
        <w:br/>
        <w:br/>
        <w:t>D. 0.9963</w:t>
        <w:br/>
        <w:br/>
        <w:t>6. 一个三位数的各位数字之和为15，且这个数能被3整除，那么这个数可能是：</w:t>
        <w:br/>
        <w:br/>
        <w:t>A. 456</w:t>
        <w:br/>
        <w:br/>
        <w:t>B. 567</w:t>
        <w:br/>
        <w:br/>
        <w:t>C. 678</w:t>
        <w:br/>
        <w:br/>
        <w:t>D. 789</w:t>
        <w:br/>
        <w:br/>
        <w:t>7. 某农场有鸡和兔共50只，脚共140只。那么鸡有多少只？</w:t>
        <w:br/>
        <w:br/>
        <w:t>A. 20</w:t>
        <w:br/>
        <w:br/>
        <w:t>B. 25</w:t>
        <w:br/>
        <w:br/>
        <w:t>C. 30</w:t>
        <w:br/>
        <w:br/>
        <w:t>D. 35</w:t>
        <w:br/>
        <w:br/>
        <w:t>8. 某商品按定价出售，可以获得利润25%。如果按定价的90%出售，则亏损25元。该商品的成本价是多少元？</w:t>
        <w:br/>
        <w:br/>
        <w:t>A. 100</w:t>
        <w:br/>
        <w:br/>
        <w:t>B. 120</w:t>
        <w:br/>
        <w:br/>
        <w:t>C. 150</w:t>
        <w:br/>
        <w:br/>
        <w:t>D. 200</w:t>
        <w:br/>
        <w:br/>
        <w:t>9. 甲、乙两人合作完成一项工作需要8天，甲单独完成需要12天。那么乙单独完成这项工作需要多少天？</w:t>
        <w:br/>
        <w:br/>
        <w:t>A. 16</w:t>
        <w:br/>
        <w:br/>
        <w:t>B. 20</w:t>
        <w:br/>
        <w:br/>
        <w:t>C. 24</w:t>
        <w:br/>
        <w:br/>
        <w:t>D. 30</w:t>
        <w:br/>
        <w:br/>
        <w:t>10. 某班有50名学生，参加数学竞赛的有30人，参加物理竞赛的有25人，两科都参加的有10人。那么两科都不参加的有多少人？</w:t>
        <w:br/>
        <w:br/>
        <w:t>A. 5</w:t>
        <w:br/>
        <w:br/>
        <w:t>B. 10</w:t>
        <w:br/>
        <w:br/>
        <w:t>C. 15</w:t>
        <w:br/>
        <w:br/>
        <w:t>D. 20</w:t>
        <w:br/>
        <w:br/>
        <w:t xml:space="preserve"> 二、填空题（共5题，每题2分，共10分）</w:t>
        <w:br/>
        <w:br/>
        <w:t>1. 一个数的3倍加上5等于这个数的5倍减去7，这个数是______。</w:t>
        <w:br/>
        <w:br/>
        <w:t>2. 某工厂计划生产一批零件，原计划每天生产100个，30天完成。现在要求提前5天完成，那么每天需要生产______个零件。</w:t>
        <w:br/>
        <w:br/>
        <w:t>3. 一个长方形的周长是36厘米，长是宽的2倍，那么这个长方形的面积是______平方厘米。</w:t>
        <w:br/>
        <w:br/>
        <w:t>4. 某公司去年的利润是100万元，今年比去年增长了20%，明年的计划利润是今年的1.5倍，那么明年的计划利润是______万元。</w:t>
        <w:br/>
        <w:br/>
        <w:t>5. 甲、乙两人从相距60公里的两地同时出发，相向而行。甲的速度是每小时10公里，乙的速度是每小时8公里。他们出发后______小时相遇。</w:t>
        <w:br/>
        <w:br/>
        <w:t xml:space="preserve"> 三、判断题（共5题，每题2分，共10分）</w:t>
        <w:br/>
        <w:br/>
        <w:t>1. 任何两个相邻的自然数的乘积一定是偶数。（ ）</w:t>
        <w:br/>
        <w:br/>
        <w:t>2. 一个数的平方一定大于这个数本身。（ ）</w:t>
        <w:br/>
        <w:br/>
        <w:t>3. 如果a &gt; b &gt; 0，那么1/a &lt; 1/b。（ ）</w:t>
        <w:br/>
        <w:br/>
        <w:t>4. 两个质数的和一定是偶数。（ ）</w:t>
        <w:br/>
        <w:br/>
        <w:t>5. 一个三角形中，至少有一个角大于或等于60度。（ ）</w:t>
        <w:br/>
        <w:br/>
        <w:t xml:space="preserve"> 四、多项选择题（共2题，每题2分，共4分）</w:t>
        <w:br/>
        <w:br/>
        <w:t>1. 下列哪些说法是正确的？</w:t>
        <w:br/>
        <w:br/>
        <w:t>A. 0是最小的自然数</w:t>
        <w:br/>
        <w:br/>
        <w:t>B. 1是最小的质数</w:t>
        <w:br/>
        <w:br/>
        <w:t>C. 所有的偶数都是合数</w:t>
        <w:br/>
        <w:br/>
        <w:t>D. 两个连续的自然数的乘积一定是偶数</w:t>
        <w:br/>
        <w:br/>
        <w:t>E. 任何数的平方都是非负数</w:t>
        <w:br/>
        <w:br/>
        <w:t>2. 关于分数，下列哪些说法是正确的？</w:t>
        <w:br/>
        <w:br/>
        <w:t>A. 分数的分子和分母同时乘以同一个不为零的数，分数的大小不变</w:t>
        <w:br/>
        <w:br/>
        <w:t>B. 分数的分子和分母同时加上同一个数，分数的大小不变</w:t>
        <w:br/>
        <w:br/>
        <w:t>C. 真分数的值一定小于1</w:t>
        <w:br/>
        <w:br/>
        <w:t>D. 假分数的值一定大于1</w:t>
        <w:br/>
        <w:br/>
        <w:t>E. 分数可以表示除法的商</w:t>
        <w:br/>
        <w:br/>
        <w:t xml:space="preserve"> 五、简答题（共2题，每题5分，共10分）</w:t>
        <w:br/>
        <w:br/>
        <w:t>1. 某商店将一件商品按成本价提高50%定价，后来为促销，按定价的80%出售，仍可获利20元。求这件商品的成本价是多少元？</w:t>
        <w:br/>
        <w:br/>
        <w:t>2. 甲、乙两人同时从A地出发前往B地，甲的速度是每小时5公里，乙的速度是每小时3公里。甲到达B地后立即返回，与乙在途中相遇。已知A、B两地相距24公里，求相遇时两人各走了多少公里？</w:t>
        <w:br/>
        <w:br/>
        <w:t xml:space="preserve"> 参考答案及解析</w:t>
        <w:br/>
        <w:br/>
        <w:t xml:space="preserve"> 一、单项选择题</w:t>
        <w:br/>
        <w:br/>
        <w:t>1. 答案：A</w:t>
        <w:br/>
        <w:br/>
        <w:t>解析：使用容斥原理，喜欢数学或语文的学生人数 = 喜欢数学的人数 + 喜欢语文的人数 - 两科都喜欢的人数 = 25 + 30 - 15 = 40人。班级总人数为40人，所以两科都不喜欢的人数 = 40 - 40 = 0人。</w:t>
        <w:br/>
        <w:br/>
        <w:t>2. 答案：A</w:t>
        <w:br/>
        <w:br/>
        <w:t>解析：先降价20%，价格为200 × (1 - 0.2) = 160元；再提价20%，价格为160 × (1 + 0.2) = 192元。</w:t>
        <w:br/>
        <w:br/>
        <w:t>3. 答案：B</w:t>
        <w:br/>
        <w:br/>
        <w:t>解析：设相遇时乙已经走了t小时，则甲走了(t - 24/5)小时（因为甲先到达B地需要24/5=4.8小时）。相遇时，两人走的距离之和为48公里（因为甲走了24公里到B地，又返回走了若干公里，乙走了若干公里）。所以有：5(t - 4.8) + 3t = 48，解得t=3小时。</w:t>
        <w:br/>
        <w:br/>
        <w:t>4. 答案：B</w:t>
        <w:br/>
        <w:br/>
        <w:t>解析：甲管的注水速度为1/6，乙管的注水速度为1/8，排水管的排水速度为1/12。三管齐开时的净注水速度为1/6 + 1/8 - 1/12 = (4 + 3 - 2)/24 = 5/24。所以注满水池需要24/5 = 4.8小时，约等于5小时。</w:t>
        <w:br/>
        <w:br/>
        <w:t>5. 答案：D</w:t>
        <w:br/>
        <w:br/>
        <w:t>解析：抽到至少一名女性的概率 = 1 - 抽到的全是男性的概率。抽到全是男性的概率 = C(60,10)/C(100,10) ≈ 0.0037。所以抽到至少一名女性的概率 ≈ 1 - 0.0037 = 0.9963。</w:t>
        <w:br/>
        <w:br/>
        <w:t>6. 答案：B</w:t>
        <w:br/>
        <w:br/>
        <w:t>解析：一个数能被3整除的条件是各位数字之和能被3整除。四个选项中，只有567的各位数字之和5+6+7=18能被3整除。</w:t>
        <w:br/>
        <w:br/>
        <w:t>7. 答案：C</w:t>
        <w:br/>
        <w:br/>
        <w:t>解析：设鸡有x只，兔有y只。根据题意，有x + y = 50，2x + 4y = 140。解得x=30，y=20。所以鸡有30只。</w:t>
        <w:br/>
        <w:br/>
        <w:t>8. 答案：A</w:t>
        <w:br/>
        <w:br/>
        <w:t>解析：设成本价为x元，则定价为1.25x元。按定价的90%出售，价格为1.25x × 0.9 = 1.125x元。根据题意，1.125x - x = -25，解得x=100。</w:t>
        <w:br/>
        <w:br/>
        <w:t>9. 答案：C</w:t>
        <w:br/>
        <w:br/>
        <w:t>解析：设乙单独完成需要x天。甲的工作效率为1/12，乙的工作效率为1/x。两人合作的工作效率为1/8。所以有1/12 + 1/x = 1/8，解得x=24。</w:t>
        <w:br/>
        <w:br/>
        <w:t>10. 答案：A</w:t>
        <w:br/>
        <w:br/>
        <w:t>解析：使用容斥原理，参加数学或物理竞赛的学生人数 = 参加数学竞赛的人数 + 参加物理竞赛的人数 - 两科都参加的人数 = 30 + 25 - 10 = 45人。所以两科都不参加的人数 = 50 - 45 = 5人。</w:t>
        <w:br/>
        <w:br/>
        <w:t xml:space="preserve"> 二、填空题</w:t>
        <w:br/>
        <w:br/>
        <w:t>1. 答案：6</w:t>
        <w:br/>
        <w:br/>
        <w:t>解析：设这个数为x，根据题意有3x + 5 = 5x - 7，解得2x = 12，x = 6。</w:t>
        <w:br/>
        <w:br/>
        <w:t>2. 答案：120</w:t>
        <w:br/>
        <w:br/>
        <w:t>解析：原计划生产零件总数 = 100 × 30 = 3000个。现在要在25天内完成，所以每天需要生产3000 ÷ 25 = 120个。</w:t>
        <w:br/>
        <w:br/>
        <w:t>3. 答案：72</w:t>
        <w:br/>
        <w:br/>
        <w:t>解析：设宽为x厘米，则长为2x厘米。根据周长公式，2(x + 2x) = 36，解得x = 6厘米。所以长为12厘米，面积为12 × 6 = 72平方厘米。</w:t>
        <w:br/>
        <w:br/>
        <w:t>4. 答案：180</w:t>
        <w:br/>
        <w:br/>
        <w:t>解析：今年的利润 = 100 × (1 + 0.2) = 120万元。明年的计划利润 = 120 × 1.5 = 180万元。</w:t>
        <w:br/>
        <w:br/>
        <w:t>5. 答案：3又1/3</w:t>
        <w:br/>
        <w:br/>
        <w:t>解析：两人的速度和为10 + 8 = 18公里/小时。相遇时间 = 总距离 ÷ 速度和 = 60 ÷ 18 = 10/3 = 3又1/3小时。</w:t>
        <w:br/>
        <w:br/>
        <w:t xml:space="preserve"> 三、判断题</w:t>
        <w:br/>
        <w:br/>
        <w:t>1. 答案：正确</w:t>
        <w:br/>
        <w:br/>
        <w:t>解析：任何两个相邻的自然数中必有一个是偶数，偶数与任何数的乘积都是偶数，所以两个相邻自然数的乘积一定是偶数。</w:t>
        <w:br/>
        <w:br/>
        <w:t>2. 答案：错误</w:t>
        <w:br/>
        <w:br/>
        <w:t>解析：当0 &lt; x &lt; 1时，x² &lt; x。例如，0.5² = 0.25 &lt; 0.5。</w:t>
        <w:br/>
        <w:br/>
        <w:t>3. 答案：正确</w:t>
        <w:br/>
        <w:br/>
        <w:t>解析：因为a &gt; b &gt; 0，所以1/a和1/b都是正数，且1/a &lt; 1/b。例如，2 &gt; 1 &gt; 0，但1/2 &lt; 1/1。</w:t>
        <w:br/>
        <w:br/>
        <w:t>4. 答案：错误</w:t>
        <w:br/>
        <w:br/>
        <w:t>解析：2是最小的质数，也是唯一的偶质数。两个奇质数的和是偶数，但如果其中一个质数是2，另一个是奇质数，则它们的和是奇数。例如，2 + 3 = 5是奇数。</w:t>
        <w:br/>
        <w:br/>
        <w:t>5. 答案：正确</w:t>
        <w:br/>
        <w:br/>
        <w:t>解析：三角形内角和为180度。如果所有角都小于60度，则内角和将小于180度，这是不可能的。所以至少有一个角大于或等于60度。</w:t>
        <w:br/>
        <w:br/>
        <w:t xml:space="preserve"> 四、多项选择题</w:t>
        <w:br/>
        <w:br/>
        <w:t>1. 答案：D、E</w:t>
        <w:br/>
        <w:br/>
        <w:t>解析：A错误，0不是自然数（在大多数定义中，自然数从1开始）；B错误，1不是质数；C错误，2是偶数但不是合数；D正确，两个连续的自然数中必有一个是偶数，所以它们的乘积是偶数；E正确，分数可以表示除法的商，如a/b表示a除以b。</w:t>
        <w:br/>
        <w:br/>
        <w:t>2. 答案：A、C、E</w:t>
        <w:br/>
        <w:br/>
        <w:t>解析：A正确，这是分数的基本性质；B错误，分子和分母同时加上同一个数，分数的大小会改变，如1/2 ≠ (1+1)/(2+1) = 2/3；C正确，真分数是指分子小于分母的分数，其值一定小于1；D错误，假分数是指分子大于或等于分母的分数，其值大于或等于1，不一定是大于1；E正确，分数可以表示除法的商，如3/4表示3除以4。</w:t>
        <w:br/>
        <w:br/>
        <w:t xml:space="preserve"> 五、简答题</w:t>
        <w:br/>
        <w:br/>
        <w:t>1. 答案：这件商品的成本价是200元。</w:t>
        <w:br/>
        <w:br/>
        <w:t>解析：设这件商品的成本价为x元。根据题意，定价为x × (1 + 50%) = 1.5x元。按定价的80%出售，价格为1.5x × 80% = 1.2x元。根据题意，1.2x - x = 20，解得x = 200元。</w:t>
        <w:br/>
        <w:br/>
        <w:t>2. 答案：相遇时，甲走了30公里，乙走了18公里。</w:t>
        <w:br/>
        <w:br/>
        <w:t>解析：设相遇时两人已经走了t小时，则甲走了5t公里，乙走了3t公里。因为甲到达B地后立即返回，所以当甲到达B地时已经走了24/5=4.8小时，此时乙已经走了3 × 4.8 = 14.4公里。然后甲开始返回，两人相向而行，此时两人之间的距离为24 - 14.4 = 9.6公里。两人相向而行的速度和为5 + 3 = 8公里/小时，所以相遇需要9.6/8=1.2小时。因此，总时间为4.8 + 1.2 = 6小时。甲走了5 × 6 = 30公里（其中24公里到B地，6公里返回），乙走了3 × 6 = 18公里。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hAnsi="仿宋" w:eastAsia="体"/>
      <w:sz w:val="2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2013-12-23T23:15:00Z</dcterms:created>
  <dcterms:modified xsi:type="dcterms:W3CDTF">2013-12-23T23:15:00Z</dcterms:modified>
  <cp:category/>
</cp:coreProperties>
</file>