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2025年调式调性分析试题及答案</w:t>
      </w:r>
    </w:p>
    <w:p>
      <w:r>
        <w:br/>
        <w:t xml:space="preserve"> 一、单项选择题（共10题，每题2分，共20分）</w:t>
        <w:br/>
        <w:br/>
        <w:t>1. 下列哪个是自然大调的音阶结构？</w:t>
        <w:br/>
        <w:br/>
        <w:t>A. 全音-全音-半音-全音-全音-全音-半音</w:t>
        <w:br/>
        <w:br/>
        <w:t>B. 全音-半音-全音-全音-半音-全音-全音</w:t>
        <w:br/>
        <w:br/>
        <w:t>C. 全音-全音-半音-全音-全音-半音-全音</w:t>
        <w:br/>
        <w:br/>
        <w:t>D. 半音-全音-全音-半音-全音-全音-全音</w:t>
        <w:br/>
        <w:br/>
        <w:t>2. C小调的平行大调是：</w:t>
        <w:br/>
        <w:br/>
        <w:t>A. G大调</w:t>
        <w:br/>
        <w:br/>
        <w:t>B. F大调</w:t>
        <w:br/>
        <w:br/>
        <w:t>C. 降E大调</w:t>
        <w:br/>
        <w:br/>
        <w:t>D. C大调</w:t>
        <w:br/>
        <w:br/>
        <w:t>3. 下列哪个调号表示D大调？</w:t>
        <w:br/>
        <w:br/>
        <w:t>A. 两个升号</w:t>
        <w:br/>
        <w:br/>
        <w:t>B. 两个降号</w:t>
        <w:br/>
        <w:br/>
        <w:t>C. 三个升号</w:t>
        <w:br/>
        <w:br/>
        <w:t>D. 一个升号</w:t>
        <w:br/>
        <w:br/>
        <w:t>4. 和声小调的特征是：</w:t>
        <w:br/>
        <w:br/>
        <w:t>A. 第六级音升高半音</w:t>
        <w:br/>
        <w:br/>
        <w:t>B. 第七级音升高半音</w:t>
        <w:br/>
        <w:br/>
        <w:t>C. 第三级音降低半音</w:t>
        <w:br/>
        <w:br/>
        <w:t>D. 第五级音升高半音</w:t>
        <w:br/>
        <w:br/>
        <w:t>5. 下列哪个是五声调式中的"商"调式？</w:t>
        <w:br/>
        <w:br/>
        <w:t>A. 以C为主音，音程结构为全音-全音-小三度-全音</w:t>
        <w:br/>
        <w:br/>
        <w:t>B. 以D为主音，音程结构为全音-小三度-全音-全音</w:t>
        <w:br/>
        <w:br/>
        <w:t>C. 以E为主音，音程结构为小三度-全音-全音-全音</w:t>
        <w:br/>
        <w:br/>
        <w:t>D. 以G为主音，音程结构为全音-全音-全音-小三度</w:t>
        <w:br/>
        <w:br/>
        <w:t>6. 旋律小调上行时，哪个音级会升高？</w:t>
        <w:br/>
        <w:br/>
        <w:t>A. 第六级和第七级</w:t>
        <w:br/>
        <w:br/>
        <w:t>B. 只有第七级</w:t>
        <w:br/>
        <w:br/>
        <w:t>C. 只有第六级</w:t>
        <w:br/>
        <w:br/>
        <w:t>D. 第三级和第七级</w:t>
        <w:br/>
        <w:br/>
        <w:t>7. 下列哪个调式是中古调式之一？</w:t>
        <w:br/>
        <w:br/>
        <w:t>A. 多利亚调式</w:t>
        <w:br/>
        <w:br/>
        <w:t>B. 大调式</w:t>
        <w:br/>
        <w:br/>
        <w:t>C. 和声小调式</w:t>
        <w:br/>
        <w:br/>
        <w:t>D. 旋律小调式</w:t>
        <w:br/>
        <w:br/>
        <w:t>8. G大调的关系小调是：</w:t>
        <w:br/>
        <w:br/>
        <w:t>A. E小调</w:t>
        <w:br/>
        <w:br/>
        <w:t>B. D小调</w:t>
        <w:br/>
        <w:br/>
        <w:t>C. A小调</w:t>
        <w:br/>
        <w:br/>
        <w:t>D. B小调</w:t>
        <w:br/>
        <w:br/>
        <w:t>9. 下列哪个调号表示F小调？</w:t>
        <w:br/>
        <w:br/>
        <w:t>A. 四个降号</w:t>
        <w:br/>
        <w:br/>
        <w:t>B. 三个降号</w:t>
        <w:br/>
        <w:br/>
        <w:t>C. 五个降号</w:t>
        <w:br/>
        <w:br/>
        <w:t>D. 两个降号</w:t>
        <w:br/>
        <w:br/>
        <w:t>10. 下列哪个是混合利第亚调式的特征？</w:t>
        <w:br/>
        <w:br/>
        <w:t>A. 第七级音降低半音</w:t>
        <w:br/>
        <w:br/>
        <w:t>B. 第二级音升高半音</w:t>
        <w:br/>
        <w:br/>
        <w:t>C. 第四级音升高半音</w:t>
        <w:br/>
        <w:br/>
        <w:t>D. 第六级音降低半音</w:t>
        <w:br/>
        <w:br/>
        <w:t xml:space="preserve"> 二、判断题（共5题，每题2分，共10分）</w:t>
        <w:br/>
        <w:br/>
        <w:t>1. 自然大调与自然小调的主要区别在于第三级音和第六级音的高低不同。（）</w:t>
        <w:br/>
        <w:br/>
        <w:t>2. 所有的小调都是关系大调的平行调。（）</w:t>
        <w:br/>
        <w:br/>
        <w:t>3. 多利亚调式相当于自然小调升高第六级音。（）</w:t>
        <w:br/>
        <w:br/>
        <w:t>4. 转调是指从一个调式转换到另一个调式，但主音音高不变。（）</w:t>
        <w:br/>
        <w:br/>
        <w:t>5. 五声调式只存在于中国传统音乐中，西方音乐中没有使用。（）</w:t>
        <w:br/>
        <w:br/>
        <w:t xml:space="preserve"> 三、多项选择题（共2题，每题2分，共4分）</w:t>
        <w:br/>
        <w:br/>
        <w:t>1. 下列哪些调式属于中古调式？</w:t>
        <w:br/>
        <w:br/>
        <w:t>A. 伊奥尼亚调式</w:t>
        <w:br/>
        <w:br/>
        <w:t>B. 多利亚调式</w:t>
        <w:br/>
        <w:br/>
        <w:t>C. 弗里几亚调式</w:t>
        <w:br/>
        <w:br/>
        <w:t>D. 利第亚调式</w:t>
        <w:br/>
        <w:br/>
        <w:t>E. 和声小调式</w:t>
        <w:br/>
        <w:br/>
        <w:t>2. 下列哪些情况下可以判断一个音乐片段为小调？</w:t>
        <w:br/>
        <w:br/>
        <w:t>A. 结束音为调式的第六级音</w:t>
        <w:br/>
        <w:br/>
        <w:t>B. 第三级音与主音构成小三度</w:t>
        <w:br/>
        <w:br/>
        <w:t>C. 调号中有一个降号且结束音为D</w:t>
        <w:br/>
        <w:br/>
        <w:t>D. 含有升高的第七级音</w:t>
        <w:br/>
        <w:br/>
        <w:t>E. 和声中频繁使用主和弦的第一转位</w:t>
        <w:br/>
        <w:br/>
        <w:t xml:space="preserve"> 四、填空题（共5题，每题2分，共10分）</w:t>
        <w:br/>
        <w:br/>
        <w:t>1. C大调的属音是______，下属音是______。</w:t>
        <w:br/>
        <w:br/>
        <w:t>2. 旋律小调上行时，______级和______级音会升高半音，下行时则与______小调相同。</w:t>
        <w:br/>
        <w:br/>
        <w:t>3. A小调的关系大调是______大调，平行大调是______大调。</w:t>
        <w:br/>
        <w:br/>
        <w:t>4. 五声调式包括宫、商、角、______、______五个音级。</w:t>
        <w:br/>
        <w:br/>
        <w:t>5. 在调号分析中，一个升号表示______大调或其关系小调______小调。</w:t>
        <w:br/>
        <w:br/>
        <w:t xml:space="preserve"> 五、简答题（共2题，每题5分，共10分）</w:t>
        <w:br/>
        <w:br/>
        <w:t>1. 简述自然大调、和声小调与旋律小调的区别与联系。</w:t>
        <w:br/>
        <w:br/>
        <w:t>2. 如何通过分析音乐片段来确定其调式调性？请列出至少三种分析方法并简要说明。</w:t>
        <w:br/>
        <w:br/>
        <w:t xml:space="preserve"> 参考答案及解析</w:t>
        <w:br/>
        <w:br/>
        <w:t xml:space="preserve"> 一、单项选择题</w:t>
        <w:br/>
        <w:br/>
        <w:t>1. 答案：A</w:t>
        <w:br/>
        <w:br/>
        <w:t>解析：自然大调的音阶结构是"全音-全音-半音-全音-全音-全音-半音"。以C大调为例，C到D是全音，D到E是全音，E到F是半音，F到G是全音，G到A是全音，A到B是全音，B到C是半音，符合这一结构。</w:t>
        <w:br/>
        <w:br/>
        <w:t>2. 答案：C</w:t>
        <w:br/>
        <w:br/>
        <w:t>解析：平行大调是指主音相同的大调和小调。C小调的主音是C，因此其平行大调也是以C为主音的大调，即C大调。但选项中没有C大调，如果考虑关系大调（调号相同的大调和小调），C小调的关系大调是降E大调，因为它们都有三个降号。</w:t>
        <w:br/>
        <w:br/>
        <w:t>3. 答案：A</w:t>
        <w:br/>
        <w:br/>
        <w:t>解析：D大调的调号是两个升号，即升F和升C。按照五度圈，从C大调开始，每增加一个升号，主音向上纯五度移动：一个升号是G大调，两个升号是D大调，三个升号是A大调，以此类推。</w:t>
        <w:br/>
        <w:br/>
        <w:t>4. 答案：B</w:t>
        <w:br/>
        <w:br/>
        <w:t>解析：和声小调的特征是第七级音（导音）升高半音，以增强导音向主音的倾向性，加强调性的稳定感。例如，A和声小调的音阶是A-B-C-D-E-F-G-A，其中G就是升高的第七级音。</w:t>
        <w:br/>
        <w:br/>
        <w:t>5. 答案：B</w:t>
        <w:br/>
        <w:br/>
        <w:t>解析：五声调式中的"商"调式是以D为主音的调式，其音程结构为全音-小三度-全音-全音。以D商调式为例，音阶为D-E-G-A-C-D，其中E到G是小三度，其他相邻音之间都是全音。</w:t>
        <w:br/>
        <w:br/>
        <w:t>6. 答案：A</w:t>
        <w:br/>
        <w:br/>
        <w:t>解析：旋律小调上行时，第六级和第七级音会升高半音，以减少增二度音程的出现，使旋律更加流畅。例如，A旋律小调上行时是A-B-C-D-E-F-G-A，而下行时则与自然小调相同：A-G-F-E-D-C-B-A。</w:t>
        <w:br/>
        <w:br/>
        <w:t>7. 答案：A</w:t>
        <w:br/>
        <w:br/>
        <w:t>解析：中古调式，又称教会调式，是中世纪欧洲音乐中使用的调式体系，包括伊奥尼亚、多利亚、弗里几亚、利第亚、混合利第亚、爱奥利亚和洛克利亚等七种调式。多利亚调式是其中之一，而大调式、和声小调式和旋律小调式是后来发展起来的调式。</w:t>
        <w:br/>
        <w:br/>
        <w:t>8. 答案：A</w:t>
        <w:br/>
        <w:br/>
        <w:t>解析：关系大调和小调是指调号相同的大调和小调，它们的主音相距小三度。G大调有一个升号，其关系小调是E小调，因为E小调也有一个升号，且E比G低小三度。</w:t>
        <w:br/>
        <w:br/>
        <w:t>9. 答案：A</w:t>
        <w:br/>
        <w:br/>
        <w:t>解析：F小调有四个降号（降B、降E、降A、降D）。按照五度圈，从C大调开始，每增加一个降号，主音向下纯五度移动：一个降号是F大调，两个降号是降B大调，三个降号是降E大调，四个降号是降A大调。F小调是降A大调的关系小调，因此也有四个降号。</w:t>
        <w:br/>
        <w:br/>
        <w:t>10. 答案：A</w:t>
        <w:br/>
        <w:br/>
        <w:t>解析：混合利第亚调式是中古调式之一，其特征是第七级音降低半音。例如，G混合利第亚调式的音阶是G-A-B-C-D-E-F-G，其中F是降低半音的第七级音（与G伊奥尼亚大调的F相比）。</w:t>
        <w:br/>
        <w:br/>
        <w:t xml:space="preserve"> 二、判断题</w:t>
        <w:br/>
        <w:br/>
        <w:t>1. 答案：√</w:t>
        <w:br/>
        <w:br/>
        <w:t>解析：自然大调与自然小调的主要区别确实在于第三级音和第六级音的高低不同。自然大调的第三级音和第六级音比主音高，分别构成大三度和大六度；而自然小调的第三级音和第六级音比主音低，分别构成小三度和小六度。</w:t>
        <w:br/>
        <w:br/>
        <w:t>2. 答案：×</w:t>
        <w:br/>
        <w:br/>
        <w:t>解析：并非所有的小调都是关系大调的平行调。关系大调和小调是指调号相同的大调和小调，它们的主音相距小三度；而平行大调和小调是指主音相同的大调和小调，它们的调号相差三个升降号。</w:t>
        <w:br/>
        <w:br/>
        <w:t>3. 答案：√</w:t>
        <w:br/>
        <w:br/>
        <w:t>解析：多利亚调式确实相当于自然小调升高第六级音。例如，A自然小调的音阶是A-B-C-D-E-F-G-A，而A多利亚调式的音阶是A-B-C-D-E-F-G-A，其中F就是升高的第六级音。</w:t>
        <w:br/>
        <w:br/>
        <w:t>4. 答案：×</w:t>
        <w:br/>
        <w:br/>
        <w:t>解析：转调是指从一个调式或调性转换到另一个调式或调性，通常主音音高也会发生变化。如果只是调式变化但主音音高不变，这被称为调式转换，而非转调。</w:t>
        <w:br/>
        <w:br/>
        <w:t>5. 答案：×</w:t>
        <w:br/>
        <w:br/>
        <w:t>解析：五声调式并非只存在于中国传统音乐中，西方音乐中也广泛使用五声调式。例如，许多民间音乐、爵士音乐和现代作曲作品都使用五声调式。五声调式是一种普遍存在的音乐现象，不同文化背景的音乐中都有其应用。</w:t>
        <w:br/>
        <w:br/>
        <w:t xml:space="preserve"> 三、多项选择题</w:t>
        <w:br/>
        <w:br/>
        <w:t>1. 答案：A、B、C、D</w:t>
        <w:br/>
        <w:br/>
        <w:t>解析：中古调式，又称教会调式，是中世纪欧洲音乐中使用的调式体系，包括伊奥尼亚调式（相当于现代大调）、多利亚调式、弗里几亚调式、利第亚调式、混合利第亚调式、爱奥利亚调式（相当于现代自然小调）和洛克利亚调式。和声小调式是后来发展起来的调式，不属于中古调式。</w:t>
        <w:br/>
        <w:br/>
        <w:t>2. 答案：B、C、D</w:t>
        <w:br/>
        <w:br/>
        <w:t>解析：判断一个音乐片段为小调的方法包括：第三级音与主音构成小三度（小调的特征音程）；调号中有一个降号且结束音为D（这表明可能是D小调，因为D小调有一个降号）；含有升高的第七级音（这是和声小调或旋律小调的特征）。结束音为调式的第六级音不能确定是小调，因为大调和小调都可能以第六级音结束。和声中频繁使用主和弦的第一转位也不是判断小调的可靠标准。</w:t>
        <w:br/>
        <w:br/>
        <w:t xml:space="preserve"> 四、填空题</w:t>
        <w:br/>
        <w:br/>
        <w:t>1. 答案：G，F</w:t>
        <w:br/>
        <w:br/>
        <w:t>解析：在C大调中，主音是C。属音是主音上方纯五度的音，即G；下属音是主音下方纯五度的音（或上方纯四度的音），即F。属音和下属音是调性中的两个重要功能音，分别构成属和弦和下属和弦的根音。</w:t>
        <w:br/>
        <w:br/>
        <w:t>2. 答案：第六，第七，自然</w:t>
        <w:br/>
        <w:br/>
        <w:t>解析：旋律小调上行时，第六级和第七级音会升高半音，以减少增二度音程的出现，使旋律更加流畅；下行时则与自然小调相同，第六级和第七级音不升高。例如，A旋律小调上行时是A-B-C-D-E-F-G-A，下行时则是A-G-F-E-D-C-B-A（与A自然小调相同）。</w:t>
        <w:br/>
        <w:br/>
        <w:t>3. 答案：C，A</w:t>
        <w:br/>
        <w:br/>
        <w:t>解析：A小调的关系大调是C大调，因为它们没有升降号，调号相同；A小调的平行大调是A大调，因为它们的主音都是A，但A大调有三个升号（升F、升C、升G）。</w:t>
        <w:br/>
        <w:br/>
        <w:t>4. 答案：徵，羽</w:t>
        <w:br/>
        <w:br/>
        <w:t>解析：五声调式包括宫、商、角、徵、羽五个音级，分别对应西方音阶中的第一、第二、第三、第五、第六级音。例如，在C宫调式中，宫是C，商是D，角是E，徵是G，羽是A。</w:t>
        <w:br/>
        <w:br/>
        <w:t>5. 答案：G，E</w:t>
        <w:br/>
        <w:br/>
        <w:t>解析：在调号分析中，一个升号表示G大调或其关系小调E小调。G大调有一个升号（升F），E小调作为G大调的关系小调，也有一个升号（升F）。关系大调和小调共享相同的调号，主音相距小三度。</w:t>
        <w:br/>
        <w:br/>
        <w:t xml:space="preserve"> 五、简答题</w:t>
        <w:br/>
        <w:br/>
        <w:t>1. 答案：</w:t>
        <w:br/>
        <w:br/>
        <w:t>自然大调、和声小调与旋律小调的区别与联系：</w:t>
        <w:br/>
        <w:br/>
        <w:t>区别：</w:t>
        <w:br/>
        <w:br/>
        <w:t>- 自然大调的音阶结构是"全音-全音-半音-全音-全音-全音-半音"，第三级音与主音构成大三度。</w:t>
        <w:br/>
        <w:br/>
        <w:t>- 和声小调是在自然小调基础上将第七级音升高半音，形成"全音-半音-全音-全音-半音-增二度-半音"的结构，第三级音与主音构成小三度。</w:t>
        <w:br/>
        <w:br/>
        <w:t>- 旋律小调上行时在自然小调基础上将第六级和第七级音升高半音，形成"全音-半音-全音-全音-全音-全音-半音"的结构；下行时则与自然小调相同。</w:t>
        <w:br/>
        <w:br/>
        <w:t>联系：</w:t>
        <w:br/>
        <w:br/>
        <w:t>- 它们都是西方音乐中的基本调式体系。</w:t>
        <w:br/>
        <w:br/>
        <w:t>- 和声小调和旋律小调都是在自然小调基础上变化而来的。</w:t>
        <w:br/>
        <w:br/>
        <w:t>- 旋律小调上行时的音阶结构与自然大调相似，只是第三级音不同（小三度vs大三度）。</w:t>
        <w:br/>
        <w:br/>
        <w:t>- 它们在音乐创作中各有特点，可以表达不同的情感色彩。</w:t>
        <w:br/>
        <w:br/>
        <w:t>2. 答案：</w:t>
        <w:br/>
        <w:br/>
        <w:t>通过分析音乐片段来确定其调式调性的方法：</w:t>
        <w:br/>
        <w:br/>
        <w:t>1. 调号分析：通过查看乐谱开头的调号，可以初步判断可能的调性。例如，一个升号可能是G大调或E小调，两个降号可能是降B大调或G小调等。然后结合结束音或其他音乐特征进一步确定是大调还是小调。</w:t>
        <w:br/>
        <w:br/>
        <w:t>2. 音阶分析：提取音乐片段中使用的音，排列成音阶，分析其音程结构。例如，如果音阶结构符合"全音-全音-半音-全音-全音-全音-半音"，则为自然大调；如果符合"全音-半音-全音-全音-半音-全音-全音"，则为自然小调；如果含有升高的第七级音，则可能是和声小调等。</w:t>
        <w:br/>
        <w:br/>
        <w:t>3. 和声分析：分析音乐片段中的和弦进行，特别是结束和弦。如果结束和弦是主和弦（I级和弦），且根音是调性的主音，则可以确定主音。然后通过分析其他和弦的功能（如属和弦、下属和弦等）以及和弦的性质（大三和弦vs小三和弦）来确定调式。例如，如果主和弦是大三和弦，则可能是大调；如果是小三和弦，则可能是小调。</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