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2025年见证检测员试题及答案</w:t>
      </w:r>
    </w:p>
    <w:p>
      <w:r>
        <w:br/>
        <w:t xml:space="preserve"> 一、单项选择题（每题2分，共10题）</w:t>
        <w:br/>
        <w:br/>
        <w:t>1. 见证检测员的主要职责是什么？</w:t>
        <w:br/>
        <w:br/>
        <w:t>A. 进行实验室检测</w:t>
        <w:br/>
        <w:br/>
        <w:t>B. 监督检测过程并确保其公正性</w:t>
        <w:br/>
        <w:br/>
        <w:t>C. 编写检测报告</w:t>
        <w:br/>
        <w:br/>
        <w:t>D. 销售检测设备</w:t>
        <w:br/>
        <w:br/>
        <w:t>2. 根据《建设工程质量检测管理办法》，见证检测员应当具备什么条件？</w:t>
        <w:br/>
        <w:br/>
        <w:t>A. 高中以上学历</w:t>
        <w:br/>
        <w:br/>
        <w:t>B. 相关专业中级以上技术职称</w:t>
        <w:br/>
        <w:br/>
        <w:t>C. 3年以上检测工作经验</w:t>
        <w:br/>
        <w:br/>
        <w:t>D. 通过省级以上建设主管部门组织的考核</w:t>
        <w:br/>
        <w:br/>
        <w:t>3. 见证取样送检时，见证人员应当对样品的什么进行确认？</w:t>
        <w:br/>
        <w:br/>
        <w:t>A. 包装是否精美</w:t>
        <w:br/>
        <w:br/>
        <w:t>B. 数量、规格和状态</w:t>
        <w:br/>
        <w:br/>
        <w:t>C. 价格是否合理</w:t>
        <w:br/>
        <w:br/>
        <w:t>D. 送检单位是否知名</w:t>
        <w:br/>
        <w:br/>
        <w:t>4. 见证检测过程中，如发现检测结果不合格，见证员应当怎么做？</w:t>
        <w:br/>
        <w:br/>
        <w:t>A. 直接修改结果</w:t>
        <w:br/>
        <w:br/>
        <w:t>B. 要求重新检测</w:t>
        <w:br/>
        <w:br/>
        <w:t>C. 立即向委托方和监管部门报告</w:t>
        <w:br/>
        <w:br/>
        <w:t>D. 忽略不计</w:t>
        <w:br/>
        <w:br/>
        <w:t>5. 见证检测员在检测过程中应当遵循的首要原则是？</w:t>
        <w:br/>
        <w:br/>
        <w:t>A. 效率优先</w:t>
        <w:br/>
        <w:br/>
        <w:t>B. 公正、客观、科学</w:t>
        <w:br/>
        <w:br/>
        <w:t>C. 尽量降低成本</w:t>
        <w:br/>
        <w:br/>
        <w:t>D. 优先考虑委托方意见</w:t>
        <w:br/>
        <w:br/>
        <w:t>6. 见证检测员需要定期参加什么类型的培训？</w:t>
        <w:br/>
        <w:br/>
        <w:t>A. 管理技能培训</w:t>
        <w:br/>
        <w:br/>
        <w:t>B. 专业技术和法规培训</w:t>
        <w:br/>
        <w:br/>
        <w:t>C. 销售技巧培训</w:t>
        <w:br/>
        <w:br/>
        <w:t>D. 团队建设培训</w:t>
        <w:br/>
        <w:br/>
        <w:t>7. 见证检测记录应当保存多长时间？</w:t>
        <w:br/>
        <w:br/>
        <w:t>A. 1年</w:t>
        <w:br/>
        <w:br/>
        <w:t>B. 3年</w:t>
        <w:br/>
        <w:br/>
        <w:t>C. 5年</w:t>
        <w:br/>
        <w:br/>
        <w:t>D. 工程合理使用年限</w:t>
        <w:br/>
        <w:br/>
        <w:t>8. 见证检测员在检测过程中发现检测机构存在违规行为，应当如何处理？</w:t>
        <w:br/>
        <w:br/>
        <w:t>A. 视而不见</w:t>
        <w:br/>
        <w:br/>
        <w:t>B. 直接与检测机构负责人交涉</w:t>
        <w:br/>
        <w:br/>
        <w:t>C. 向质量监督部门举报</w:t>
        <w:br/>
        <w:br/>
        <w:t>D. 在报告中注明但不采取行动</w:t>
        <w:br/>
        <w:br/>
        <w:t>9. 见证检测员在见证取样时，应当对样品采取什么措施？</w:t>
        <w:br/>
        <w:br/>
        <w:t>A. 只检查外观</w:t>
        <w:br/>
        <w:br/>
        <w:t>B. 封存样品并加贴封条</w:t>
        <w:br/>
        <w:br/>
        <w:t>C. 直接交给检测机构</w:t>
        <w:br/>
        <w:br/>
        <w:t>D. 只记录数量</w:t>
        <w:br/>
        <w:br/>
        <w:t>10. 见证检测员资格证书的有效期是多久？</w:t>
        <w:br/>
        <w:br/>
        <w:t>A. 1年</w:t>
        <w:br/>
        <w:br/>
        <w:t>B. 2年</w:t>
        <w:br/>
        <w:br/>
        <w:t>C. 3年</w:t>
        <w:br/>
        <w:br/>
        <w:t>D. 5年</w:t>
        <w:br/>
        <w:br/>
        <w:t xml:space="preserve"> 二、填空题（每题2分，共6题）</w:t>
        <w:br/>
        <w:br/>
        <w:t>1. 见证检测员应当熟悉相关法律法规、________和检测标准。</w:t>
        <w:br/>
        <w:br/>
        <w:t>2. 见证检测员在见证取样时，应当对样品进行________，确保样品的真实性和代表性。</w:t>
        <w:br/>
        <w:br/>
        <w:t>3. 见证检测员应当具备良好的________和职业道德。</w:t>
        <w:br/>
        <w:br/>
        <w:t>4. 见证检测过程中，见证员应当对检测全过程进行________，并做好记录。</w:t>
        <w:br/>
        <w:br/>
        <w:t>5. 见证检测员应当定期参加________，更新知识和技能。</w:t>
        <w:br/>
        <w:br/>
        <w:t>6. 见证检测员在发现检测结果异常时，应当及时向________报告。</w:t>
        <w:br/>
        <w:br/>
        <w:t xml:space="preserve"> 三、判断题（每题2分，共6题）</w:t>
        <w:br/>
        <w:br/>
        <w:t>1. 见证检测员可以同时接受同一工程的施工方和建设方的委托。（ ）</w:t>
        <w:br/>
        <w:br/>
        <w:t>2. 见证检测员应当对检测结果负责。（ ）</w:t>
        <w:br/>
        <w:br/>
        <w:t>3. 见证检测员可以私下接受检测机构的礼品或回扣。（ ）</w:t>
        <w:br/>
        <w:br/>
        <w:t>4. 见证检测员在检测过程中可以代替检测机构进行检测操作。（ ）</w:t>
        <w:br/>
        <w:br/>
        <w:t>5. 见证检测员应当对检测机构的资质进行审核。（ ）</w:t>
        <w:br/>
        <w:br/>
        <w:t>6. 见证检测员可以修改检测报告中的数据。（ ）</w:t>
        <w:br/>
        <w:br/>
        <w:t xml:space="preserve"> 四、多项选择题（每题2分，共2题）</w:t>
        <w:br/>
        <w:br/>
        <w:t>1. 见证检测员的基本职责包括（ ）</w:t>
        <w:br/>
        <w:br/>
        <w:t>A. 监督检测机构的检测活动</w:t>
        <w:br/>
        <w:br/>
        <w:t>B. 确认样品的真实性和代表性</w:t>
        <w:br/>
        <w:br/>
        <w:t>C. 审核检测报告</w:t>
        <w:br/>
        <w:br/>
        <w:t>D. 参与检测方案制定</w:t>
        <w:br/>
        <w:br/>
        <w:t>E. 决定检测结果的合格与否</w:t>
        <w:br/>
        <w:br/>
        <w:t>2. 见证检测员应当具备的专业知识包括（ ）</w:t>
        <w:br/>
        <w:br/>
        <w:t>A. 相关工程技术知识</w:t>
        <w:br/>
        <w:br/>
        <w:t>B. 检测方法和标准知识</w:t>
        <w:br/>
        <w:br/>
        <w:t>C. 相关法律法规知识</w:t>
        <w:br/>
        <w:br/>
        <w:t>D. 质量管理体系知识</w:t>
        <w:br/>
        <w:br/>
        <w:t>E. 市场营销知识</w:t>
        <w:br/>
        <w:br/>
        <w:t xml:space="preserve"> 五、简答题（每题5分，共2题）</w:t>
        <w:br/>
        <w:br/>
        <w:t>1. 简述见证检测员在见证取样过程中的主要工作内容和注意事项。</w:t>
        <w:br/>
        <w:br/>
        <w:t>2. 见证检测员在发现检测结果不合格时，应当如何处理？请详细说明处理流程。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解析：见证检测员的主要职责是监督检测过程并确保其公正性，而不是亲自进行检测、编写报告或销售设备。见证检测员代表委托方监督检测机构的工作，确保检测过程符合规范，结果真实可靠。</w:t>
        <w:br/>
        <w:br/>
        <w:t>2. 答案：D</w:t>
        <w:br/>
        <w:br/>
        <w:t>解析：根据《建设工程质量检测管理办法》，见证检测员应当通过省级以上建设主管部门组织的考核，取得相应的资格证书。其他选项可能是部分要求，但不是法定必备条件。</w:t>
        <w:br/>
        <w:br/>
        <w:t>3. 答案：B</w:t>
        <w:br/>
        <w:br/>
        <w:t>解析：见证取样送检时，见证人员应当对样品的数量、规格和状态进行确认，确保样品的代表性和真实性，而不是关注包装、价格或送检单位的知名度。</w:t>
        <w:br/>
        <w:br/>
        <w:t>4. 答案：C</w:t>
        <w:br/>
        <w:br/>
        <w:t>解析：当发现检测结果不合格时，见证员应当立即向委托方和监管部门报告，而不是直接修改结果、要求重新检测或忽略不计。不合格结果可能涉及工程质量和安全问题，必须及时处理。</w:t>
        <w:br/>
        <w:br/>
        <w:t>5. 答案：B</w:t>
        <w:br/>
        <w:br/>
        <w:t>解析：见证检测员在检测过程中应当遵循的首要原则是公正、客观、科学，而不是效率优先、降低成本或优先考虑委托方意见。只有坚持公正客观，才能保证检测结果的可靠性。</w:t>
        <w:br/>
        <w:br/>
        <w:t>6. 答案：B</w:t>
        <w:br/>
        <w:br/>
        <w:t>解析：见证检测员需要定期参加专业技术和法规培训，以更新知识、掌握最新标准和法规要求，而不是参加管理技能、销售技巧或团队建设培训。</w:t>
        <w:br/>
        <w:br/>
        <w:t>7. 答案：D</w:t>
        <w:br/>
        <w:br/>
        <w:t>解析：见证检测记录应当保存至工程合理使用年限，以确保在工程使用过程中出现质量问题时，能够追溯检测过程和结果，而不是仅保存1年、3年或5年。</w:t>
        <w:br/>
        <w:br/>
        <w:t>8. 答案：C</w:t>
        <w:br/>
        <w:br/>
        <w:t>解析：见证检测员在检测过程中发现检测机构存在违规行为，应当向质量监督部门举报，而不是视而不见、直接与检测机构负责人交涉或在报告中注明但不采取行动。</w:t>
        <w:br/>
        <w:br/>
        <w:t>9. 答案：B</w:t>
        <w:br/>
        <w:br/>
        <w:t>解析：见证检测员在见证取样时，应当对样品进行封存并加贴封条，确保样品在运输和保存过程中不被替换或污染，而不是只检查外观、直接交给检测机构或只记录数量。</w:t>
        <w:br/>
        <w:br/>
        <w:t>10. 答案：D</w:t>
        <w:br/>
        <w:br/>
        <w:t>解析：见证检测员资格证书的有效期通常是5年，到期需要重新考核换证，而不是1年、2年或3年。</w:t>
        <w:br/>
        <w:br/>
        <w:t xml:space="preserve"> 二、填空题</w:t>
        <w:br/>
        <w:br/>
        <w:t>1. 答案：检测方法</w:t>
        <w:br/>
        <w:br/>
        <w:t>解析：见证检测员应当熟悉相关法律法规、检测方法和检测标准，这是开展工作的基础。只有掌握了这些知识，才能正确判断检测过程是否规范，结果是否可靠。</w:t>
        <w:br/>
        <w:br/>
        <w:t>2. 答案：封存标识</w:t>
        <w:br/>
        <w:br/>
        <w:t>解析：见证取样时，见证员应当对样品进行封存标识，确保样品的真实性和代表性。封存标识包括贴上封条、填写样品信息等，防止样品被调换或污染。</w:t>
        <w:br/>
        <w:br/>
        <w:t>3. 答案：专业素养</w:t>
        <w:br/>
        <w:br/>
        <w:t>解析：见证检测员应当具备良好的专业素养和职业道德，这是保证工作质量的前提。专业素养包括专业知识、技能和经验，职业道德包括公正、诚信、保密等。</w:t>
        <w:br/>
        <w:br/>
        <w:t>4. 答案：监督记录</w:t>
        <w:br/>
        <w:br/>
        <w:t>解析：见证检测过程中，见证员应当对检测全过程进行监督记录，详细记录检测的时间、地点、人员、设备、环境、方法等信息，以便追溯和核查。</w:t>
        <w:br/>
        <w:br/>
        <w:t>5. 答案：继续教育</w:t>
        <w:br/>
        <w:br/>
        <w:t>解析：见证检测员应当定期参加继续教育，更新知识和技能，适应不断更新的标准、法规和技术要求，保持专业能力的先进性。</w:t>
        <w:br/>
        <w:br/>
        <w:t>6. 答案：委托方和监管部门</w:t>
        <w:br/>
        <w:br/>
        <w:t>解析：见证检测员在发现检测结果异常时，应当及时向委托方和监管部门报告，以便及时采取措施处理可能存在的质量问题，防止问题扩大。</w:t>
        <w:br/>
        <w:br/>
        <w:t xml:space="preserve"> 三、判断题</w:t>
        <w:br/>
        <w:br/>
        <w:t>1. 答案：×</w:t>
        <w:br/>
        <w:br/>
        <w:t>解析：见证检测员不能同时接受同一工程的施工方和建设方的委托，这会导致利益冲突，影响检测的公正性。见证检测员应当保持独立性和公正性，只能接受一方委托。</w:t>
        <w:br/>
        <w:br/>
        <w:t>2. 答案：√</w:t>
        <w:br/>
        <w:br/>
        <w:t>解析：见证检测员应当对检测结果负责，包括见证过程的规范性、样品的真实性和代表性等。虽然检测结果是检测机构出具的，但见证员有责任确保检测过程的规范性和结果的真实性。</w:t>
        <w:br/>
        <w:br/>
        <w:t>3. 答案：×</w:t>
        <w:br/>
        <w:br/>
        <w:t>解析：见证检测员不能私下接受检测机构的礼品或回扣，这属于违规行为，会影响检测的公正性。见证检测员应当保持廉洁自律，不接受任何可能影响公正性的利益。</w:t>
        <w:br/>
        <w:br/>
        <w:t>4. 答案：×</w:t>
        <w:br/>
        <w:br/>
        <w:t>解析：见证检测员不能代替检测机构进行检测操作，见证员的职责是监督检测过程，而不是亲自进行检测。检测操作应当由具备相应资质的检测机构人员完成。</w:t>
        <w:br/>
        <w:br/>
        <w:t>5. 答案：√</w:t>
        <w:br/>
        <w:br/>
        <w:t>解析：见证检测员应当对检测机构的资质进行审核，确认其具备相应的资质和能力，能够承担所委托的检测任务。这是确保检测结果可靠的重要环节。</w:t>
        <w:br/>
        <w:br/>
        <w:t>6. 答案：×</w:t>
        <w:br/>
        <w:br/>
        <w:t>解析：见证检测员不能修改检测报告中的数据，这属于违规行为，会严重影响检测的公正性和可靠性。见证员可以对检测过程和结果提出疑问，但不能直接修改数据。</w:t>
        <w:br/>
        <w:br/>
        <w:t xml:space="preserve"> 四、多项选择题</w:t>
        <w:br/>
        <w:br/>
        <w:t>1. 答案：A、B、C、D</w:t>
        <w:br/>
        <w:br/>
        <w:t>解析：见证检测员的基本职责包括监督检测机构的检测活动、确认样品的真实性和代表性、审核检测报告和参与检测方案制定。决定检测结果的合格与否是检测机构的职责，不是见证检测员的职责。</w:t>
        <w:br/>
        <w:br/>
        <w:t>2. 答案：A、B、C、D</w:t>
        <w:br/>
        <w:br/>
        <w:t>解析：见证检测员应当具备的相关工程技术知识、检测方法和标准知识、相关法律法规知识以及质量管理体系知识，这些都是开展见证检测工作所必需的。市场营销知识与见证检测工作无关。</w:t>
        <w:br/>
        <w:br/>
        <w:t xml:space="preserve"> 五、简答题</w:t>
        <w:br/>
        <w:br/>
        <w:t>1. 答案：</w:t>
        <w:br/>
        <w:br/>
        <w:t>见证检测员在见证取样过程中的主要工作内容包括：</w:t>
        <w:br/>
        <w:br/>
        <w:t>(1) 确认样品的代表性，确保取样点、取样方法符合规范要求；</w:t>
        <w:br/>
        <w:br/>
        <w:t>(2) 监督取样过程，确保取样操作规范；</w:t>
        <w:br/>
        <w:br/>
        <w:t>(3) 对样品进行封存标识，防止样品被调换或污染；</w:t>
        <w:br/>
        <w:br/>
        <w:t>(4) 填写见证记录，详细记录取样时间、地点、人员、环境等信息；</w:t>
        <w:br/>
        <w:br/>
        <w:t>(5) 陪同样品送检，确保样品在运输过程中的安全。</w:t>
        <w:br/>
        <w:br/>
        <w:t>注意事项：</w:t>
        <w:br/>
        <w:br/>
        <w:t>(1) 取样前应当确认检测方案和取样方法是否符合规范；</w:t>
        <w:br/>
        <w:br/>
        <w:t>(2) 取样过程中应当注意安全，遵守安全操作规程；</w:t>
        <w:br/>
        <w:br/>
        <w:t>(3) 样品封存应当牢固，标识应当清晰完整；</w:t>
        <w:br/>
        <w:br/>
        <w:t>(4) 见证记录应当真实、准确、完整，不得涂改；</w:t>
        <w:br/>
        <w:br/>
        <w:t>(5) 样品应当及时送检，避免因保存不当影响检测结果。</w:t>
        <w:br/>
        <w:br/>
        <w:t>2. 答案：</w:t>
        <w:br/>
        <w:br/>
        <w:t>见证检测员在发现检测结果不合格时，应当按以下流程处理：</w:t>
        <w:br/>
        <w:br/>
        <w:t>(1) 立即向委托方报告检测结果，说明不合格情况；</w:t>
        <w:br/>
        <w:br/>
        <w:t>(2) 向检测机构了解不合格原因，确认检测过程是否规范；</w:t>
        <w:br/>
        <w:br/>
        <w:t>(3) 如有必要，要求检测机构进行复检，确认结果是否准确；</w:t>
        <w:br/>
        <w:br/>
        <w:t>(4) 如确认检测结果确实不合格，应当向委托方提出处理建议；</w:t>
        <w:br/>
        <w:br/>
        <w:t>(5) 根据不合格情况的严重程度，向相关监管部门报告；</w:t>
        <w:br/>
        <w:br/>
        <w:t>(6) 对不合格情况的处理过程进行记录，包括时间、参与人员、处理措施等；</w:t>
        <w:br/>
        <w:br/>
        <w:t>(7) 跟踪不合格项的处理情况，确保问题得到妥善解决。</w:t>
        <w:br/>
        <w:br/>
        <w:t>处理过程中，见证检测员应当保持客观公正的态度，既要如实反映检测结果，也要协助委托方分析原因、制定整改措施，确保工程质量安全。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