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2025年电工考试防雷试题及答案</w:t>
      </w:r>
    </w:p>
    <w:p>
      <w:r>
        <w:br/>
        <w:t>一、单项选择题（共10题，每题2分）</w:t>
        <w:br/>
        <w:br/>
        <w:t>1. 雷电形成的主要原因是：</w:t>
        <w:br/>
        <w:br/>
        <w:t>A. 大气中的正负电荷分离</w:t>
        <w:br/>
        <w:br/>
        <w:t>B. 云层间的摩擦</w:t>
        <w:br/>
        <w:br/>
        <w:t>C. 地球自转产生的离心力</w:t>
        <w:br/>
        <w:br/>
        <w:t>D. 太阳辐射能量</w:t>
        <w:br/>
        <w:br/>
        <w:t>2. 防雷装置中，接闪器的主要作用是：</w:t>
        <w:br/>
        <w:br/>
        <w:t>A. 将雷电流引入地下</w:t>
        <w:br/>
        <w:br/>
        <w:t>B. 吸收雷电流</w:t>
        <w:br/>
        <w:br/>
        <w:t>C. 阻断雷电流</w:t>
        <w:br/>
        <w:br/>
        <w:t>D. 将雷电流安全导入大地</w:t>
        <w:br/>
        <w:br/>
        <w:t>3. 避雷针的保护范围通常采用什么形状来计算？</w:t>
        <w:br/>
        <w:br/>
        <w:t>A. 圆形</w:t>
        <w:br/>
        <w:br/>
        <w:t>B. 矩形</w:t>
        <w:br/>
        <w:br/>
        <w:t>C. 锥形</w:t>
        <w:br/>
        <w:br/>
        <w:t>D. 球形</w:t>
        <w:br/>
        <w:br/>
        <w:t>4. 以下哪种材料最适合作为接闪器？</w:t>
        <w:br/>
        <w:br/>
        <w:t>A. 塑料</w:t>
        <w:br/>
        <w:br/>
        <w:t>B. 铝</w:t>
        <w:br/>
        <w:br/>
        <w:t>C. 不锈钢</w:t>
        <w:br/>
        <w:br/>
        <w:t>D. 铜</w:t>
        <w:br/>
        <w:br/>
        <w:t>5. 防雷接地电阻的理想值应不大于：</w:t>
        <w:br/>
        <w:br/>
        <w:t>A. 1Ω</w:t>
        <w:br/>
        <w:br/>
        <w:t>B. 5Ω</w:t>
        <w:br/>
        <w:br/>
        <w:t>C. 10Ω</w:t>
        <w:br/>
        <w:br/>
        <w:t>D. 20Ω</w:t>
        <w:br/>
        <w:br/>
        <w:t>6. 雷电感应产生的过电压属于：</w:t>
        <w:br/>
        <w:br/>
        <w:t>A. 直击雷过电压</w:t>
        <w:br/>
        <w:br/>
        <w:t>B. 感应雷过电压</w:t>
        <w:br/>
        <w:br/>
        <w:t>C. 操作过电压</w:t>
        <w:br/>
        <w:br/>
        <w:t>D. 谐振过电压</w:t>
        <w:br/>
        <w:br/>
        <w:t>7. 低压配电系统中，安装电涌保护器(SPD)的主要目的是：</w:t>
        <w:br/>
        <w:br/>
        <w:t>A. 提高供电质量</w:t>
        <w:br/>
        <w:br/>
        <w:t>B. 防止雷电过电压损坏设备</w:t>
        <w:br/>
        <w:br/>
        <w:t>C. 节约电能</w:t>
        <w:br/>
        <w:br/>
        <w:t>D. 稳定电压</w:t>
        <w:br/>
        <w:br/>
        <w:t>8. 建筑物防雷等级分为几类？</w:t>
        <w:br/>
        <w:br/>
        <w:t>A. 2类</w:t>
        <w:br/>
        <w:br/>
        <w:t>B. 3类</w:t>
        <w:br/>
        <w:br/>
        <w:t>C. 4类</w:t>
        <w:br/>
        <w:br/>
        <w:t>D. 5类</w:t>
        <w:br/>
        <w:br/>
        <w:t>9. 防雷接地装置与建筑物出入口的距离应不小于：</w:t>
        <w:br/>
        <w:br/>
        <w:t>A. 1米</w:t>
        <w:br/>
        <w:br/>
        <w:t>B. 2米</w:t>
        <w:br/>
        <w:br/>
        <w:t>C. 3米</w:t>
        <w:br/>
        <w:br/>
        <w:t>D. 5米</w:t>
        <w:br/>
        <w:br/>
        <w:t>10. 在雷雨天气，以下哪种行为是正确的？</w:t>
        <w:br/>
        <w:br/>
        <w:t>A. 在高处作业</w:t>
        <w:br/>
        <w:br/>
        <w:t>B. 使用固定电话</w:t>
        <w:br/>
        <w:br/>
        <w:t>C. 在室内远离窗户和电器</w:t>
        <w:br/>
        <w:br/>
        <w:t>D. 在开阔地带避雨</w:t>
        <w:br/>
        <w:br/>
        <w:t>二、填空题（共5题，每题2分）</w:t>
        <w:br/>
        <w:br/>
        <w:t>1. 雷电的三要素是：电荷分离、____________和放电。</w:t>
        <w:br/>
        <w:br/>
        <w:t>2. 防雷装置主要由接闪器、引下线和____________三部分组成。</w:t>
        <w:br/>
        <w:br/>
        <w:t>3. 建筑物防雷设计规范中，防雷等级分为第一类、第二类和____________。</w:t>
        <w:br/>
        <w:br/>
        <w:t>4. 电涌保护器(SPD)按其工作原理可分为电压开关型、限压型和____________。</w:t>
        <w:br/>
        <w:br/>
        <w:t>5. 雷电波侵入建筑物的主要途径有电源线、信号线和____________。</w:t>
        <w:br/>
        <w:br/>
        <w:t>三、判断题（共5题，每题2分）</w:t>
        <w:br/>
        <w:br/>
        <w:t>1. 雷电只会对室外设施造成危害，不会影响室内设备。（ ）</w:t>
        <w:br/>
        <w:br/>
        <w:t>2. 避雷针越高，其保护范围越大。（ ）</w:t>
        <w:br/>
        <w:br/>
        <w:t>3. 所有建筑物都需要安装防雷装置。（ ）</w:t>
        <w:br/>
        <w:br/>
        <w:t>4. 防雷接地电阻越小越好。（ ）</w:t>
        <w:br/>
        <w:br/>
        <w:t>5. 在雷雨天气，可以使用太阳能热水器。（ ）</w:t>
        <w:br/>
        <w:br/>
        <w:t>四、多项选择题（共2题，每题2分）</w:t>
        <w:br/>
        <w:br/>
        <w:t>1. 以下哪些措施可以有效防止雷电感应过电压？（ ）</w:t>
        <w:br/>
        <w:br/>
        <w:t>A. 安装电涌保护器</w:t>
        <w:br/>
        <w:br/>
        <w:t>B. 屏蔽线路</w:t>
        <w:br/>
        <w:br/>
        <w:t>C. 合理布线</w:t>
        <w:br/>
        <w:br/>
        <w:t>D. 增加线路长度</w:t>
        <w:br/>
        <w:br/>
        <w:t>2. 防雷接地装置的施工要求包括（ ）</w:t>
        <w:br/>
        <w:br/>
        <w:t>A. 接地电阻符合规范要求</w:t>
        <w:br/>
        <w:br/>
        <w:t>B. 接地体埋深足够</w:t>
        <w:br/>
        <w:br/>
        <w:t>C. 接地体间距合理</w:t>
        <w:br/>
        <w:br/>
        <w:t>D. 接地材料耐腐蚀</w:t>
        <w:br/>
        <w:br/>
        <w:t>五、简答题（共2题，每题5分）</w:t>
        <w:br/>
        <w:br/>
        <w:t>1. 简述建筑物防雷的基本原则。</w:t>
        <w:br/>
        <w:br/>
        <w:t>2. 简述电涌保护器(SPD)的安装注意事项。</w:t>
        <w:br/>
        <w:br/>
        <w:t>答案及解析</w:t>
        <w:br/>
        <w:br/>
        <w:t>一、单项选择题答案及解析</w:t>
        <w:br/>
        <w:br/>
        <w:t>1. 答案：A</w:t>
        <w:br/>
        <w:br/>
        <w:t>解析：雷电形成的主要原因是大气中的正负电荷分离。当云层中的水滴和冰晶在上升和下降气流中碰撞时，会产生电荷分离，导致云层上部带正电，下部带负电。当电荷积累到一定程度，就会发生放电现象，形成雷电。</w:t>
        <w:br/>
        <w:br/>
        <w:t>2. 答案：D</w:t>
        <w:br/>
        <w:br/>
        <w:t>解析：接闪器是防雷装置的第一部分，其主要作用是将雷电流安全导入大地。接闪器通常安装在建筑物最高处，如避雷针、避雷带等，它们能首先吸引雷电，然后通过引下线将雷电流安全导入接地装置，最终释放到大地中。</w:t>
        <w:br/>
        <w:br/>
        <w:t>3. 答案：C</w:t>
        <w:br/>
        <w:br/>
        <w:t>解析：避雷针的保护范围通常采用锥形来计算。根据滚球法，避雷针的保护范围是一个以避雷针为顶点的锥形区域，锥形的角度和高度取决于避雷针的高度和设计规范。</w:t>
        <w:br/>
        <w:br/>
        <w:t>4. 答案：D</w:t>
        <w:br/>
        <w:br/>
        <w:t>解析：铜最适合作为接闪器材料。铜具有良好的导电性和耐腐蚀性，能够有效传导雷电流并抵抗大气环境的侵蚀。虽然不锈钢也具有良好的耐腐蚀性，但其导电性不如铜。铝虽然导电性好，但耐腐蚀性较差。</w:t>
        <w:br/>
        <w:br/>
        <w:t>5. 答案：C</w:t>
        <w:br/>
        <w:br/>
        <w:t>解析：防雷接地电阻的理想值应不大于10Ω。根据建筑物防雷设计规范，第一类防雷建筑物的接地电阻应不大于10Ω，第二类应不大于20Ω，第三类应不大于30Ω。较小的接地电阻有助于更有效地将雷电流导入大地，降低地电位升高。</w:t>
        <w:br/>
        <w:br/>
        <w:t>6. 答案：B</w:t>
        <w:br/>
        <w:br/>
        <w:t>解析：雷电感应产生的过电压属于感应雷过电压。当雷击发生在附近时，会在附近的导体上感应出电压和电流，形成感应雷过电压。这种过电压可以通过电源线、信号线等侵入建筑物，损坏设备。</w:t>
        <w:br/>
        <w:br/>
        <w:t>7. 答案：B</w:t>
        <w:br/>
        <w:br/>
        <w:t>解析：低压配电系统中，安装电涌保护器(SPD)的主要目的是防止雷电过电压损坏设备。SPD能够在极短的时间内将过电压限制在设备可承受的范围内，保护电子设备免受雷电过电压的损害。</w:t>
        <w:br/>
        <w:br/>
        <w:t>8. 答案：B</w:t>
        <w:br/>
        <w:br/>
        <w:t>解析：建筑物防雷等级分为3类。根据建筑物的重要性、使用性质和发生雷电事故的可能性和后果，将建筑物防雷分为第一类、第二类和第三类防雷建筑物。不同类别的建筑物有不同的防雷要求。</w:t>
        <w:br/>
        <w:br/>
        <w:t>9. 答案：C</w:t>
        <w:br/>
        <w:br/>
        <w:t>解析：防雷接地装置与建筑物出入口的距离应不小于3米。这是为了防止人员接触时可能发生的跨步电压危险。当雷电流通过接地装置泄放入地时，会在地面形成电位分布，距离接地装置越近，电位越高，跨步电压越大。</w:t>
        <w:br/>
        <w:br/>
        <w:t>10. 答案：C</w:t>
        <w:br/>
        <w:br/>
        <w:t>解析：在雷雨天气，正确的做法是在室内远离窗户和电器。这样可以避免雷电直击和雷电波侵入的危险。窗户可能被雷电击穿，电器可能因雷电感应过电压而损坏。在开阔地带避雨、在高处作业和使用固定电话都是危险行为。</w:t>
        <w:br/>
        <w:br/>
        <w:t>二、填空题答案及解析</w:t>
        <w:br/>
        <w:br/>
        <w:t>1. 答案：电场强度</w:t>
        <w:br/>
        <w:br/>
        <w:t>解析：雷电的三要素是：电荷分离、电场强度和放电。当云层中的电荷分离达到一定程度，形成足够强的电场时，就会发生空气击穿，形成雷电放电过程。</w:t>
        <w:br/>
        <w:br/>
        <w:t>2. 答案：接地装置</w:t>
        <w:br/>
        <w:br/>
        <w:t>解析：防雷装置主要由接闪器、引下线和接地装置三部分组成。接闪器用于吸引雷电，引下线用于传导雷电流，接地装置用于将雷电流安全导入大地。</w:t>
        <w:br/>
        <w:br/>
        <w:t>3. 答案：第三类</w:t>
        <w:br/>
        <w:br/>
        <w:t>解析：建筑物防雷设计规范中，防雷等级分为第一类、第二类和第三类。第一类防雷建筑物包括具有爆炸危险的场所和国家级重要建筑物；第二类包括重要的公共建筑物和人员密集场所；第三类包括一般的工业和民用建筑物。</w:t>
        <w:br/>
        <w:br/>
        <w:t>4. 答案：组合型</w:t>
        <w:br/>
        <w:br/>
        <w:t>解析：电涌保护器(SPD)按其工作原理可分为电压开关型、限压型和组合型。电压开关型在正常工作时呈高阻状态，当过电压时迅速变为低阻状态；限压型在正常工作时呈低阻状态，能限制过电压；组合型结合了前两者的特点。</w:t>
        <w:br/>
        <w:br/>
        <w:t>5. 答案：金属管道</w:t>
        <w:br/>
        <w:br/>
        <w:t>解析：雷电波侵入建筑物的主要途径有电源线、信号线和金属管道。雷击时，这些线路和管道可能将雷电过电压引入建筑物内部，损坏设备。因此，对这些线路和管道需要采取相应的防雷措施。</w:t>
        <w:br/>
        <w:br/>
        <w:t>三、判断题答案及解析</w:t>
        <w:br/>
        <w:br/>
        <w:t>1. 答案：×</w:t>
        <w:br/>
        <w:br/>
        <w:t>解析：雷电不仅会对室外设施造成危害，也会影响室内设备。雷电波可以通过电源线、信号线、金属管道等途径侵入建筑物，损坏室内设备。此外，雷电感应产生的电磁场也可能对室内电子设备造成干扰或损坏。</w:t>
        <w:br/>
        <w:br/>
        <w:t>2. 答案：×</w:t>
        <w:br/>
        <w:br/>
        <w:t>解析：避雷针的高度与其保护范围不是简单的线性关系。根据滚球法，避雷针的保护范围是一个以避雷针为顶点的锥形区域，但保护范围的增加速度会随着高度增加而减缓。此外，避雷针的保护范围还受到其安装位置、周围环境等因素的影响。</w:t>
        <w:br/>
        <w:br/>
        <w:t>3. 答案：×</w:t>
        <w:br/>
        <w:br/>
        <w:t>解析：不是所有建筑物都需要安装防雷装置。根据建筑物防雷设计规范，只有达到一定高度或重要性的建筑物才需要安装防雷装置。具体来说，第一类防雷建筑物必须安装，第二类和第三类防雷建筑物根据其重要性、使用性质和当地雷电活动情况决定是否安装。</w:t>
        <w:br/>
        <w:br/>
        <w:t>4. 答案：×</w:t>
        <w:br/>
        <w:br/>
        <w:t>解析：防雷接地电阻不是越小越好。虽然较小的接地电阻有助于更有效地将雷电流导入大地，但过小的接地电阻可能导致施工成本增加，且在某些情况下可能引起其他问题。接地电阻应根据建筑物防雷等级和当地土壤条件等因素综合考虑，达到规范要求的值即可。</w:t>
        <w:br/>
        <w:br/>
        <w:t>5. 答案：×</w:t>
        <w:br/>
        <w:br/>
        <w:t>解析：在雷雨天气，不应使用太阳能热水器。太阳能热水器通常安装在屋顶等高处，且金属管道可能将雷电引入室内，增加雷击风险。此外，雷电也可能损坏热水器本身。因此，在雷雨天气应避免使用太阳能热水器。</w:t>
        <w:br/>
        <w:br/>
        <w:t>四、多项选择题答案及解析</w:t>
        <w:br/>
        <w:br/>
        <w:t>1. 答案：ABC</w:t>
        <w:br/>
        <w:br/>
        <w:t>解析：安装电涌保护器、屏蔽线路和合理布线可以有效防止雷电感应过电压。电涌保护器能够在极短的时间内将过电压限制在设备可承受的范围内；屏蔽线路可以减少雷电电磁场对线路的感应；合理布线可以减少线路长度和环路面积，降低感应电压。增加线路长度反而会增加感应电压，因此不是有效措施。</w:t>
        <w:br/>
        <w:br/>
        <w:t>2. 答案：ABCD</w:t>
        <w:br/>
        <w:br/>
        <w:t>解析：防雷接地装置的施工要求包括接地电阻符合规范要求、接地体埋深足够、接地体间距合理和接地材料耐腐蚀。接地电阻应符合建筑物防雷等级的要求；接地体埋深应不小于0.5-0.8米，以避免土壤表层干湿变化的影响；接地体间距应足够大，以减少相互影响；接地材料应具有良好的耐腐蚀性，以确保长期有效。</w:t>
        <w:br/>
        <w:br/>
        <w:t>五、简答题答案及解析</w:t>
        <w:br/>
        <w:br/>
        <w:t>1. 答案：</w:t>
        <w:br/>
        <w:br/>
        <w:t>建筑物防雷的基本原则包括：</w:t>
        <w:br/>
        <w:br/>
        <w:t>(1) 安全性原则：确保人员和设备安全，防止雷击造成人员伤亡和财产损失。</w:t>
        <w:br/>
        <w:br/>
        <w:t>(2) 可靠性原则：防雷装置应可靠有效，能够承受预期的雷电流。</w:t>
        <w:br/>
        <w:br/>
        <w:t>(3) 经济性原则：在满足安全要求的前提下，选择经济合理的防雷方案。</w:t>
        <w:br/>
        <w:br/>
        <w:t>(4) 综合防护原则：采取外部防雷和内部防雷相结合的综合防护措施。</w:t>
        <w:br/>
        <w:br/>
        <w:t>(5) 因地制宜原则：根据建筑物特点、当地雷电活动情况和土壤条件等因素，制定针对性的防雷方案。</w:t>
        <w:br/>
        <w:br/>
        <w:t>解析：建筑物防雷是一个系统工程，需要综合考虑多种因素。安全性是首要原则，确保人员和设备安全是防雷的根本目的。可靠性要求防雷装置能够在雷击时正常工作，不发生失效。经济性要求在满足安全要求的前提下，合理控制成本。综合防护要求从外部防雷（如接闪器、引下线、接地装置）和内部防雷（如等电位连接、电涌保护器）两方面入手，形成完整的防护体系。因地制宜要求根据具体情况制定防雷方案，不能简单套用标准。</w:t>
        <w:br/>
        <w:br/>
        <w:t>2. 答案：</w:t>
        <w:br/>
        <w:br/>
        <w:t>电涌保护器(SPD)的安装注意事项包括：</w:t>
        <w:br/>
        <w:br/>
        <w:t>(1) 选择合适的SPD：根据被保护设备的耐压等级、系统电压和雷电活动情况选择合适的SPD。</w:t>
        <w:br/>
        <w:br/>
        <w:t>(2) 正确安装位置：SPD应安装在靠近被保护设备的位置，通常在电源进线处、分配电箱处和设备前端。</w:t>
        <w:br/>
        <w:br/>
        <w:t>(3) 注意连接导线：SPD的连接导线应尽量短而直，减少电感，一般长度不超过0.5米。</w:t>
        <w:br/>
        <w:br/>
        <w:t>(4) 确保接地良好：SPD必须可靠接地，接地电阻应符合要求。</w:t>
        <w:br/>
        <w:br/>
        <w:t>(5) 定期检查维护：定期检查SPD的状态，及时更换失效的SPD。</w:t>
        <w:br/>
        <w:br/>
        <w:t>(6) 多级保护：对于重要设备，应采用多级SPD保护，逐级降低过电压。</w:t>
        <w:br/>
        <w:br/>
        <w:t>解析：电涌保护器是防雷系统的重要组成部分，其安装质量直接影响防雷效果。选择合适的SPD是基础，应根据系统参数和雷电环境选择。安装位置应靠近被保护设备，以减少线路上的感应电压。连接导线应尽量短而直，因为导线过长会增加电感，影响SPD的响应速度。接地是SPD正常工作的前提，必须确保接地良好。定期检查维护可以及时发现并更换失效的SPD，确保防护系统持续有效。多级保护可以逐级降低过电压，提供更全面的保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