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2025年农村党员试题及答案</w:t>
      </w:r>
    </w:p>
    <w:p>
      <w:r>
        <w:br/>
        <w:t xml:space="preserve"> 一、单项选择题（每题2分，共20分）</w:t>
        <w:br/>
        <w:br/>
        <w:t>1. 中国共产党的根本宗旨是（ ）。</w:t>
        <w:br/>
        <w:br/>
        <w:t>A. 实现共产主义</w:t>
        <w:br/>
        <w:br/>
        <w:t>B. 全心全意为人民服务</w:t>
        <w:br/>
        <w:br/>
        <w:t>C. 实现中华民族伟大复兴</w:t>
        <w:br/>
        <w:br/>
        <w:t>D. 建设社会主义现代化强国</w:t>
        <w:br/>
        <w:br/>
        <w:t>2. 农村基层党组织在乡村振兴中的主要作用是（ ）。</w:t>
        <w:br/>
        <w:br/>
        <w:t>A. 直接参与农业生产</w:t>
        <w:br/>
        <w:br/>
        <w:t>B. 领导农村经济社会发展</w:t>
        <w:br/>
        <w:br/>
        <w:t>C. 替代村委会行使职权</w:t>
        <w:br/>
        <w:br/>
        <w:t>D. 负责农村基础设施建设</w:t>
        <w:br/>
        <w:br/>
        <w:t>3. 习近平总书记提出的"三农"问题是指（ ）。</w:t>
        <w:br/>
        <w:br/>
        <w:t>A. 农业、农村、农民</w:t>
        <w:br/>
        <w:br/>
        <w:t>B. 农产品、农村市场、农民收入</w:t>
        <w:br/>
        <w:br/>
        <w:t>C. 农业科技、农村教育、农民健康</w:t>
        <w:br/>
        <w:br/>
        <w:t>D. 农业生产、农村环境、农民生活</w:t>
        <w:br/>
        <w:br/>
        <w:t>4. 农村党员在脱贫攻坚中的责任是（ ）。</w:t>
        <w:br/>
        <w:br/>
        <w:t>A. 只需完成自己的脱贫任务</w:t>
        <w:br/>
        <w:br/>
        <w:t>B. 带领群众共同致富</w:t>
        <w:br/>
        <w:br/>
        <w:t>C. 向上级政府申请扶贫资金</w:t>
        <w:br/>
        <w:br/>
        <w:t>D. 监督扶贫资金使用情况</w:t>
        <w:br/>
        <w:br/>
        <w:t>5. 乡村振兴战略的总要求是（ ）。</w:t>
        <w:br/>
        <w:br/>
        <w:t>A. 产业兴旺、生态宜居、乡风文明、治理有效、生活富裕</w:t>
        <w:br/>
        <w:br/>
        <w:t>B. 农业现代化、农村城镇化、农民市民化</w:t>
        <w:br/>
        <w:br/>
        <w:t>C. 粮食安全、农民增收、农村稳定</w:t>
        <w:br/>
        <w:br/>
        <w:t>D. 农业强、农村美、农民富</w:t>
        <w:br/>
        <w:br/>
        <w:t>6. 中国共产党党员的义务不包括（ ）。</w:t>
        <w:br/>
        <w:br/>
        <w:t>A. 认真学习马克思列宁主义、毛泽东思想、邓小平理论、"三个代表"重要思想、科学发展观、习近平新时代中国特色社会主义思想</w:t>
        <w:br/>
        <w:br/>
        <w:t>B. 贯彻执行党的基本路线和各项方针、政策</w:t>
        <w:br/>
        <w:br/>
        <w:t>C. 维护党的团结和统一，对党忠诚老实</w:t>
        <w:br/>
        <w:br/>
        <w:t>D. 可以不参加党的组织生活</w:t>
        <w:br/>
        <w:br/>
        <w:t>7. 农村基层党组织建设的基本要求是（ ）。</w:t>
        <w:br/>
        <w:br/>
        <w:t>A. 只注重党员数量增长</w:t>
        <w:br/>
        <w:br/>
        <w:t>B. 提高党员素质，增强党组织凝聚力</w:t>
        <w:br/>
        <w:br/>
        <w:t>C. 主要发展年轻党员</w:t>
        <w:br/>
        <w:br/>
        <w:t>D. 减少党组织活动次数</w:t>
        <w:br/>
        <w:br/>
        <w:t>8. 农村党员在乡村治理中的角色是（ ）。</w:t>
        <w:br/>
        <w:br/>
        <w:t>A. 替代村委会行使职权</w:t>
        <w:br/>
        <w:br/>
        <w:t>B. 协助村委会开展工作，发挥先锋模范作用</w:t>
        <w:br/>
        <w:br/>
        <w:t>C. 只需参加党组织活动</w:t>
        <w:br/>
        <w:br/>
        <w:t>D. 监督村委会工作，但不参与决策</w:t>
        <w:br/>
        <w:br/>
        <w:t>9. 党的十九大报告提出，实施乡村振兴战略，要坚持农业农村优先发展，按照（ ）的总要求，建立健全城乡融合发展体制机制和政策体系。</w:t>
        <w:br/>
        <w:br/>
        <w:t>A. 工业反哺农业、城市支持农村</w:t>
        <w:br/>
        <w:br/>
        <w:t>B. 产业兴旺、生态宜居、乡风文明、治理有效、生活富裕</w:t>
        <w:br/>
        <w:br/>
        <w:t>C. 农业强、农村美、农民富</w:t>
        <w:br/>
        <w:br/>
        <w:t>D. 粮食安全、农民增收、农村稳定</w:t>
        <w:br/>
        <w:br/>
        <w:t>10. 农村党员在发展农村经济中的责任是（ ）。</w:t>
        <w:br/>
        <w:br/>
        <w:t>A. 只关心自家经济发展</w:t>
        <w:br/>
        <w:br/>
        <w:t>B. 带领群众发展特色产业，共同致富</w:t>
        <w:br/>
        <w:br/>
        <w:t>C. 向上级政府申请经济支持</w:t>
        <w:br/>
        <w:br/>
        <w:t>D. 监督农村经济活动</w:t>
        <w:br/>
        <w:br/>
        <w:t xml:space="preserve"> 二、填空题（每题2分，共10分）</w:t>
        <w:br/>
        <w:br/>
        <w:t>1. 中国共产党党员是中国工人阶级的有共产主义觉悟的________。</w:t>
        <w:br/>
        <w:br/>
        <w:t>2. 农村基层党组织是党在农村全部工作和________的基础。</w:t>
        <w:br/>
        <w:br/>
        <w:t>3. 乡村振兴战略的实施要坚持________优先发展，按照产业兴旺、生态宜居、乡风文明、治理有效、生活富裕的总要求。</w:t>
        <w:br/>
        <w:br/>
        <w:t>4. 农村党员要发挥________作用，在乡村振兴中当先锋、做表率。</w:t>
        <w:br/>
        <w:br/>
        <w:t>5. 党的十九大报告提出，要培养造就一支懂农业、爱农村、________的"三农"工作队伍。</w:t>
        <w:br/>
        <w:br/>
        <w:t xml:space="preserve"> 三、判断题（每题2分，共10分）</w:t>
        <w:br/>
        <w:br/>
        <w:t>1. 农村党员只需要参加党组织活动，不需要参与乡村治理。（ ）</w:t>
        <w:br/>
        <w:br/>
        <w:t>2. 农村基层党组织是党在农村的战斗堡垒，是党联系群众的桥梁和纽带。（ ）</w:t>
        <w:br/>
        <w:br/>
        <w:t>3. 农村党员在乡村振兴中应当发挥先锋模范作用，带领群众共同致富。（ ）</w:t>
        <w:br/>
        <w:br/>
        <w:t>4. 农村基层党组织建设只需要注重党员数量增长，不需要注重质量提升。（ ）</w:t>
        <w:br/>
        <w:br/>
        <w:t>5. 农村党员应当积极学习党的理论知识，提高自身政治素养。（ ）</w:t>
        <w:br/>
        <w:br/>
        <w:t xml:space="preserve"> 四、多项选择题（每题2分，共4分）</w:t>
        <w:br/>
        <w:br/>
        <w:t>1. 农村党员在乡村振兴中的责任包括（ ）。</w:t>
        <w:br/>
        <w:br/>
        <w:t>A. 带领群众发展特色产业</w:t>
        <w:br/>
        <w:br/>
        <w:t>B. 参与乡村治理，维护农村稳定</w:t>
        <w:br/>
        <w:br/>
        <w:t>C. 宣传党的政策，引导群众思想</w:t>
        <w:br/>
        <w:br/>
        <w:t>D. 监督村委会工作，但不参与决策</w:t>
        <w:br/>
        <w:br/>
        <w:t>2. 农村基层党组织建设的基本要求包括（ ）。</w:t>
        <w:br/>
        <w:br/>
        <w:t>A. 提高党员素质，增强党组织凝聚力</w:t>
        <w:br/>
        <w:br/>
        <w:t>B. 健全党的组织生活制度</w:t>
        <w:br/>
        <w:br/>
        <w:t>C. 加强党员教育管理</w:t>
        <w:br/>
        <w:br/>
        <w:t>D. 只注重党员数量增长</w:t>
        <w:br/>
        <w:br/>
        <w:t xml:space="preserve"> 五、简答题（每题5分，共10分）</w:t>
        <w:br/>
        <w:br/>
        <w:t>1. 简述农村党员在乡村振兴中的主要职责和作用。</w:t>
        <w:br/>
        <w:br/>
        <w:t>2. 农村基层党组织建设面临的主要挑战及应对措施有哪些？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解析：中国共产党的根本宗旨是全心全意为人民服务。这是由党的性质决定的，也是党的一切工作的出发点和落脚点。选项A是党的最终目标，选项C和D是党在特定历史阶段的任务。</w:t>
        <w:br/>
        <w:br/>
        <w:t>2. 答案：B</w:t>
        <w:br/>
        <w:br/>
        <w:t>解析：农村基层党组织在乡村振兴中的主要作用是领导农村经济社会发展。基层党组织是党在农村的战斗堡垒，负责贯彻执行党的路线方针政策，领导农村经济社会发展，而不是直接参与农业生产、替代村委会行使职权或负责基础设施建设。</w:t>
        <w:br/>
        <w:br/>
        <w:t>3. 答案：A</w:t>
        <w:br/>
        <w:br/>
        <w:t>解析：习近平总书记提出的"三农"问题是指农业、农村、农民问题。这是中国经济社会发展中的重要问题，也是党的工作重点。选项B、C、D都是"三农"问题中的具体方面，但不全面。</w:t>
        <w:br/>
        <w:br/>
        <w:t>4. 答案：B</w:t>
        <w:br/>
        <w:br/>
        <w:t>解析：农村党员在脱贫攻坚中的责任是带领群众共同致富。党员应当发挥先锋模范作用，不仅要自己脱贫，还要帮助和带领其他群众共同脱贫。选项A只关注个人，选项C和D虽然重要，但不是党员的主要责任。</w:t>
        <w:br/>
        <w:br/>
        <w:t>5. 答案：A</w:t>
        <w:br/>
        <w:br/>
        <w:t>解析：乡村振兴战略的总要求是产业兴旺、生态宜居、乡风文明、治理有效、生活富裕。这是党的十九大报告明确提出的内容，是指导乡村振兴工作的总体要求。选项B、C、D都是乡村振兴的具体方面，但不全面。</w:t>
        <w:br/>
        <w:br/>
        <w:t>6. 答案：D</w:t>
        <w:br/>
        <w:br/>
        <w:t>解析：中国共产党党员的义务包括认真学习马克思列宁主义、毛泽东思想、邓小平理论、"三个代表"重要思想、科学发展观、习近平新时代中国特色社会主义思想；贯彻执行党的基本路线和各项方针、政策；维护党的团结和统一，对党忠诚老实等。参加党的组织生活是党员的义务，不是可以不参加的。</w:t>
        <w:br/>
        <w:br/>
        <w:t>7. 答案：B</w:t>
        <w:br/>
        <w:br/>
        <w:t>解析：农村基层党组织建设的基本要求是提高党员素质，增强党组织凝聚力。基层党组织建设应当注重质量而非数量，既要发展年轻党员，也要重视老党员，同时要增加党组织活动次数，而不是减少。</w:t>
        <w:br/>
        <w:br/>
        <w:t>8. 答案：B</w:t>
        <w:br/>
        <w:br/>
        <w:t>解析：农村党员在乡村治理中的角色是协助村委会开展工作，发挥先锋模范作用。党员应当积极参与乡村治理，但不是替代村委会行使职权，也不是只参加党组织活动或只监督村委会工作。</w:t>
        <w:br/>
        <w:br/>
        <w:t>9. 答案：B</w:t>
        <w:br/>
        <w:br/>
        <w:t>解析：党的十九大报告提出，实施乡村振兴战略，要坚持农业农村优先发展，按照产业兴旺、生态宜居、乡风文明、治理有效、生活富裕的总要求，建立健全城乡融合发展体制机制和政策体系。这是乡村振兴战略的总体要求。</w:t>
        <w:br/>
        <w:br/>
        <w:t>10. 答案：B</w:t>
        <w:br/>
        <w:br/>
        <w:t>解析：农村党员在发展农村经济中的责任是带领群众发展特色产业，共同致富。党员应当发挥先锋模范作用，带领群众发展经济，而不是只关心自家经济发展、向上级政府申请经济支持或只监督农村经济活动。</w:t>
        <w:br/>
        <w:br/>
        <w:t xml:space="preserve"> 二、填空题</w:t>
        <w:br/>
        <w:br/>
        <w:t>1. 答案：先锋战士</w:t>
        <w:br/>
        <w:br/>
        <w:t>解析：中国共产党党员是中国工人阶级的有共产主义觉悟的先锋战士。这表明党员应当具有先进性，在各方面起到模范带头作用。</w:t>
        <w:br/>
        <w:br/>
        <w:t>2. 答案：战斗堡垒</w:t>
        <w:br/>
        <w:br/>
        <w:t>解析：农村基层党组织是党在农村全部工作和战斗堡垒的基础。基层党组织是党在农村的战斗堡垒，是党联系群众的桥梁和纽带，是党在农村全部工作和战斗力的基础。</w:t>
        <w:br/>
        <w:br/>
        <w:t>3. 答案：农业农村</w:t>
        <w:br/>
        <w:br/>
        <w:t>解析：乡村振兴战略的实施要坚持农业农村优先发展，按照产业兴旺、生态宜居、乡风文明、治理有效、生活富裕的总要求。这是党的十九大报告明确提出的内容。</w:t>
        <w:br/>
        <w:br/>
        <w:t>4. 答案：先锋模范</w:t>
        <w:br/>
        <w:br/>
        <w:t>解析：农村党员要发挥先锋模范作用，在乡村振兴中当先锋、做表率。党员应当在各方面起到模范带头作用，带领群众共同发展。</w:t>
        <w:br/>
        <w:br/>
        <w:t>5. 答案：爱农民</w:t>
        <w:br/>
        <w:br/>
        <w:t>解析：党的十九大报告提出，要培养造就一支懂农业、爱农村、爱农民的"三农"工作队伍。这强调了"三农"工作队伍应当具备的基本素质和情怀。</w:t>
        <w:br/>
        <w:br/>
        <w:t xml:space="preserve"> 三、判断题</w:t>
        <w:br/>
        <w:br/>
        <w:t>1. 答案：×</w:t>
        <w:br/>
        <w:br/>
        <w:t>解析：农村党员不仅要参加党组织活动，还要积极参与乡村治理。党员应当发挥先锋模范作用，在乡村治理中发挥积极作用，而不是只参加党组织活动。</w:t>
        <w:br/>
        <w:br/>
        <w:t>2. 答案：√</w:t>
        <w:br/>
        <w:br/>
        <w:t>解析：农村基层党组织是党在农村的战斗堡垒，是党联系群众的桥梁和纽带。这是对农村基层党组织作用的正确描述。</w:t>
        <w:br/>
        <w:br/>
        <w:t>3. 答案：√</w:t>
        <w:br/>
        <w:br/>
        <w:t>解析：农村党员在乡村振兴中应当发挥先锋模范作用，带领群众共同致富。这是党员的基本职责和使命。</w:t>
        <w:br/>
        <w:br/>
        <w:t>4. 答案：×</w:t>
        <w:br/>
        <w:br/>
        <w:t>解析：农村基层党组织建设既要注重党员数量增长，更要注重质量提升。基层党组织建设应当坚持质量优先，提高党员素质，增强党组织凝聚力。</w:t>
        <w:br/>
        <w:br/>
        <w:t>5. 答案：√</w:t>
        <w:br/>
        <w:br/>
        <w:t>解析：农村党员应当积极学习党的理论知识，提高自身政治素养。这是党员的基本义务，也是提高党员素质的重要途径。</w:t>
        <w:br/>
        <w:br/>
        <w:t xml:space="preserve"> 四、多项选择题</w:t>
        <w:br/>
        <w:br/>
        <w:t>1. 答案：ABC</w:t>
        <w:br/>
        <w:br/>
        <w:t>解析：农村党员在乡村振兴中的责任包括带领群众发展特色产业、参与乡村治理，维护农村稳定、宣传党的政策，引导群众思想。这些都是农村党员在乡村振兴中的重要职责。选项D"监督村委会工作，但不参与决策"是错误的，农村党员应当积极参与乡村治理，包括参与决策。</w:t>
        <w:br/>
        <w:br/>
        <w:t>2. 答案：ABC</w:t>
        <w:br/>
        <w:br/>
        <w:t>解析：农村基层党组织建设的基本要求包括提高党员素质，增强党组织凝聚力、健全党的组织生活制度、加强党员教育管理。这些都是加强农村基层党组织建设的重要内容。选项D"只注重党员数量增长"是错误的，基层党组织建设应当坚持质量优先。</w:t>
        <w:br/>
        <w:br/>
        <w:t xml:space="preserve"> 五、简答题</w:t>
        <w:br/>
        <w:br/>
        <w:t>1. 答案：</w:t>
        <w:br/>
        <w:br/>
        <w:t>农村党员在乡村振兴中的主要职责和作用包括：</w:t>
        <w:br/>
        <w:br/>
        <w:t>（1）发挥先锋模范作用，在产业发展、乡村治理、乡风文明等方面当先锋、做表率；</w:t>
        <w:br/>
        <w:br/>
        <w:t>（2）带领群众发展特色产业，增加农民收入，促进农村经济发展；</w:t>
        <w:br/>
        <w:br/>
        <w:t>（3）宣传党的政策，引导群众思想，凝聚乡村振兴的共识和力量；</w:t>
        <w:br/>
        <w:br/>
        <w:t>（4）参与乡村治理，维护农村社会稳定，促进农村和谐发展；</w:t>
        <w:br/>
        <w:br/>
        <w:t>（5）关心群众生活，帮助解决群众实际困难，增强群众的获得感和幸福感。</w:t>
        <w:br/>
        <w:br/>
        <w:t>解析：农村党员是乡村振兴的重要力量，应当充分发挥先锋模范作用，在各个方面起到带头作用。具体来说，农村党员应当带领群众发展经济，宣传党的政策，参与乡村治理，关心群众生活，为乡村振兴贡献力量。这些职责和作用体现了党员的先进性和责任感，也是党员在乡村振兴中应当发挥的作用。</w:t>
        <w:br/>
        <w:br/>
        <w:t>2. 答案：</w:t>
        <w:br/>
        <w:br/>
        <w:t>农村基层党组织建设面临的主要挑战及应对措施包括：</w:t>
        <w:br/>
        <w:br/>
        <w:t>主要挑战：</w:t>
        <w:br/>
        <w:br/>
        <w:t>（1）党员队伍结构不合理，年轻党员比例偏低，党员老龄化问题突出；</w:t>
        <w:br/>
        <w:br/>
        <w:t>（2）党员素质参差不齐，部分党员政治素养不高，服务意识不强；</w:t>
        <w:br/>
        <w:br/>
        <w:t>（3）党组织活动形式单一，吸引力不强，党员参与积极性不高；</w:t>
        <w:br/>
        <w:br/>
        <w:t>（4）农村人才流失严重，优秀人才难以吸引和留住；</w:t>
        <w:br/>
        <w:br/>
        <w:t>（5）基层党组织经费不足，活动开展受限。</w:t>
        <w:br/>
        <w:br/>
        <w:t>应对措施：</w:t>
        <w:br/>
        <w:br/>
        <w:t>（1）优化党员队伍结构，积极发展年轻党员，注重培养农村优秀青年入党；</w:t>
        <w:br/>
        <w:br/>
        <w:t>（2）加强党员教育培训，提高党员政治素养和服务意识，增强党员的责任感和使命感；</w:t>
        <w:br/>
        <w:br/>
        <w:t>（3）创新党组织活动形式，增强党组织活动的吸引力和凝聚力，提高党员参与积极性；</w:t>
        <w:br/>
        <w:br/>
        <w:t>（4）实施人才引进计划，吸引优秀人才回乡创业，为农村发展提供人才支持；</w:t>
        <w:br/>
        <w:br/>
        <w:t>（5）加大对基层党组织的经费投入，保障党组织活动的正常开展。</w:t>
        <w:br/>
        <w:br/>
        <w:t>解析：农村基层党组织建设面临诸多挑战，需要采取有效措施加以解决。在党员队伍结构方面，应当注重发展年轻党员，解决老龄化问题；在党员素质方面，应当加强教育培训，提高政治素养和服务意识；在党组织活动方面，应当创新形式，增强吸引力；在人才方面，应当实施引进计划，吸引优秀人才；在经费方面，应当加大投入，保障活动开展。这些措施有助于加强农村基层党组织建设，提高党组织的凝聚力和战斗力，为乡村振兴提供坚强的组织保障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