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2025年洗浴考核试题及答案</w:t>
      </w:r>
    </w:p>
    <w:p>
      <w:r>
        <w:br/>
        <w:t xml:space="preserve"> 一、单项选择题（共10题，每题2分，共20分）</w:t>
        <w:br/>
        <w:br/>
        <w:t>1. 洗浴场所中，以下哪种水温最适合人体泡澡？</w:t>
        <w:br/>
        <w:br/>
        <w:t>A. 30℃以下</w:t>
        <w:br/>
        <w:br/>
        <w:t>B. 35-40℃</w:t>
        <w:br/>
        <w:br/>
        <w:t>C. 45-50℃</w:t>
        <w:br/>
        <w:br/>
        <w:t>D. 55℃以上</w:t>
        <w:br/>
        <w:br/>
        <w:t>2. 洗浴场所中，以下哪种情况属于违反卫生规范的行为？</w:t>
        <w:br/>
        <w:br/>
        <w:t>A. 定期对浴池水进行消毒</w:t>
        <w:br/>
        <w:br/>
        <w:t>B. 使用一次性拖鞋</w:t>
        <w:br/>
        <w:br/>
        <w:t>C. 公共浴巾重复使用</w:t>
        <w:br/>
        <w:br/>
        <w:t>D. 客人使用后及时清洁更衣室</w:t>
        <w:br/>
        <w:br/>
        <w:t>3. 洗浴场所中，以下哪种精油适合用于放松肌肉？</w:t>
        <w:br/>
        <w:br/>
        <w:t>A. 薄荷精油</w:t>
        <w:br/>
        <w:br/>
        <w:t>B. 柠檬精油</w:t>
        <w:br/>
        <w:br/>
        <w:t>C. 薰衣草精油</w:t>
        <w:br/>
        <w:br/>
        <w:t>D. 迷迭香精油</w:t>
        <w:br/>
        <w:br/>
        <w:t>4. 洗浴场所中，以下哪种设备需要定期检查维护？</w:t>
        <w:br/>
        <w:br/>
        <w:t>A. 电视</w:t>
        <w:br/>
        <w:br/>
        <w:t>B. 空调</w:t>
        <w:br/>
        <w:br/>
        <w:t>C. 加热设备</w:t>
        <w:br/>
        <w:br/>
        <w:t>D. 沙发</w:t>
        <w:br/>
        <w:br/>
        <w:t>5. 洗浴场所中，以下哪种情况属于客人投诉的高发点？</w:t>
        <w:br/>
        <w:br/>
        <w:t>A. 水温过高</w:t>
        <w:br/>
        <w:br/>
        <w:t>B. 服务态度差</w:t>
        <w:br/>
        <w:br/>
        <w:t>C. 音乐音量过大</w:t>
        <w:br/>
        <w:br/>
        <w:t>D. 以上都是</w:t>
        <w:br/>
        <w:br/>
        <w:t>6. 洗浴场所中，以下哪种情况需要立即关闭设施并进行消毒？</w:t>
        <w:br/>
        <w:br/>
        <w:t>A. 客人轻微擦伤</w:t>
        <w:br/>
        <w:br/>
        <w:t>B. 发现客人患有传染性疾病</w:t>
        <w:br/>
        <w:br/>
        <w:t>C. 设备需要维修</w:t>
        <w:br/>
        <w:br/>
        <w:t>D. 客人投诉服务</w:t>
        <w:br/>
        <w:br/>
        <w:t>7. 洗浴场所中，以下哪种按摩手法不适合用于初次体验按摩的客人？</w:t>
        <w:br/>
        <w:br/>
        <w:t>A. 轻柔抚触</w:t>
        <w:br/>
        <w:br/>
        <w:t>B. 深度组织按摩</w:t>
        <w:br/>
        <w:br/>
        <w:t>C. 瑞典式按摩</w:t>
        <w:br/>
        <w:br/>
        <w:t>D. 泰式按摩</w:t>
        <w:br/>
        <w:br/>
        <w:t>8. 洗浴场所中，以下哪种情况属于违反消防安全规定？</w:t>
        <w:br/>
        <w:br/>
        <w:t>A. 安全通道堆放杂物</w:t>
        <w:br/>
        <w:br/>
        <w:t>B. 定期检查消防设备</w:t>
        <w:br/>
        <w:br/>
        <w:t>C. 组织消防演练</w:t>
        <w:br/>
        <w:br/>
        <w:t>D. 设置明显的安全出口标识</w:t>
        <w:br/>
        <w:br/>
        <w:t>9. 洗浴场所中，以下哪种情况属于违反环保规定的行为？</w:t>
        <w:br/>
        <w:br/>
        <w:t>A. 使用节能灯具</w:t>
        <w:br/>
        <w:br/>
        <w:t>B. 过度使用水资源</w:t>
        <w:br/>
        <w:br/>
        <w:t>C. 分类处理垃圾</w:t>
        <w:br/>
        <w:br/>
        <w:t>D. 使用环保清洁剂</w:t>
        <w:br/>
        <w:br/>
        <w:t>10. 洗浴场所中，以下哪种情况需要立即向管理层报告？</w:t>
        <w:br/>
        <w:br/>
        <w:t>A. 客人提出合理建议</w:t>
        <w:br/>
        <w:br/>
        <w:t>B. 发现设施损坏</w:t>
        <w:br/>
        <w:br/>
        <w:t>C. 客人表扬服务</w:t>
        <w:br/>
        <w:br/>
        <w:t>D. 客人预订服务</w:t>
        <w:br/>
        <w:br/>
        <w:t xml:space="preserve"> 二、填空题（共5题，每题2分，共10分）</w:t>
        <w:br/>
        <w:br/>
        <w:t>1. 洗浴场所中，浴池水应定期更换，一般每______小时更换一次。</w:t>
        <w:br/>
        <w:br/>
        <w:t>2. 洗浴场所中，客人泡澡时间不宜超过______分钟，以免引起身体不适。</w:t>
        <w:br/>
        <w:br/>
        <w:t>3. 洗浴场所中，按摩房内应保持适宜的温度，一般在______摄氏度左右。</w:t>
        <w:br/>
        <w:br/>
        <w:t>4. 洗浴场所中，公共区域的地面应保持干燥，以防客人______。</w:t>
        <w:br/>
        <w:br/>
        <w:t>5. 洗浴场所中，从业人员应定期进行健康检查，每年至少______次。</w:t>
        <w:br/>
        <w:br/>
        <w:t xml:space="preserve"> 三、判断题（共5题，每题2分，共10分）</w:t>
        <w:br/>
        <w:br/>
        <w:t>1. 洗浴场所中，可以使用客人使用过的浴巾为下一位客人服务。（ ）</w:t>
        <w:br/>
        <w:br/>
        <w:t>2. 洗浴场所中，从业人员可以不经过培训直接上岗。（ ）</w:t>
        <w:br/>
        <w:br/>
        <w:t>3. 洗浴场所中，客人可以在吸烟区吸烟。（ ）</w:t>
        <w:br/>
        <w:br/>
        <w:t>4. 洗浴场所中，可以随意使用客人遗留在物品柜内的物品。（ ）</w:t>
        <w:br/>
        <w:br/>
        <w:t>5. 洗浴场所中，应定期对设施设备进行维护保养。（ ）</w:t>
        <w:br/>
        <w:br/>
        <w:t xml:space="preserve"> 四、多项选择题（共2题，每题2分，共4分）</w:t>
        <w:br/>
        <w:br/>
        <w:t>1. 洗浴场所中，以下哪些属于基本的服务礼仪？（ ）</w:t>
        <w:br/>
        <w:br/>
        <w:t>A. 微笑服务</w:t>
        <w:br/>
        <w:br/>
        <w:t>B. 使用礼貌用语</w:t>
        <w:br/>
        <w:br/>
        <w:t>C. 尊重客人隐私</w:t>
        <w:br/>
        <w:br/>
        <w:t>D. 强行推销服务</w:t>
        <w:br/>
        <w:br/>
        <w:t>2. 洗浴场所中，以下哪些情况属于紧急情况需要立即处理？（ ）</w:t>
        <w:br/>
        <w:br/>
        <w:t>A. 客人突发疾病</w:t>
        <w:br/>
        <w:br/>
        <w:t>B. 设备故障</w:t>
        <w:br/>
        <w:br/>
        <w:t>C. 客人投诉</w:t>
        <w:br/>
        <w:br/>
        <w:t>D. 火灾等安全事故</w:t>
        <w:br/>
        <w:br/>
        <w:t xml:space="preserve"> 五、简答题（共2题，每题5分，共10分）</w:t>
        <w:br/>
        <w:br/>
        <w:t>1. 请简述洗浴场所从业人员应具备的基本素质和技能。</w:t>
        <w:br/>
        <w:br/>
        <w:t>2. 请简述洗浴场所发生客人投诉时的处理流程。</w:t>
        <w:br/>
        <w:br/>
        <w:t xml:space="preserve"> 答案及解析</w:t>
        <w:br/>
        <w:br/>
        <w:t xml:space="preserve"> 一、单项选择题</w:t>
        <w:br/>
        <w:br/>
        <w:t>1. 答案：B</w:t>
        <w:br/>
        <w:br/>
        <w:t>解析：人体泡澡的最适宜水温为35-40℃，这个温度范围既能有效放松肌肉，又不会对皮肤造成刺激。水温过低（30℃以下）达不到放松效果，水温过高（45℃以上）则可能导致皮肤烫伤或心脏负担加重。</w:t>
        <w:br/>
        <w:br/>
        <w:t>2. 答案：C</w:t>
        <w:br/>
        <w:br/>
        <w:t>解析：公共浴巾重复使用是违反卫生规范的行为，容易导致交叉感染。定期对浴池水消毒、使用一次性拖鞋、客人使用后及时清洁更衣室都是正确的卫生操作规范。</w:t>
        <w:br/>
        <w:br/>
        <w:t>3. 答案：C</w:t>
        <w:br/>
        <w:br/>
        <w:t>解析：薰衣草精油具有放松肌肉、缓解压力的功效，适合用于放松按摩。薄荷精油有提神醒脑的作用，柠檬精油有清新空气的效果，迷迭香精油有助于提高记忆力，都不如薰衣草精油适合放松肌肉。</w:t>
        <w:br/>
        <w:br/>
        <w:t>4. 答案：C</w:t>
        <w:br/>
        <w:br/>
        <w:t>解析：洗浴场所中的加热设备直接关系到客人的安全和体验，需要定期检查维护以确保正常运行。电视、空调、沙发等设备虽然也需要维护，但紧急程度不如加热设备。</w:t>
        <w:br/>
        <w:br/>
        <w:t>5. 答案：D</w:t>
        <w:br/>
        <w:br/>
        <w:t>解析：水温过高、服务态度差、音乐音量过大都是客人投诉的高发点。洗浴场所应关注这些细节，提供舒适的环境和优质的服务，以减少客人投诉。</w:t>
        <w:br/>
        <w:br/>
        <w:t>6. 答案：B</w:t>
        <w:br/>
        <w:br/>
        <w:t>解析：当发现客人患有传染性疾病时，应立即关闭相关设施并进行消毒，以防止疾病传播。客人轻微擦伤、设备需要维修、客人投诉服务等情况也需要处理，但紧急程度不如发现传染性疾病。</w:t>
        <w:br/>
        <w:br/>
        <w:t>7. 答案：B</w:t>
        <w:br/>
        <w:br/>
        <w:t>解析：深度组织按摩力度较大，不适合初次体验按摩的客人。轻柔抚触、瑞典式按摩、泰式按摩都有适合初次体验的技巧，可以根据客人的需求选择合适的按摩方式。</w:t>
        <w:br/>
        <w:br/>
        <w:t>8. 答案：A</w:t>
        <w:br/>
        <w:br/>
        <w:t>解析：安全通道堆放杂物是违反消防安全规定的行为，可能会在紧急情况下阻碍疏散。定期检查消防设备、组织消防演练、设置明显的安全出口标识都是正确的消防安全措施。</w:t>
        <w:br/>
        <w:br/>
        <w:t>9. 答案：B</w:t>
        <w:br/>
        <w:br/>
        <w:t>解析：过度使用水资源是违反环保规定的行为。使用节能灯具、分类处理垃圾、使用环保清洁剂都是符合环保要求的行为。</w:t>
        <w:br/>
        <w:br/>
        <w:t>10. 答案：B</w:t>
        <w:br/>
        <w:br/>
        <w:t>解析：发现设施损坏需要立即向管理层报告，以便及时修复，确保客人的安全和体验。客人提出合理建议、客人表扬服务、客人预订服务等情况也需要记录，但紧急程度不如设施损坏。</w:t>
        <w:br/>
        <w:br/>
        <w:t xml:space="preserve"> 二、填空题</w:t>
        <w:br/>
        <w:br/>
        <w:t>1. 答案：4</w:t>
        <w:br/>
        <w:br/>
        <w:t>解析：浴池水应定期更换，一般每4小时更换一次，以保证水质清洁，防止细菌滋生。长时间不更换浴池水会导致水质恶化，增加客人感染的风险。</w:t>
        <w:br/>
        <w:br/>
        <w:t>2. 答案：20</w:t>
        <w:br/>
        <w:br/>
        <w:t>解析：客人泡澡时间不宜超过20分钟，长时间泡澡可能导致皮肤过度水合、血压变化等不适反应。特别是对于老年人、心血管疾病患者等特殊人群，泡澡时间应适当缩短。</w:t>
        <w:br/>
        <w:br/>
        <w:t>3. 答案：25</w:t>
        <w:br/>
        <w:br/>
        <w:t>解析：按摩房内应保持适宜的温度，一般在25摄氏度左右，这样既能保证客人的舒适度，又能避免按摩过程中客人着凉。温度过高或过低都会影响按摩效果和客人的体验。</w:t>
        <w:br/>
        <w:br/>
        <w:t>4. 答案：滑倒</w:t>
        <w:br/>
        <w:br/>
        <w:t>解析：洗浴场所的公共区域地面应保持干燥，以防客人滑倒。洗浴场所地面湿滑是常见的安全隐患，应采取防滑措施，设置防滑垫，并及时清理积水。</w:t>
        <w:br/>
        <w:br/>
        <w:t>5. 答案：2</w:t>
        <w:br/>
        <w:br/>
        <w:t>解析：洗浴场所从业人员应定期进行健康检查，每年至少2次，以确保从业人员没有传染性疾病，防止交叉感染。这是保障公共卫生安全的重要措施。</w:t>
        <w:br/>
        <w:br/>
        <w:t xml:space="preserve"> 三、判断题</w:t>
        <w:br/>
        <w:br/>
        <w:t>1. 答案：×</w:t>
        <w:br/>
        <w:br/>
        <w:t>解析：洗浴场所中不可以使用客人使用过的浴巾为下一位客人服务，这违反了卫生规范，容易导致交叉感染。每位客人应使用干净、消毒过的浴巾。</w:t>
        <w:br/>
        <w:br/>
        <w:t>2. 答案：×</w:t>
        <w:br/>
        <w:br/>
        <w:t>解析：洗浴场所从业人员必须经过专业培训才能上岗，培训内容包括卫生知识、服务礼仪、应急处理等。未经培训直接上岗可能导致服务质量低下或处理不当。</w:t>
        <w:br/>
        <w:br/>
        <w:t>3. 答案：×</w:t>
        <w:br/>
        <w:br/>
        <w:t>解析：大多数洗浴场所都是无烟场所，不允许客人吸烟。吸烟不仅影响其他客人的体验，还存在火灾隐患，违反消防安全规定。</w:t>
        <w:br/>
        <w:br/>
        <w:t>4. 答案：×</w:t>
        <w:br/>
        <w:br/>
        <w:t>解析：不可以随意使用客人遗留在物品柜内的物品，这侵犯了客人的隐私权。对于客人遗落的物品，应妥善保管并尝试联系客人，超过规定时间无人认领的物品按规定处理。</w:t>
        <w:br/>
        <w:br/>
        <w:t>5. 答案：√</w:t>
        <w:br/>
        <w:br/>
        <w:t>解析：洗浴场所应定期对设施设备进行维护保养，确保设备正常运行，延长使用寿命，保障客人的安全和体验。这是场所管理的基本要求。</w:t>
        <w:br/>
        <w:br/>
        <w:t xml:space="preserve"> 四、多项选择题</w:t>
        <w:br/>
        <w:br/>
        <w:t>1. 答案：ABC</w:t>
        <w:br/>
        <w:br/>
        <w:t>解析：微笑服务、使用礼貌用语、尊重客人隐私都属于基本的服务礼仪。这些礼仪能够提升客人的体验，展现专业素养。强行推销服务则属于不当行为，会引起客人反感。</w:t>
        <w:br/>
        <w:br/>
        <w:t>2. 答案：ABD</w:t>
        <w:br/>
        <w:br/>
        <w:t>解析：客人突发疾病、设备故障、火灾等安全事故都属于紧急情况需要立即处理。这些情况直接关系到客人的生命安全和场所的正常运营，应优先处理。客人投诉虽然也需要及时处理，但紧急程度通常低于上述情况。</w:t>
        <w:br/>
        <w:br/>
        <w:t xml:space="preserve"> 五、简答题</w:t>
        <w:br/>
        <w:br/>
        <w:t>1. 答案：</w:t>
        <w:br/>
        <w:br/>
        <w:t>洗浴场所从业人员应具备以下基本素质和技能：</w:t>
        <w:br/>
        <w:br/>
        <w:t>（1）专业素质：具备洗浴行业相关的专业知识，了解各类洗浴项目、按摩手法、精油功效等；熟悉卫生消毒知识，能够正确操作消毒设备；了解基本的急救知识，能够处理常见的突发状况。</w:t>
        <w:br/>
        <w:br/>
        <w:t>（2）服务素质：具备良好的沟通能力，能够与客人进行有效交流；具备较强的观察力，能够及时发现客人的需求和不适；具备耐心和细心，能够为客人提供细致周到的服务；具备团队合作精神，能够与其他同事协作完成工作。</w:t>
        <w:br/>
        <w:br/>
        <w:t>（3）职业素养：具备良好的职业道德，尊重客人隐私，保护客人财物；具备较强的责任心，对工作认真负责；具备良好的形象气质，保持整洁的仪容仪表；具备持续学习的意识，不断提升专业水平和服务能力。</w:t>
        <w:br/>
        <w:br/>
        <w:t>解析：洗浴场所从业人员是直接面对客人的服务人员，其素质和技能直接影响客人的体验和场所的声誉。从业人员应具备专业素质、服务素质和职业素养等多方面的能力，才能为客人提供优质的服务。同时，随着行业的发展和市场需求的不断变化，从业人员还需要持续学习和提升，以适应新的挑战和要求。</w:t>
        <w:br/>
        <w:br/>
        <w:t>2. 答案：</w:t>
        <w:br/>
        <w:br/>
        <w:t>洗浴场所发生客人投诉时的处理流程如下：</w:t>
        <w:br/>
        <w:br/>
        <w:t>（1）倾听与记录：耐心倾听客人的投诉内容，不急于辩解；认真记录投诉的要点，包括时间、地点、人物、事件等关键信息。</w:t>
        <w:br/>
        <w:br/>
        <w:t>（2）道歉与安抚：向客人表示歉意，理解客人的不满情绪；适当安抚客人情绪，避免矛盾激化。</w:t>
        <w:br/>
        <w:br/>
        <w:t>（3）分析与调查：对投诉内容进行分析，了解事情的真相；必要时进行调查核实，收集相关证据。</w:t>
        <w:br/>
        <w:br/>
        <w:t>（4）解决与补偿：根据调查结果，采取适当的解决措施，如道歉、解释、赔偿等；确保解决方案能够满足客人的合理需求。</w:t>
        <w:br/>
        <w:br/>
        <w:t>（5）反馈与改进：将投诉处理结果反馈给客人，并征求客人的意见；对投诉事件进行总结分析，找出管理和服务中存在的问题，制定改进措施，避免类似问题再次发生。</w:t>
        <w:br/>
        <w:br/>
        <w:t>解析：客人投诉是洗浴场所改进服务和提升质量的重要机会。处理客人投诉时，应遵循倾听、道歉、分析、解决、反馈的流程，既要满足客人的合理需求，也要从中吸取教训，不断改进服务质量和水平。同时，建立健全投诉处理机制，对投诉事件进行分类统计和分析，找出问题的根源，采取针对性的措施，从根本上减少投诉的发生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