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黑体" w:hAnsi="黑体"/>
          <w:b/>
          <w:i w:val="0"/>
          <w:sz w:val="36"/>
        </w:rPr>
        <w:t>事业单位中的数量关系题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A、B、C三个试管中各盛有10克、20克、30克水，把某种浓度的盐水10克倒入A中，充分混合后从A中取出10克倒入B中，再充分混合后从B中取出10克倒入C中，最后得到C中盐水的浓度为0.5%。则开始倒入试管A中的盐水浓度是多少？(    )</w:t>
        <w:br/>
        <w:t>A、12%</w:t>
        <w:br/>
        <w:t>B、15%</w:t>
        <w:br/>
        <w:t>C、18%</w:t>
        <w:br/>
        <w:t>D、20%</w:t>
        <w:br/>
        <w:t>【答案】：答案：A</w:t>
        <w:br/>
        <w:t xml:space="preserve">解析：C中含盐量为(30＋10)×0.5%＝0.2克，即从B中取出的10克中含盐0.2克，则B的浓度为0.2÷10＝2%，进而求出B中含盐量为(20＋10)×2%＝0.6克，即从A中取出的10克中含盐0.6克，可得A的浓度为0.6÷10＝6%，进一步得出A中含盐量为(10＋10)×6%＝1.2克，故开始倒入A中的盐水浓度为1.2÷10＝12%。故选A。 </w:t>
      </w:r>
    </w:p>
    <w:p>
      <w:r>
        <w:t>2、一个人从家到公司，当他走到路程的一半的时候，速度下降了10%，问：他走完全程所用时间的前半段和后半段所走的路程比是(    )。</w:t>
        <w:br/>
        <w:t>A、10:9</w:t>
        <w:br/>
        <w:t>B、21:19</w:t>
        <w:br/>
        <w:t>C、11:9</w:t>
        <w:br/>
        <w:t>D、22:18</w:t>
        <w:br/>
        <w:t>【答案】：答案：B</w:t>
        <w:br/>
        <w:t xml:space="preserve">解析：设前半程速度为10，则后半程速度为9，路程总长为180，则前半程用时9，后半程用时10，总耗时19，一半为9.5。因此前半段时间走过的路程为90+9×(9.5-9)=94.5，后半段时间走过的路程为9×9.5=85.5。两段路程之比为94.5:85.5=21:19。故选B。 </w:t>
      </w:r>
    </w:p>
    <w:p>
      <w:r>
        <w:t>3、5，17，21，25，(    )</w:t>
        <w:br/>
        <w:t>A、30</w:t>
        <w:br/>
        <w:t>B、31</w:t>
        <w:br/>
        <w:t>C、32</w:t>
        <w:br/>
        <w:t>D、34</w:t>
        <w:br/>
        <w:t>【答案】：答案：B</w:t>
        <w:br/>
        <w:t xml:space="preserve">解析：都为奇数。故选B。 </w:t>
      </w:r>
    </w:p>
    <w:p>
      <w:r>
        <w:t>4、甲、乙二人现在的年龄之和是一个完全平方数。7年前，他们各自的年龄都是完全平方数。再过多少年，他们的年龄之和又是完全平方数？(    )</w:t>
        <w:br/>
        <w:t>A、20</w:t>
        <w:br/>
        <w:t>B、18</w:t>
        <w:br/>
        <w:t>C、16</w:t>
        <w:br/>
        <w:t>D、9</w:t>
        <w:br/>
        <w:t>【答案】：答案：B</w:t>
        <w:br/>
        <w:t xml:space="preserve">解析：设七年前甲、乙的年龄分别为x、y岁，则七年后两人的年龄和为(x+7)+(y+7)=x+y+14，根据题意x、y、x+y+14均为完全平方数。100以内的平方数有1、4、9、16、25、36、49、64、81、100，其中1+49+14=64，1、49、64均为完全平方数，则七年前甲1岁，乙49岁，现在甲为8岁，乙为56岁，年龄和为64，甲乙年龄和为偶数，下一个平方数为偶数的是100，需要再过(100-64)÷2=18年。故选B。 </w:t>
      </w:r>
    </w:p>
    <w:p>
      <w:r>
        <w:t>5、118，199，226，(    )，238</w:t>
        <w:br/>
        <w:t>A、228</w:t>
        <w:br/>
        <w:t>B、230</w:t>
        <w:br/>
        <w:t>C、232</w:t>
        <w:br/>
        <w:t>D、235</w:t>
        <w:br/>
        <w:t>【答案】：答案：D</w:t>
        <w:br/>
        <w:t xml:space="preserve">解析：相邻两项后一项减前一项，199-118=81，226-199=27，235-226=9，238-235=3，是公比为的等比数列，即所填数字为238-3=226+9=235。故选D。 </w:t>
      </w:r>
    </w:p>
    <w:p>
      <w:r>
        <w:t>6、2，17，29，38，44，(    )</w:t>
        <w:br/>
        <w:t>A、45</w:t>
        <w:br/>
        <w:t>B、46</w:t>
        <w:br/>
        <w:t>C、47</w:t>
        <w:br/>
        <w:t>D、48</w:t>
        <w:br/>
        <w:t>【答案】：答案：C</w:t>
        <w:br/>
        <w:t xml:space="preserve">解析：做差。第一次做差结果为15，12，9，6，所以后面一项为3，后面一项为47。故选C。 </w:t>
      </w:r>
    </w:p>
    <w:p>
      <w:r>
        <w:t>7、某单位组织工会活动，30名员工自愿参加做游戏。游戏规则：按1~30号编号并报数，第一次报数后，单号全部站出来，然后每次余下的人中第一个开始站出来，隔一人站出来一个人。最后站出来的人给大家唱首歌。那么给大家唱歌的员工编号是(    )。</w:t>
        <w:br/>
        <w:t>A、14</w:t>
        <w:br/>
        <w:t>B、16</w:t>
        <w:br/>
        <w:t>C、18</w:t>
        <w:br/>
        <w:t>D、20</w:t>
        <w:br/>
        <w:t>【答案】：答案：B</w:t>
        <w:br/>
        <w:t xml:space="preserve">解析：第一次报数后，单号全部站出来，剩余号码为2、4、6、8、10······30，均为2的倍数；每次余下的人中第一个开始站出来，隔一人站出来一个人，剩余号码为4、8、12、16、20、24、28，均为4的倍数；再从余下的号码中第一个人开始站出来，隔一个人站出来一个人，剩余号码为8、16、24，均为8的倍数；重复上一次的步骤，剩余16号，为16的倍数。1—30中16的倍数只有16。故选B。 </w:t>
      </w:r>
    </w:p>
    <w:p>
      <w:r>
        <w:t>8、－56，25，－2，7，4，(    )</w:t>
        <w:br/>
        <w:t>A、3</w:t>
        <w:br/>
        <w:t>B、－12</w:t>
        <w:br/>
        <w:t>C、－24</w:t>
        <w:br/>
        <w:t>D、5</w:t>
        <w:br/>
        <w:t>【答案】：答案：D</w:t>
        <w:br/>
        <w:t xml:space="preserve">解析：－56－25＝－3×[25－(－2)]，25－(－2)＝－3×(－2－7)，－2－7＝－3×(7－4)，第(N－1)项－第N项＝－3[第N项－第(N＋1)项](N≥2)，即所填数字为4－＝5。故选D。 </w:t>
      </w:r>
    </w:p>
    <w:p>
      <w:r>
        <w:t>9、从A地到B地为上坡路。自行车选手从A地出发按A-B-A-B的路线行进，全程平均速度为从B地出发，按B-A-B-A的路线行进的全程平均速度的4/5，如自行车选手在上坡路与下坡路上分别以固定速度匀速骑行，问他上坡的速度是下坡速度的(    )。</w:t>
        <w:br/>
        <w:t>A、1/2</w:t>
        <w:br/>
        <w:t>B、1/3</w:t>
        <w:br/>
        <w:t>C、2/3</w:t>
        <w:br/>
        <w:t>D、3/5</w:t>
        <w:br/>
        <w:t>【答案】：答案：A</w:t>
        <w:br/>
        <w:t xml:space="preserve">解析：S=VT，当S一定的时候，VT成反比，两次行程的平均速度之比是4:5，故两次行程所用时间之比T1：T2=5:4。设一个下坡的时间是1，一个上坡的时间是n，则上坡速度是下坡速度的1/n。A-B-A-B的过程经历了2个上坡和1个下坡，则T1=2n+1;B-A-B-A的过程经历了2个下坡和1个上坡，则T2=2+n，而T1：T2=5:4=(2n+1)：(2+n)，解得n=2。故选A。 </w:t>
      </w:r>
    </w:p>
    <w:p>
      <w:r>
        <w:t>10、某旅游部门规划一条从甲景点到乙景点的旅游线路，经测试，旅游船从甲到乙顺水匀速行驶需3小时;从乙返回甲逆水匀速行驶需4小时。假设水流速度恒定，甲乙之间的距离为y公里，旅游船在静水中匀速行驶y公里需要x小时，则x满足的方程为(    )。</w:t>
        <w:br/>
        <w:t>A、1/3-1/x=1/x-1/4</w:t>
        <w:br/>
        <w:t>B、1/3-1/x=1/4+1/x</w:t>
        <w:br/>
        <w:t>C、1/(x+3)=1/4-1/x</w:t>
        <w:br/>
        <w:t>D、1/(4-x)=1/x+1/3</w:t>
        <w:br/>
        <w:t>【答案】：答案：A</w:t>
        <w:br/>
        <w:t xml:space="preserve">解析：由题意可知，旅游船的静水速度为y/x公里/时，顺水速度为y/3公里/时，逆水速度为y/4公里/时。由水速=水速度-静水速度=静水速度-逆水速度，我们可得：y/3-y/x=y/x-y/4，消去y，得：1/3-1/x=1/x-1/4，故选A。考点点拨：解决流水问题的关键在于找出船速、水速、顺水速度和逆水速度四个量，然后根据其之间的关系求出未知量。故选A。 </w:t>
      </w:r>
    </w:p>
    <w:p>
      <w:r>
        <w:t>11、30，42，56，72，(    )</w:t>
        <w:br/>
        <w:t>A、86</w:t>
        <w:br/>
        <w:t>B、60</w:t>
        <w:br/>
        <w:t>C、90</w:t>
        <w:br/>
        <w:t>D、94</w:t>
        <w:br/>
        <w:t>【答案】：答案：C</w:t>
        <w:br/>
        <w:t xml:space="preserve">解析：第一次做差之后为12、14、16，是公差为2的等差数列，下一个应为18，原数列下一项为18+72=90。故选C。 </w:t>
      </w:r>
    </w:p>
    <w:p>
      <w:r>
        <w:t>12、某高速公路收费站对过往车辆的收费标准是：大型车30元/辆、中型车15元/辆、小型车10元/辆。某天，通过收费站的大型车与中型车的数量比是5∶6，中型车与小型车的数量比是4∶11，小型车的通行费总数比大型车的多270元，这天的收费总额是(    )。</w:t>
        <w:br/>
        <w:t>A、7280元</w:t>
        <w:br/>
        <w:t>B、7290元</w:t>
        <w:br/>
        <w:t>C、7300元</w:t>
        <w:br/>
        <w:t>D、7350元</w:t>
        <w:br/>
        <w:t>【答案】：答案：B</w:t>
        <w:br/>
        <w:t xml:space="preserve">解析：大、中、小型车的数量比为10∶12∶33。以10辆大型车、12辆中型车、33辆小型车为一组。每组小型车收费比大型车多33×10-10×30=30元。实际多270元，说明共通过了270÷30=9组。每组收费10×30+12×15+33×10=810元，收费总额为9×810=7290元。故选B。 </w:t>
      </w:r>
    </w:p>
    <w:p>
      <w:r>
        <w:t>13、2，1，2/3，1/2，(    )</w:t>
        <w:br/>
        <w:t>A、3/4</w:t>
        <w:br/>
        <w:t>B、1/4</w:t>
        <w:br/>
        <w:t>C、2/5</w:t>
        <w:br/>
        <w:t>D、5/6</w:t>
        <w:br/>
        <w:t>【答案】：答案：C</w:t>
        <w:br/>
        <w:t xml:space="preserve">解析：数列可化为4/2，4/4，4/6，4/8，分母都是4，分子2，4，6，8等差，所以后项为4/10=2/5。故选C。 </w:t>
      </w:r>
    </w:p>
    <w:p>
      <w:r>
        <w:t>14、2，3，6，18，108，(    )</w:t>
        <w:br/>
        <w:t>A、1944</w:t>
        <w:br/>
        <w:t>B、1620</w:t>
        <w:br/>
        <w:t>C、1296</w:t>
        <w:br/>
        <w:t>D、1728</w:t>
        <w:br/>
        <w:t>【答案】：答案：A</w:t>
        <w:br/>
        <w:t xml:space="preserve">解析：2×3＝6，3×6＝18，6×18＝108，……前两项相乘等于下一项，则所求项为18×108，尾数为4。故选A。 </w:t>
      </w:r>
    </w:p>
    <w:p>
      <w:r>
        <w:t>15、2，7，13，20，25，31，(    )</w:t>
        <w:br/>
        <w:t>A、35</w:t>
        <w:br/>
        <w:t>B、36</w:t>
        <w:br/>
        <w:t>C、37</w:t>
        <w:br/>
        <w:t>D、38</w:t>
        <w:br/>
        <w:t>【答案】：答案：D</w:t>
        <w:br/>
        <w:t xml:space="preserve">解析：依次将相邻两个数中后一个数减去前一个数得5，6，7，5，6，为(5，6，7)三个数字组成的循环数列，即所填数字为31+7=38。故选D。 </w:t>
      </w:r>
    </w:p>
    <w:p>
      <w:r>
        <w:t>16、4，12，8，10，(    )</w:t>
        <w:br/>
        <w:t>A、6</w:t>
        <w:br/>
        <w:t>B、8</w:t>
        <w:br/>
        <w:t>C、9</w:t>
        <w:br/>
        <w:t>D、24</w:t>
        <w:br/>
        <w:t>【答案】：答案：C</w:t>
        <w:br/>
        <w:t xml:space="preserve">解析：思路一：4-12=-812-8=48-10=-210-9=1，其中，-8、4、-2、1等比。思路二：(4+12)/2=8(12+8)/2=10(10+8)/2=/=9。故选C。 </w:t>
      </w:r>
    </w:p>
    <w:p>
      <w:r>
        <w:t>17、2，3，10，23，(    )</w:t>
        <w:br/>
        <w:t>A、35</w:t>
        <w:br/>
        <w:t>B、42</w:t>
        <w:br/>
        <w:t>C、68</w:t>
        <w:br/>
        <w:t>D、79</w:t>
        <w:br/>
        <w:t>【答案】：答案：B</w:t>
        <w:br/>
        <w:t xml:space="preserve">解析：相邻两项后一项减前一项，3－2＝1，10－3＝7，13－10＝13，42－23＝19，是一个公差为6的等差数列，即所填数字为23＋19＝42。故选B。解析：设每个小长方形的长为x厘米、宽为y厘米，由题意可知，2x+(x+y)=88÷2，2x=3y，得x=12，y=8。即大长方形的面积为12×8×5=480平方厘米。故选C。 </w:t>
      </w:r>
    </w:p>
    <w:p>
      <w:r>
        <w:t>18、7，7，9，17，43，(    )</w:t>
        <w:br/>
        <w:t>A、119</w:t>
        <w:br/>
        <w:t>B、117</w:t>
        <w:br/>
        <w:t>C、123</w:t>
        <w:br/>
        <w:t>D、121</w:t>
        <w:br/>
        <w:t>【答案】：答案：C</w:t>
        <w:br/>
        <w:t xml:space="preserve">解析：依次将相邻两项做差得0，2，10，26，再次做差得2，6，18。构成一个公比为3的等比数列，即所填数字为43+26+18×3=123。故选C。 </w:t>
      </w:r>
    </w:p>
    <w:p>
      <w:r>
        <w:t>19、12，27，72，(    )，612</w:t>
        <w:br/>
        <w:t>A、108</w:t>
        <w:br/>
        <w:t>B、188</w:t>
        <w:br/>
        <w:t>C、207</w:t>
        <w:br/>
        <w:t>D、256</w:t>
        <w:br/>
        <w:t>【答案】：答案：C</w:t>
        <w:br/>
        <w:t xml:space="preserve">解析：(第一项-3)×3=第二项，(72-3)×3=(207)，(207-3)×3=612。故选C。 </w:t>
      </w:r>
    </w:p>
    <w:p>
      <w:r>
        <w:t>20、21，27，40，61，94，148，(    )</w:t>
        <w:br/>
        <w:t>A、239</w:t>
        <w:br/>
        <w:t>B、242</w:t>
        <w:br/>
        <w:t>C、246</w:t>
        <w:br/>
        <w:t>D、252</w:t>
        <w:br/>
        <w:t>【答案】：答案：A</w:t>
        <w:br/>
        <w:t xml:space="preserve">解析：依次将相邻两项作差得6，13，21，33，54;二次作差得7，8，12，21;再次作差得12，22，32，是连续自然数的平方。即所填数字为42+21+54+148=239。故选A。 </w:t>
      </w:r>
    </w:p>
    <w:p>
      <w:r>
        <w:t>21、4，5，7，9，13，15，(    )</w:t>
        <w:br/>
        <w:t>A、17</w:t>
        <w:br/>
        <w:t>B、19</w:t>
        <w:br/>
        <w:t>C、18</w:t>
        <w:br/>
        <w:t>D、20</w:t>
        <w:br/>
        <w:t>【答案】：答案：B</w:t>
        <w:br/>
        <w:t xml:space="preserve">解析：各项减2后为质数列，故下一项为17+2=19。故选B。 </w:t>
      </w:r>
    </w:p>
    <w:p>
      <w:r>
        <w:t>22、8，6，-4，-54，(    )</w:t>
        <w:br/>
        <w:t>A、-118</w:t>
        <w:br/>
        <w:t>B、-192</w:t>
        <w:br/>
        <w:t>C、-320</w:t>
        <w:br/>
        <w:t>D、-304</w:t>
        <w:br/>
        <w:t>【答案】：答案：D</w:t>
        <w:br/>
        <w:t xml:space="preserve">解析：依次将相邻两个数中后一个数减去前一个数得-2，-10，-50，构成公比为5的等比数列，即所填数字为-54+(-250)=-304。故选D。 </w:t>
      </w:r>
    </w:p>
    <w:p>
      <w:r>
        <w:t>23、[(9，6)，42，(7，7)]，[(7，3)，40，(6，4)]，[(8，2)，(    )，(3，2)]</w:t>
        <w:br/>
        <w:t>A、30</w:t>
        <w:br/>
        <w:t>B、32</w:t>
        <w:br/>
        <w:t>C、34</w:t>
        <w:br/>
        <w:t>D、36</w:t>
        <w:br/>
        <w:t>【答案】：答案：A</w:t>
        <w:br/>
        <w:t xml:space="preserve">解析：(9－6)×(7＋7)＝42，(7－3)×(6＋4)＝40，每组中前两项的差×后两项的和＝中间项。即所填数字为(8－2)×(3＋2)＝30。故选A。 </w:t>
      </w:r>
    </w:p>
    <w:p>
      <w:r>
        <w:t>24、2，6，18，54，(    )</w:t>
        <w:br/>
        <w:t>A、186</w:t>
        <w:br/>
        <w:t>B、162</w:t>
        <w:br/>
        <w:t>C、194</w:t>
        <w:br/>
        <w:t>D、196</w:t>
        <w:br/>
        <w:t>【答案】：答案：B</w:t>
        <w:br/>
        <w:t xml:space="preserve">解析：该数列是以3为公比的等比数列，故空缺项为:54×3＝162。故选B。 </w:t>
      </w:r>
    </w:p>
    <w:p>
      <w:r>
        <w:t>25、2，14，84，420，1680，(    )</w:t>
        <w:br/>
        <w:t>A、2400</w:t>
        <w:br/>
        <w:t>B、3360</w:t>
        <w:br/>
        <w:t>C、4210</w:t>
        <w:br/>
        <w:t>D、5040</w:t>
        <w:br/>
        <w:t>【答案】：答案：D</w:t>
        <w:br/>
        <w:t xml:space="preserve">解析：两两做商得到7，6，5，4，按此规律下一项为3，所以所求项为1680×3=5040。故选D。 </w:t>
      </w:r>
    </w:p>
    <w:p>
      <w:r>
        <w:t>26、在某城市中，有60%的家庭订阅某种日报，有85%的家庭有电视机。假定这两个事件是独立的，今随机抽出一个家庭，所抽家庭既订阅该种日报又有电视机的概率是(    )。</w:t>
        <w:br/>
        <w:t>A、0.09</w:t>
        <w:br/>
        <w:t>B、0.25</w:t>
        <w:br/>
        <w:t>C、0.36</w:t>
        <w:br/>
        <w:t>D、0.51</w:t>
        <w:br/>
        <w:t>【答案】：答案：D</w:t>
        <w:br/>
        <w:t xml:space="preserve">解析：由于是独立重复试验，故既订阅该中日报又有电视机的概率是60%×85%＝51%。故选D。 </w:t>
      </w:r>
    </w:p>
    <w:p>
      <w:r>
        <w:t>27、某商店以5元/斤的价格购入一批蔬菜，上午以8元/斤的价格卖出总进货量的60%，中午以上午售出价的8折卖出总进货量的20%，下午以中午售出价的一半卖出剩余货量的一半，最后获利210元。则该商店一共购入多少斤蔬菜?(    )</w:t>
        <w:br/>
        <w:t>A、140</w:t>
        <w:br/>
        <w:t>B、150</w:t>
        <w:br/>
        <w:t>C、160</w:t>
        <w:br/>
        <w:t>D、180</w:t>
        <w:br/>
        <w:t>【答案】：答案：B</w:t>
        <w:br/>
        <w:t xml:space="preserve">解析：赋值购进的量为10斤，上午以8元/斤的价格卖出6斤，中午以6.4元/斤的价格卖出2斤，下午以3.2元/斤的价格卖出1斤，总收入=8×6+6.4×2+3.2×1=64元，总利润=64-5×10=14元，实际购入(210/14)×10=150斤。故选B。 </w:t>
      </w:r>
    </w:p>
    <w:p>
      <w:r>
        <w:t>28、甲乙两人需托运行李。托运收费标准为10kg以下6元/kg，超出10kg部分每公斤收费标准略低一些。已知甲乙两人托运费分别为109.5元、78元，甲的行李比乙重了50%。那么，超出10kg部分每公斤收费标准比10kg以内的低了(    )元。</w:t>
        <w:br/>
        <w:t xml:space="preserve"> A. 1.5</w:t>
        <w:br/>
        <w:t xml:space="preserve"> B. 2.5</w:t>
        <w:br/>
        <w:t xml:space="preserve"> C. 3.5</w:t>
        <w:br/>
        <w:t xml:space="preserve"> D. 4.5</w:t>
        <w:br/>
        <w:t xml:space="preserve">【答案】：答案：A </w:t>
        <w:br/>
        <w:t xml:space="preserve">解析：解析一：分段计费问题，设乙的行李超出的重量为x，即乙的行李总重量为10+x，则甲的行李重量为1.5×(10+x)。所以计算超出部分的重量为1.5×(10+x)-10=5+1.5x，超出金额为49.5元，所以按照比例，乙的行李超出了重量x，超出金额为18元，得到，解得x=4，所以超出部分单价为18÷4=4.5元。所以超出10公斤部分每公斤收费标准比10公斤以内的低了6-4.5=1.5元。解析二：盈亏思路，由于甲的行李重量比乙的多50%，所以分段看，乙超出部分为18元，所以对应的多50%的重量，应该是27元。则从甲超出的49.5元中扣除27元，还剩22.5元，这个钱数应该对应着10公斤的50%，即5公斤22.5元。所以每公斤超出部分为4.5元，超出10公斤部分每公斤收费标准比10公斤以内的低了6-4.5=1.5，得解。故正确答案为A。速解：靠常识解决，题目中说“超出10公斤部分每公斤收费标准略低一些。”所以选稍微低一点的 </w:t>
      </w:r>
    </w:p>
    <w:p>
      <w:r>
        <w:t>29、某城市居民用水价格为：每户每月不超过5吨的部分按4元/吨收取；超过5吨不超过10吨的部分按6元/吨收取；超过10吨的部分按8元/吨收取。某户居民两个月共交水费108元，则该户居民这两个月用水总量最多为多少吨？(    )</w:t>
        <w:br/>
        <w:t>A、17.25</w:t>
        <w:br/>
        <w:t>B、21</w:t>
        <w:br/>
        <w:t>C、21.33</w:t>
        <w:br/>
        <w:t>D、24</w:t>
        <w:br/>
        <w:t>【答案】：答案：B</w:t>
        <w:br/>
        <w:t xml:space="preserve">解析：总费用一定，要使两个月的用水总量最多，需尽量使用低价水。先将两个月4元/吨的额度用完，花费4×5×2＝40(元)；再将6元/吨的额度用完，花费6×5×2＝60(元)。由两个月共交水费108元可知，还剩108－40－60＝8(元)，可购买1吨单价为8元/吨的水。该户居民这两个月用水总量最多为5×2＋5×2＋1＝21(吨)。故选B。 </w:t>
      </w:r>
    </w:p>
    <w:p>
      <w:r>
        <w:t>30、4/5，16/17，16/13，64/37，(    )</w:t>
        <w:br/>
        <w:t>A、64/25</w:t>
        <w:br/>
        <w:t>B、64/21</w:t>
        <w:br/>
        <w:t>C、35/26</w:t>
        <w:br/>
        <w:t>D、75/23</w:t>
        <w:br/>
        <w:t>【答案】：答案：A</w:t>
        <w:br/>
        <w:t xml:space="preserve">解析：已知数列可转化为：8/10，16/17，32/26，64/37，(    )，分子8，16，32，64，(    )是公比为2的等比数列，分母10，17，26，37，(    )构成二级等差数列。故第五项的分子应是128，分母是50，约分后为64/25。故选A。 </w:t>
      </w:r>
    </w:p>
    <w:p>
      <w:r>
        <w:t>31、-1，6，25，62，(    )</w:t>
        <w:br/>
        <w:t>A、123</w:t>
        <w:br/>
        <w:t>B、87</w:t>
        <w:br/>
        <w:t>C、150</w:t>
        <w:br/>
        <w:t>D、109</w:t>
        <w:br/>
        <w:t>【答案】：答案：A</w:t>
        <w:br/>
        <w:t xml:space="preserve">解析：-1=1-2=13-2，6=8-2=23-2，25=27-2=33-2，62=64-2=43-2，53-2=125-2=123。故选A。 </w:t>
      </w:r>
    </w:p>
    <w:p>
      <w:r>
        <w:t>32、2，3，1，2，6，7，(    )</w:t>
        <w:br/>
        <w:t>A、9</w:t>
        <w:br/>
        <w:t>B、5</w:t>
        <w:br/>
        <w:t>C、11</w:t>
        <w:br/>
        <w:t>D、24</w:t>
        <w:br/>
        <w:t>【答案】：答案：B</w:t>
        <w:br/>
        <w:t xml:space="preserve">解析：依次将相隔两项做和2+1=3、3+2=5、1+6=7、2+7=9，是公差为2的等差数列。即所填数字为(9+2)-6=5。故选B。 </w:t>
      </w:r>
    </w:p>
    <w:p>
      <w:r>
        <w:t>33、某年的10月里有5个星期六，4个星期日，则这年的10月1日是?(    )</w:t>
        <w:br/>
        <w:t>A、星期一</w:t>
        <w:br/>
        <w:t>B、星期二</w:t>
        <w:br/>
        <w:t>C、星期三</w:t>
        <w:br/>
        <w:t>D、星期四</w:t>
        <w:br/>
        <w:t>【答案】：答案：D</w:t>
        <w:br/>
        <w:t xml:space="preserve">解析：10月有31天，因为有5个星期六，4个星期日，所以10月31日是星期六。31=4×7+3，所以10月3日也是星期六，故10月1日是星期四。故选D。 </w:t>
      </w:r>
    </w:p>
    <w:p>
      <w:r>
        <w:t>34、-3，-2，5，24，61,(    )</w:t>
        <w:br/>
        <w:t>A、122</w:t>
        <w:br/>
        <w:t>B、156</w:t>
        <w:br/>
        <w:t>C、240</w:t>
        <w:br/>
        <w:t>D、348</w:t>
        <w:br/>
        <w:t>【答案】：答案：A</w:t>
        <w:br/>
        <w:t xml:space="preserve">解析：相邻两项逐差：因此，未知项=61+61=122。故选A。 </w:t>
      </w:r>
    </w:p>
    <w:p>
      <w:r>
        <w:t>35、假设地球上新生成的资源的增长速度是一定的，照此推算，地球上的资源可供110亿人生活90年，或者可供90亿人生活210年。为了使人类能够不断繁衍，那么地球最多能养活多少亿人？(    )</w:t>
        <w:br/>
        <w:t>A、70</w:t>
        <w:br/>
        <w:t>B、75</w:t>
        <w:br/>
        <w:t>C、80</w:t>
        <w:br/>
        <w:t>D、100</w:t>
        <w:br/>
        <w:t>【答案】：答案：B</w:t>
        <w:br/>
        <w:t xml:space="preserve">解析：设地球的原始资源可供x亿人生存一年，每年增长的资源可供y亿人生存一年，即x＋90y＝90×110，x＋210y＝210×90，两式联立得y＝75，为了使人类能够不断繁衍，那么地球最多能养活75亿人。故选B。 </w:t>
      </w:r>
    </w:p>
    <w:p>
      <w:r>
        <w:t>36、某年的10月里有5个星期六，4个星期日，则这年的10月1日是?(    )</w:t>
        <w:br/>
        <w:t>A、星期一</w:t>
        <w:br/>
        <w:t>B、星期二</w:t>
        <w:br/>
        <w:t>C、星期三</w:t>
        <w:br/>
        <w:t>D、星期四</w:t>
        <w:br/>
        <w:t>【答案】：答案：D</w:t>
        <w:br/>
        <w:t xml:space="preserve">解析：10月有31天，因为有5个星期六，4个星期日，所以10月31日是星期六。31=4×7+3，所以10月3日也是星期六，故10月1日是星期四。故选D。 </w:t>
      </w:r>
    </w:p>
    <w:p>
      <w:r>
        <w:t>37、30个小朋友围成一圈玩传球游戏，每次球传给下一个小朋友需要1秒。当老师喊“转向”时，要改变传球方向。如果从小华开始传球，老师在游戏开始后的第16、31、49秒喊“转向”，那么在第多少秒时，球会重新回到小华手上？(    )</w:t>
        <w:br/>
        <w:t>A、68</w:t>
        <w:br/>
        <w:t>B、69</w:t>
        <w:br/>
        <w:t>C、70</w:t>
        <w:br/>
        <w:t>D、71</w:t>
        <w:br/>
        <w:t>【答案】：答案：A</w:t>
        <w:br/>
        <w:t xml:space="preserve">解析：设小华的位置为0号，按顺时针方向编号依次为0号、1号、2号、……、29号。小华以顺时针方向开始传球。①经过16秒，顺时针传到16号；②转向：经过15秒(31－16＝15)，逆时针传到1号；③转向：经过18秒(49－31＝18)，顺时针传到19号；④转向：经过19秒，逆时针传回到小华手中。在第49＋19＝68(秒)时，球会重新回到小华手上。故选A。 </w:t>
      </w:r>
    </w:p>
    <w:p>
      <w:r>
        <w:t>38、某城市居民用水价格为：每户每月不超过5吨的部分按4元/吨收取；超过5吨不超过10吨的部分按6元/吨收取；超过10吨的部分按8元/吨收取。某户居民两个月共交水费108元，则该户居民这两个月用水总量最多为多少吨？(    )</w:t>
        <w:br/>
        <w:t>A、17.25</w:t>
        <w:br/>
        <w:t>B、21</w:t>
        <w:br/>
        <w:t>C、21.33</w:t>
        <w:br/>
        <w:t>D、24</w:t>
        <w:br/>
        <w:t>【答案】：答案：B</w:t>
        <w:br/>
        <w:t xml:space="preserve">解析：总费用一定，要使两个月的用水总量最多，需尽量使用低价水。先将两个月4元/吨的额度用完，花费4×5×2＝40(元)；再将6元/吨的额度用完，花费6×5×2＝60(元)。由两个月共交水费108元可知，还剩108－40－60＝8(元)，可购买1吨单价为8元/吨的水。该户居民这两个月用水总量最多为5×2＋5×2＋1＝21(吨)。故选B。 </w:t>
      </w:r>
    </w:p>
    <w:p>
      <w:r>
        <w:t>39、1，2，0，3，-1，4，(    )</w:t>
        <w:br/>
        <w:t>A、-2</w:t>
        <w:br/>
        <w:t>B、0</w:t>
        <w:br/>
        <w:t>C、5</w:t>
        <w:br/>
        <w:t>D、6</w:t>
        <w:br/>
        <w:t>【答案】：答案：A</w:t>
        <w:br/>
        <w:t xml:space="preserve">解析：奇数项1、0、-1、(-2)是公差为-1的等差数列;偶数项2、3、4是连续自然数。故选A。 </w:t>
      </w:r>
    </w:p>
    <w:p>
      <w:r>
        <w:t>40、某种茶叶原价30元一包，为了促销，降低了价格，销量增加了二倍，收入增加了五分之三，则一包茶叶降价(    )元。</w:t>
        <w:br/>
        <w:t>A、12</w:t>
        <w:br/>
        <w:t>B、14</w:t>
        <w:br/>
        <w:t>C、13</w:t>
        <w:br/>
        <w:t>D、11</w:t>
        <w:br/>
        <w:t>【答案】：答案：B</w:t>
        <w:br/>
        <w:t xml:space="preserve">解析：设原来茶叶的销量为1，那么现在销量为3。原来收入为30元，现在收入为30×(1＋3/5)＝48元，每包茶叶为48÷3＝16元，降价30－16＝14元。故选B。 </w:t>
      </w:r>
    </w:p>
    <w:p>
      <w:r>
        <w:t>41、1，1，2，6，24，(    )</w:t>
        <w:br/>
        <w:t>A、11</w:t>
        <w:br/>
        <w:t>B、50</w:t>
        <w:br/>
        <w:t>C、80</w:t>
        <w:br/>
        <w:t>D、120</w:t>
        <w:br/>
        <w:t>【答案】：答案：D</w:t>
        <w:br/>
        <w:t xml:space="preserve">解析：依次将相邻两个数中后一个数除以前一个数得1，2，3，4，为连续自然数列，即所填数字为24×5＝120。故选D。 </w:t>
      </w:r>
    </w:p>
    <w:p>
      <w:r>
        <w:t>42、2.08，8.16，24.32，64.64，(    )</w:t>
        <w:br/>
        <w:t>A、160.28</w:t>
        <w:br/>
        <w:t>B、124.28</w:t>
        <w:br/>
        <w:t>C、160.56</w:t>
        <w:br/>
        <w:t>D、124.56</w:t>
        <w:br/>
        <w:t>【答案】：答案：A</w:t>
        <w:br/>
        <w:t xml:space="preserve">解析：小数点之前满足规律：(8-2)×4=24，(24-8)×4=64，(64-24)×4=160，排除B.D两项。小数点之后构成等比数列8，16，32，64，128，小数点之后的数超过三位取后两位，所以未知项是160.28。故选A。 </w:t>
      </w:r>
    </w:p>
    <w:p>
      <w:r>
        <w:t>43、甲、乙和丙三种不同浓度、不同规格的酒精溶液，每瓶重量分别为3公斤、7公斤和9公斤，如果将甲乙各一瓶、甲丙各一瓶和乙丙各一瓶分别混合，得到的酒精浓度分别为50%，50%和60%。如果将三种酒精合各一瓶混合，得到的酒精中要加入多少公斤纯净水后，其浓度正好是50%?(    )</w:t>
        <w:br/>
        <w:t>A、1</w:t>
        <w:br/>
        <w:t>B、1.3</w:t>
        <w:br/>
        <w:t>C、1.6</w:t>
        <w:br/>
        <w:t>D、1.9</w:t>
        <w:br/>
        <w:t>【答案】：答案：C</w:t>
        <w:br/>
        <w:t xml:space="preserve">解析：甲乙各一瓶、甲丙各一瓶和乙丙各一瓶分别混合，相当于两瓶甲、两瓶乙、两瓶丙混合，前两种浓度都是50%，所以只需要加入适量水使得乙丙混合浓度由60%变为50%即可。设加水x，可将浓度为60%的酒精溶液溶度变为50%，即，解得x=3.2(公斤)。此时甲乙，甲丙和乙丙溶液各一瓶混合后浓度必然为50%。若甲、乙和丙各一瓶混合时浓度仍然为50%，则需加水为(公斤)。故选C。 </w:t>
      </w:r>
    </w:p>
    <w:p>
      <w:r>
        <w:t>44、某商店以5元/斤的价格购入一批蔬菜，上午以8元/斤的价格卖出总进货量的60%，中午以上午售出价的8折卖出总进货量的20%，下午以中午售出价的一半卖出剩余货量的一半，最后获利210元。则该商店一共购入多少斤蔬菜?(    )</w:t>
        <w:br/>
        <w:t>A、140</w:t>
        <w:br/>
        <w:t>B、150</w:t>
        <w:br/>
        <w:t>C、160</w:t>
        <w:br/>
        <w:t>D、180</w:t>
        <w:br/>
        <w:t>【答案】：答案：B</w:t>
        <w:br/>
        <w:t xml:space="preserve">解析：赋值购进的量为10斤，上午以8元/斤的价格卖出6斤，中午以6.4元/斤的价格卖出2斤，下午以3.2元/斤的价格卖出1斤，总收入=8×6+6.4×2+3.2×1=64元，总利润=64-5×10=14元，实际购入(210/14)×10=150斤。故选B。 </w:t>
      </w:r>
    </w:p>
    <w:p>
      <w:r>
        <w:t>45、2，6，18，54，(    )</w:t>
        <w:br/>
        <w:t>A、186</w:t>
        <w:br/>
        <w:t>B、162</w:t>
        <w:br/>
        <w:t>C、194</w:t>
        <w:br/>
        <w:t>D、196</w:t>
        <w:br/>
        <w:t>【答案】：答案：B</w:t>
        <w:br/>
        <w:t xml:space="preserve">解析：该数列是以3为公比的等比数列，故空缺项为:54×3＝162。故选B。 </w:t>
      </w:r>
    </w:p>
    <w:p>
      <w:r>
        <w:t>46、6，21，43，72，(    )</w:t>
        <w:br/>
        <w:t>A、84</w:t>
        <w:br/>
        <w:t>B、96</w:t>
        <w:br/>
        <w:t>C、108</w:t>
        <w:br/>
        <w:t>D、112</w:t>
        <w:br/>
        <w:t>【答案】：答案：C</w:t>
        <w:br/>
        <w:t xml:space="preserve">解析：依次将相邻两个数中后一个数减去前一个数得15，22，29，构成公差为7的等差数列，即所填数字为72+29+7=108。故选C。 </w:t>
      </w:r>
    </w:p>
    <w:p>
      <w:r>
        <w:t>47、80×35×15的值是(    )。</w:t>
        <w:br/>
        <w:t>A、42000</w:t>
        <w:br/>
        <w:t>B、36000</w:t>
        <w:br/>
        <w:t>C、33000</w:t>
        <w:br/>
        <w:t>D、48000</w:t>
        <w:br/>
        <w:t>【答案】：答案：A</w:t>
        <w:br/>
        <w:t xml:space="preserve">解析：如果直接进行计算，不免有些麻烦，但我们可以很容易发现45和15都有5这个因子，这其中又有80，所以我们可以对采用凑整法来进行处理。原式=80×9×5×5×3=80×25×27=2000×27=54000。本题运用了整除法。题干中有35，所以结果应有7这个因子，其应为7所整除，观察选项。故选A。 </w:t>
      </w:r>
    </w:p>
    <w:p>
      <w:r>
        <w:t>48、12，27，72，(    )，612</w:t>
        <w:br/>
        <w:t>A、108</w:t>
        <w:br/>
        <w:t>B、188</w:t>
        <w:br/>
        <w:t>C、207</w:t>
        <w:br/>
        <w:t>D、256</w:t>
        <w:br/>
        <w:t>【答案】：答案：C</w:t>
        <w:br/>
        <w:t xml:space="preserve">解析：(第一项-3)×3=第二项，(72-3)×3=(207)，(207-3)×3=612。故选C。 </w:t>
      </w:r>
    </w:p>
    <w:p>
      <w:r>
        <w:t>49、140支社区足球队参加全市社区足球淘汰赛，每一轮都要在未失败过的球队中抽签决定比赛对手，如上一轮未失败过的球队是奇数，则有一队不用比赛直接进人下—轮。问夺冠的球队至少要参加几场比赛？</w:t>
        <w:tab/>
        <w:t>(    )</w:t>
        <w:br/>
        <w:t>A、3</w:t>
        <w:br/>
        <w:t>B、4</w:t>
        <w:br/>
        <w:t>C、5</w:t>
        <w:br/>
        <w:t>D、6</w:t>
        <w:br/>
        <w:t>【答案】：答案：B</w:t>
        <w:br/>
        <w:t xml:space="preserve">解析：根据题意，如果是奇数队的话，有一队轮空，自动进入下一场。题目问冠军至少需要参加几场比赛，为了让冠军参加的场次尽可能的少，每次轮空自动进入下一场的都是冠军。整个比赛过程为：140－70－35－18－9－5－3－2－1，需要进行8轮，有4轮是轮空的。所以冠军至少需要进行4场比赛。故选B。 </w:t>
      </w:r>
    </w:p>
    <w:p>
      <w:r>
        <w:t>50、把一根钢管锯成5段需要8分钟，如果把同样的钢管锯成20段需要多少分钟?(    )</w:t>
        <w:br/>
        <w:t>A、32分钟</w:t>
        <w:br/>
        <w:t>B、38分钟</w:t>
        <w:br/>
        <w:t>C、40分钟</w:t>
        <w:br/>
        <w:t>D、152分钟</w:t>
        <w:br/>
        <w:t>【答案】：答案：B</w:t>
        <w:br/>
        <w:t xml:space="preserve">解析：把一根钢管锯成5段需要锯4次，所以每锯一次需要8÷4=2(分钟)。则锯20段需要锯19次，所需的时间为19×2=38(分钟)。故选B。 </w:t>
      </w:r>
    </w:p>
    <w:p>
      <w:r>
        <w:t>51、学校举行象棋比赛，共有甲、乙、丙、丁4支队。规定每支队都要和另外3支队各比赛一场，胜得3分，败得0分，平双方各得1分。已知：(1)这4支队三场比赛的总得分为4个连续的奇数;(2)乙队总得分排在第一;(3)丁队恰有两场同对方打成平局，其中有一场是与丙队打成平局的。问丙队得几分?(    )</w:t>
        <w:br/>
        <w:t>A、1分</w:t>
        <w:br/>
        <w:t>B、3分</w:t>
        <w:br/>
        <w:t>C、5分</w:t>
        <w:br/>
        <w:t>D、7分</w:t>
        <w:br/>
        <w:t>【答案】：答案：A</w:t>
        <w:br/>
        <w:t xml:space="preserve">解析：每支队均比赛3场，因此最高分不超过9分，又知总得分为4个连续的奇数，因此得分有3、5、7、9和1、3、5、7两种情况。若最高分为9分，那么排名第二的队最多赢现场得6分，不可能得7分，不符合题意，故乙队得7分，即2胜1平。由条件(3)知，丁队恰有两场同对方打成平局，积分2分，为偶数，故另一场只能为胜，共得5分。由此可知，丙队得分为1或3分。由于丁队一场未败，故乙队获胜的两场只能是甲队和丙队。目前已知丙队战两场，一负一平，积1分，另一场无论是胜或平，积分均为偶数，故这一场只能为负，总积分为1分。故选A。 </w:t>
      </w:r>
    </w:p>
    <w:p>
      <w:r>
        <w:t>52、在某城市中，有60%的家庭订阅某种日报，有85%的家庭有电视机。假定这两个事件是独立的，今随机抽出一个家庭，所抽家庭既订阅该种日报又有电视机的概率是(    )。</w:t>
        <w:br/>
        <w:t>A、0.09</w:t>
        <w:br/>
        <w:t>B、0.25</w:t>
        <w:br/>
        <w:t>C、0.36</w:t>
        <w:br/>
        <w:t>D、0.51</w:t>
        <w:br/>
        <w:t>【答案】：答案：D</w:t>
        <w:br/>
        <w:t xml:space="preserve">解析：由于是独立重复试验，故既订阅该中日报又有电视机的概率是60%×85%＝51%。故选D。 </w:t>
      </w:r>
    </w:p>
    <w:p>
      <w:r>
        <w:t>53、－56，25，－2，7，4，(    )</w:t>
        <w:br/>
        <w:t>A、3</w:t>
        <w:br/>
        <w:t>B、－12</w:t>
        <w:br/>
        <w:t>C、－24</w:t>
        <w:br/>
        <w:t>D、5</w:t>
        <w:br/>
        <w:t>【答案】：答案：D</w:t>
        <w:br/>
        <w:t xml:space="preserve">解析：－56－25＝－3×[25－(－2)]，25－(－2)＝－3×(－2－7)，－2－7＝－3×(7－4)，第(N－1)项－第N项＝－3[第N项－第(N＋1)项](N≥2)，即所填数字为4－＝5。故选D。 </w:t>
      </w:r>
    </w:p>
    <w:p>
      <w:r>
        <w:t>54、4，12，8，10，(    )</w:t>
        <w:br/>
        <w:t>A、6</w:t>
        <w:br/>
        <w:t>B、8</w:t>
        <w:br/>
        <w:t>C、9</w:t>
        <w:br/>
        <w:t>D、24</w:t>
        <w:br/>
        <w:t>【答案】：答案：C</w:t>
        <w:br/>
        <w:t xml:space="preserve">解析：思路一：4-12=-812-8=48-10=-210-9=1，其中，-8、4、-2、1等比。思路二：(4+12)/2=8(12+8)/2=10(10+8)/2=/=9。故选C。 </w:t>
      </w:r>
    </w:p>
    <w:p>
      <w:r>
        <w:t>55、在某企业，40%的员工有至少3年的工龄，16个员工有至少8年的工龄。如果90%的员工的工龄不足8年，则工龄至少3年但不足8年的员工有(    )人。</w:t>
        <w:br/>
        <w:t>A、48</w:t>
        <w:br/>
        <w:t>B、64</w:t>
        <w:br/>
        <w:t>C、80</w:t>
        <w:br/>
        <w:t>D、144</w:t>
        <w:br/>
        <w:t>【答案】：答案：A</w:t>
        <w:br/>
        <w:t xml:space="preserve">解析：由于不足8年工龄的员工占90%，则至少8年工龄的员工占1-90%=10%，可得员工总数为16÷10%=160(人)，故工龄至少3年但不足8年的员工有160×40%-16=48(人)。故选A。 </w:t>
      </w:r>
    </w:p>
    <w:p>
      <w:r>
        <w:t>56、A、B、C三个试管中各盛有10克、20克、30克水，把某种浓度的盐水10克倒入A中，充分混合后从A中取出10克倒入B中，再充分混合后从B中取出10克倒入C中，最后得到C中盐水的浓度为0.5%。则开始倒入试管A中的盐水浓度是多少？(    )</w:t>
        <w:br/>
        <w:t>A、12%</w:t>
        <w:br/>
        <w:t>B、15%</w:t>
        <w:br/>
        <w:t>C、18%</w:t>
        <w:br/>
        <w:t>D、20%</w:t>
        <w:br/>
        <w:t>【答案】：答案：A</w:t>
        <w:br/>
        <w:t xml:space="preserve">解析：C中含盐量为(30＋10)×0.5%＝0.2克，即从B中取出的10克中含盐0.2克，则B的浓度为0.2÷10＝2%，进而求出B中含盐量为(20＋10)×2%＝0.6克，即从A中取出的10克中含盐0.6克，可得A的浓度为0.6÷10＝6%，进一步得出A中含盐量为(10＋10)×6%＝1.2克，故开始倒入A中的盐水浓度为1.2÷10＝12%。故选A。 </w:t>
      </w:r>
    </w:p>
    <w:p>
      <w:r>
        <w:t>57、21，59，1117，2325，(    )，9541</w:t>
        <w:br/>
        <w:t>A、3129</w:t>
        <w:br/>
        <w:t>B、4733</w:t>
        <w:br/>
        <w:t>C、6833</w:t>
        <w:br/>
        <w:t>D、8233</w:t>
        <w:br/>
        <w:t>【答案】：答案：B</w:t>
        <w:br/>
        <w:t xml:space="preserve">解析：原数列各项可作如下拆分：[2|1]，[5|9]，[11|17]，[23|25]，[47|33]，[95|41]。其中前半部分数字作差后构成等比数列，后半部分作差后构成等差数列。因此未知项为4733。故选B。 </w:t>
      </w:r>
    </w:p>
    <w:p>
      <w:r>
        <w:t>58、1，2，4，3，5，6，9，18，(    )</w:t>
        <w:br/>
        <w:t>A、14</w:t>
        <w:br/>
        <w:t>B、24</w:t>
        <w:br/>
        <w:t>C、27</w:t>
        <w:br/>
        <w:t>D、36</w:t>
        <w:br/>
        <w:t>【答案】：答案：A</w:t>
        <w:br/>
        <w:t xml:space="preserve">解析：位于奇数项的1、4、5、9构成和数列，位于偶数项的2、3、6、18构成积数列，即所填的奇数项应为5＋9＝14。故选A。 </w:t>
      </w:r>
    </w:p>
    <w:p>
      <w:r>
        <w:t>59、1，6，36，216，(    )</w:t>
        <w:br/>
        <w:t>A、1296</w:t>
        <w:br/>
        <w:t>B、1297</w:t>
        <w:br/>
        <w:t>C、1299</w:t>
        <w:br/>
        <w:t>D、1230</w:t>
        <w:br/>
        <w:t>【答案】：答案：A</w:t>
        <w:br/>
        <w:t xml:space="preserve">解析：公比为6的等比数列。故选A。 </w:t>
      </w:r>
    </w:p>
    <w:p>
      <w:r>
        <w:t>60、某一学校有500人，其中选修数学的有359人，选修文学的有408人，那么两种课程都选的学生至少有多少?(    )</w:t>
        <w:br/>
        <w:t>A、165人</w:t>
        <w:br/>
        <w:t>B、203人</w:t>
        <w:br/>
        <w:t>C、267人</w:t>
        <w:br/>
        <w:t>D、199人</w:t>
        <w:br/>
        <w:t>【答案】：答案：C</w:t>
        <w:br/>
        <w:t xml:space="preserve">解析：设至少有x人两种课程都选，则359-x+408-x+x≤500，解得x≥267，则两种课程都选的学生至少有267人。故选C。 </w:t>
      </w:r>
    </w:p>
    <w:p>
      <w:r>
        <w:t>61、21，59，1117，2325，(    )，9541</w:t>
        <w:br/>
        <w:t>A、3129</w:t>
        <w:br/>
        <w:t>B、4733</w:t>
        <w:br/>
        <w:t>C、6833</w:t>
        <w:br/>
        <w:t>D、8233</w:t>
        <w:br/>
        <w:t>【答案】：答案：B</w:t>
        <w:br/>
        <w:t xml:space="preserve">解析：原数列各项可作如下拆分：[2|1]，[5|9]，[11|17]，[23|25]，[47|33]，[95|41]。其中前半部分数字作差后构成等比数列，后半部分作差后构成等差数列。因此未知项为4733。故选B。 </w:t>
      </w:r>
    </w:p>
    <w:p>
      <w:r>
        <w:t>62、一旅行团共有50位游客到某地旅游，去A景点的游客有35位，去B景点的游客有32位，去C景点的游客有27位，去A、B景点的游客有20位，去B、C景点的游客有15位，三个景点都去的游客有8位，有2位游客去完一个景点后先行离团，还有1位游客三个景点都没去。那么，50位游客中有多少位恰好去了两个景点？(    )</w:t>
        <w:br/>
        <w:t>A、29</w:t>
        <w:br/>
        <w:t>B、31</w:t>
        <w:br/>
        <w:t>C、35</w:t>
        <w:br/>
        <w:t>D、37</w:t>
        <w:br/>
        <w:t>【答案】：答案：A</w:t>
        <w:br/>
        <w:t xml:space="preserve">解析：设去两个景点的人数为y，根据三集合非标准型公式可得：35＋32＋27－y－2×8＝50－1，解得y＝29。故选A。 </w:t>
      </w:r>
    </w:p>
    <w:p>
      <w:r>
        <w:t>63、一旅行团共有50位游客到某地旅游，去A景点的游客有35位，去B景点的游客有32位，去C景点的游客有27位，去A、B景点的游客有20位，去B、C景点的游客有15位，三个景点都去的游客有8位，有2位游客去完一个景点后先行离团，还有1位游客三个景点都没去。那么，50位游客中有多少位恰好去了两个景点？(    )</w:t>
        <w:br/>
        <w:t>A、29</w:t>
        <w:br/>
        <w:t>B、31</w:t>
        <w:br/>
        <w:t>C、35</w:t>
        <w:br/>
        <w:t>D、37</w:t>
        <w:br/>
        <w:t>【答案】：答案：A</w:t>
        <w:br/>
        <w:t xml:space="preserve">解析：设去两个景点的人数为y，根据三集合非标准型公式可得：35＋32＋27－y－2×8＝50－1，解得y＝29。故选A。 </w:t>
      </w:r>
    </w:p>
    <w:p>
      <w:r>
        <w:t>64、[(9，6)42(7，7)][(7，3)40(6，4)][(8，2)(    )(3，2)]</w:t>
        <w:br/>
        <w:t>A、30</w:t>
        <w:br/>
        <w:t>B、32</w:t>
        <w:br/>
        <w:t>C、34</w:t>
        <w:br/>
        <w:t>D、36</w:t>
        <w:br/>
        <w:t>【答案】：答案：A</w:t>
        <w:br/>
        <w:t xml:space="preserve">解析：(9-6)×(7+7)=42，(7-3)×(6+4)=40，(8-2)×(3+2)=(30)。故选A。 </w:t>
      </w:r>
    </w:p>
    <w:p>
      <w:r>
        <w:t>65、1，2，3，6，12，24，(    )</w:t>
        <w:br/>
        <w:t>A、48</w:t>
        <w:br/>
        <w:t>B、45</w:t>
        <w:br/>
        <w:t>C、36</w:t>
        <w:br/>
        <w:t>D、32</w:t>
        <w:br/>
        <w:t>【答案】：答案：A</w:t>
        <w:br/>
        <w:t xml:space="preserve">解析：1＋2＝3，1＋2＋3＝6，1＋2＋3＋6＝12，1＋2＋3＋6＋12＝24，第N项＝第N－1项＋…＋第一项，即所填数字为1＋2＋3＋6＋12＋24＝48。故选A。 </w:t>
      </w:r>
    </w:p>
    <w:p>
      <w:r>
        <w:t>66、2，12，40，112，(    )</w:t>
        <w:br/>
        <w:t>A、224</w:t>
        <w:br/>
        <w:t>B、232</w:t>
        <w:br/>
        <w:t>C、288</w:t>
        <w:br/>
        <w:t>D、296</w:t>
        <w:br/>
        <w:t>【答案】：答案：C</w:t>
        <w:br/>
        <w:t xml:space="preserve">解析：原数列可以写成1×2，3×4，5×8，7×16，前一个乘数数列为1，3，5，7，是等差数列，下一项是9，后一个乘数数列为2，4，8，16，是等比数列，下一项是32，所以原数列空缺项为9×32=288。故选C。 </w:t>
      </w:r>
    </w:p>
    <w:p>
      <w:r>
        <w:t>67、1，1，3，7，17，41，(    )</w:t>
        <w:br/>
        <w:t>A、89</w:t>
        <w:br/>
        <w:t>B、99</w:t>
        <w:br/>
        <w:t>C、109</w:t>
        <w:br/>
        <w:t>D、119</w:t>
        <w:br/>
        <w:t>【答案】：答案：B</w:t>
        <w:br/>
        <w:t xml:space="preserve">解析：第三项=第二项×2+第一项，99=41×2+17。故选B。 </w:t>
      </w:r>
    </w:p>
    <w:p>
      <w:r>
        <w:t>68、2，1，2/3，1/2，(    )</w:t>
        <w:br/>
        <w:t>A、3/4</w:t>
        <w:br/>
        <w:t>B、1/4</w:t>
        <w:br/>
        <w:t>C、2/5</w:t>
        <w:br/>
        <w:t>D、5/6</w:t>
        <w:br/>
        <w:t>【答案】：答案：C</w:t>
        <w:br/>
        <w:t xml:space="preserve">解析：数列可化为4/2，4/4，4/6，4/8，分母都是4，分子2，4，6，8等差，所以后项为4/10=2/5。故选C。 </w:t>
      </w:r>
    </w:p>
    <w:p>
      <w:r>
        <w:t>69、a除以5余1，b除以5余4，如果3a&gt;b，那么3a-b除以5余几?(    )</w:t>
        <w:br/>
        <w:t>A、1</w:t>
        <w:br/>
        <w:t>B、2</w:t>
        <w:br/>
        <w:t>C、3</w:t>
        <w:br/>
        <w:t>D、4</w:t>
        <w:br/>
        <w:t>【答案】：答案：D</w:t>
        <w:br/>
        <w:t xml:space="preserve">解析：a除以5余1，假设a=6;b除以5余4，假设b=9，符合3a&gt;b。故3a-b=18-9=9，9除以5余4。故选D。 </w:t>
      </w:r>
    </w:p>
    <w:p>
      <w:r>
        <w:t>70、1，2，0，3，-1，4，(    )</w:t>
        <w:br/>
        <w:t>A、-2</w:t>
        <w:br/>
        <w:t>B、0</w:t>
        <w:br/>
        <w:t>C、5</w:t>
        <w:br/>
        <w:t>D、6</w:t>
        <w:br/>
        <w:t>【答案】：答案：A</w:t>
        <w:br/>
        <w:t xml:space="preserve">解析：奇数项1、0、-1、(-2)是公差为-1的等差数列;偶数项2、3、4是连续自然数。故选A。 </w:t>
      </w:r>
    </w:p>
    <w:p>
      <w:r>
        <w:t>71、7，9，-1，5，(    )</w:t>
        <w:br/>
        <w:t>A、3</w:t>
        <w:br/>
        <w:t>B、-3</w:t>
        <w:br/>
        <w:t>C、2</w:t>
        <w:br/>
        <w:t>D、-1</w:t>
        <w:br/>
        <w:t>【答案】：答案：B</w:t>
        <w:br/>
        <w:t xml:space="preserve">解析：7+9=16，9+(-1)=8，(-1)+5=4，5+(-3)=2，其中16，8，4，2等比。故选B。 </w:t>
      </w:r>
    </w:p>
    <w:p>
      <w:r>
        <w:t>72、3，7，17，115，(    )</w:t>
        <w:br/>
        <w:t>A、132</w:t>
        <w:br/>
        <w:t>B、277</w:t>
        <w:br/>
        <w:t>C、1951</w:t>
        <w:br/>
        <w:t>D、1955</w:t>
        <w:br/>
        <w:t>【答案】：答案：C</w:t>
        <w:br/>
        <w:t xml:space="preserve">解析：3×7－4＝17，7×17－4＝115，即所填数字为17×115－4＝1951。故选C。 </w:t>
      </w:r>
    </w:p>
    <w:p>
      <w:r>
        <w:t>73、甲乙丙三人参加一项测试，三人的平均分为80，甲乙两人的平均分为75，乙丙两人的平均分为80，那么甲丙两人的平均分为(    )。</w:t>
        <w:br/>
        <w:t>A、70</w:t>
        <w:br/>
        <w:t>B、75</w:t>
        <w:br/>
        <w:t>C、80</w:t>
        <w:br/>
        <w:t>D、85</w:t>
        <w:br/>
        <w:t>【答案】：答案：D</w:t>
        <w:br/>
        <w:t xml:space="preserve">解析：甲乙丙、甲乙的平均分分别为80、75，可知丙的分数大于80分；甲乙丙、乙丙的平均分分别为80、80，可知甲的分数为80分。则甲丙平均分大于80分。故选D。 </w:t>
      </w:r>
    </w:p>
    <w:p>
      <w:r>
        <w:t>74、有100名学生，他们都订阅甲、乙、丙三种杂志中的一种、两种或三种。至少有多少名学生订阅的杂志种类相同?(    )</w:t>
        <w:br/>
        <w:t>A、13</w:t>
        <w:br/>
        <w:t>B、14</w:t>
        <w:br/>
        <w:t>C、15</w:t>
        <w:br/>
        <w:t>D、16</w:t>
        <w:br/>
        <w:t>【答案】：答案：C</w:t>
        <w:br/>
        <w:t xml:space="preserve">解析：此题“订阅杂志种类”就是分组的依据。订阅一种杂志有3种情况，订阅两种杂志有3种情况，订阅三种杂志有1种情况。因此，总共有7种情况，故至少有14+1=15名学生订阅的杂志种类相同。故选C。 </w:t>
      </w:r>
    </w:p>
    <w:p>
      <w:r>
        <w:t>75、8，9，18，23，30，(    )</w:t>
        <w:br/>
        <w:t>A、33</w:t>
        <w:br/>
        <w:t>B、36</w:t>
        <w:br/>
        <w:t>C、41</w:t>
        <w:br/>
        <w:t>D、48</w:t>
        <w:br/>
        <w:t>【答案】：答案：B</w:t>
        <w:br/>
        <w:t xml:space="preserve">解析：依次将相邻两个数中后一个数减去前一个数得1，9，5，7，再次作差得8，－4，2，构成公比为－0.5的等比数列，即所填数字为2×(－0.5)＋7＋30＝36。故选B。 </w:t>
      </w:r>
    </w:p>
    <w:p>
      <w:r>
        <w:t>76、5，7，4，6，4，6，(    )</w:t>
        <w:br/>
        <w:t>A、4</w:t>
        <w:br/>
        <w:t>B、5</w:t>
        <w:br/>
        <w:t>C、6</w:t>
        <w:br/>
        <w:t>D、7</w:t>
        <w:br/>
        <w:t>【答案】：答案：B</w:t>
        <w:br/>
        <w:t xml:space="preserve">解析：依次将相邻两个数中后一个数减去前一个数得2，－3，2，－2，2，奇数项是2，偶数项构成公差为1的等差数列，即所填数字为6＋(－1)＝5。故选B。 </w:t>
      </w:r>
    </w:p>
    <w:p>
      <w:r>
        <w:t>77、8，4，8，10，14，(    )</w:t>
        <w:br/>
        <w:t>A、22</w:t>
        <w:br/>
        <w:t>B、20</w:t>
        <w:br/>
        <w:t>C、19</w:t>
        <w:br/>
        <w:t>D、24</w:t>
        <w:br/>
        <w:t>【答案】：答案：C</w:t>
        <w:br/>
        <w:t xml:space="preserve">解析：题干数列为递推数列，规律为：8÷2+4=8，4÷2+8=10，8÷2+10=14，即第一项÷2+第二项=第三项，因此未知项为10÷2+14=19。故选C。 </w:t>
      </w:r>
    </w:p>
    <w:p>
      <w:r>
        <w:t>78、在某城市中，有60%的家庭订阅某种日报，有85%的家庭有电视机。假定这两个事件是独立的，今随机抽出一个家庭，所抽家庭既订阅该种日报又有电视机的概率是(    )。</w:t>
        <w:br/>
        <w:t>A、0.09</w:t>
        <w:br/>
        <w:t>B、0.25</w:t>
        <w:br/>
        <w:t>C、0.36</w:t>
        <w:br/>
        <w:t>D、0.51</w:t>
        <w:br/>
        <w:t>【答案】：答案：D</w:t>
        <w:br/>
        <w:t xml:space="preserve">解析：由于是独立重复试验，故既订阅该中日报又有电视机的概率是60%×85%＝51%。故选D。 </w:t>
      </w:r>
    </w:p>
    <w:p>
      <w:r>
        <w:t>79、11，34，75，(    )，235</w:t>
        <w:br/>
        <w:t>A、138</w:t>
        <w:br/>
        <w:t>B、139</w:t>
        <w:br/>
        <w:t>C、140</w:t>
        <w:br/>
        <w:t>D、14</w:t>
        <w:br/>
        <w:t>【答案】：答案：C</w:t>
        <w:br/>
        <w:t xml:space="preserve">解析：思路一：11=23+3；34=33+7；75=43+11；140=53+15；235=63+19其中2，3，4，5，6等差；3，7，11，15，19等差。思路二：二级等差。故选C。 </w:t>
      </w:r>
    </w:p>
    <w:p>
      <w:r>
        <w:t>80、小张购买了2个苹果、3根香蕉、4个面包和5块蛋糕，共消费58元。如果四种商品的单价都是正整数且各不相同，则每块蛋糕的价格最高可能为多少元？(    )</w:t>
        <w:br/>
        <w:t>A、5</w:t>
        <w:br/>
        <w:t>B、6</w:t>
        <w:br/>
        <w:t>C、7</w:t>
        <w:br/>
        <w:t>D、8</w:t>
        <w:br/>
        <w:t>【答案】：答案：D</w:t>
        <w:br/>
        <w:t xml:space="preserve">解析：设苹果、香蕉、面包、蛋糕的单价分别为x、y、z、w，根据共消费58元，得2x＋3y＋4z＋5w＝58。代入排除，根据最高，优先从值最大的选项代入。D选项，当w＝8时，可得2x＋3y＋4z＝18，由2x、4z、18均为偶数，则3y为偶数，即y为偶数且小于6。当y＝2，有2x＋4z＝12，即x＋2z＝6，均为正整数且各不相同，若z＝1，则x＝4，此时满足题意。故选D。 </w:t>
      </w:r>
    </w:p>
    <w:p>
      <w:r>
        <w:t>81、2，11，32，(    )</w:t>
        <w:br/>
        <w:t>A、56</w:t>
        <w:br/>
        <w:t>B、42</w:t>
        <w:br/>
        <w:t>C、71</w:t>
        <w:br/>
        <w:t>D、134</w:t>
        <w:br/>
        <w:t>【答案】：答案：C</w:t>
        <w:br/>
        <w:t xml:space="preserve">解析：观察题干数列可得：2=13+1，11=23+3，32=33+5，(    )=43+7。故括号处应为71。故选C。 </w:t>
      </w:r>
    </w:p>
    <w:p>
      <w:r>
        <w:t>82、甲、乙、丙三辆汽车分别从A地开往千里之外的B地。若乙比甲晚出发30分钟，则乙出发后2小时追上甲；若丙比乙晚出发20分钟，则丙出发后5小时追上乙。若甲出发10分钟后乙出发，当乙追上甲时，丙才出发，则丙追上甲所需时间是(    )。</w:t>
        <w:br/>
        <w:t>A、110分钟</w:t>
        <w:br/>
        <w:t>B、150分钟</w:t>
        <w:br/>
        <w:t>C、127分钟</w:t>
        <w:br/>
        <w:t>D、128分钟</w:t>
        <w:br/>
        <w:t>【答案】：答案：B</w:t>
        <w:br/>
        <w:t xml:space="preserve">解析：设甲、乙、丙三辆汽车的速度分别为x、y、z。由于甲行驶30分钟的路程，乙需要2小时才能追上，则30x＝(y－x)×2×60，化简得x∶y＝4∶5。又因乙行驶20分钟的路程，丙需要5小时才能追上，则20y＝(z－y)×5×60，化简得y∶z＝15∶16。所以三辆汽车的速度x∶y∶z＝12∶15∶16。赋值甲、乙、丙的速度分别为12、15、16，甲出发10分钟后乙出发，则乙追上甲的时间为(分钟)，故丙出发时甲已经行驶10＋40＝50(分钟)，设丙追上甲所需时间是t分钟，可得方程12×50＝(16－12)×t，解得t＝150。故选B。 </w:t>
      </w:r>
    </w:p>
    <w:p>
      <w:r>
        <w:t>83、8，10，14，18，(    )</w:t>
        <w:br/>
        <w:t>A、24</w:t>
        <w:br/>
        <w:t>B、32</w:t>
        <w:br/>
        <w:t>C、26</w:t>
        <w:br/>
        <w:t>D、20</w:t>
        <w:br/>
        <w:t>【答案】：答案：C</w:t>
        <w:br/>
        <w:t xml:space="preserve">解析：8×2-6=10;10×2-6=14;14×2-10=18;18×2-10=26。故选C。 </w:t>
      </w:r>
    </w:p>
    <w:p>
      <w:r>
        <w:t>84、1，2，0，3，-1，4，(    )</w:t>
        <w:br/>
        <w:t>A、-2</w:t>
        <w:br/>
        <w:t>B、0</w:t>
        <w:br/>
        <w:t>C、5</w:t>
        <w:br/>
        <w:t>D、6</w:t>
        <w:br/>
        <w:t>【答案】：答案：A</w:t>
        <w:br/>
        <w:t xml:space="preserve">解析：奇数项1、0、-1、(-2)是公差为-1的等差数列;偶数项2、3、4是连续自然数。故选A。 </w:t>
      </w:r>
    </w:p>
    <w:p>
      <w:r>
        <w:t>85、-7，0，1，2，9，(    )</w:t>
        <w:br/>
        <w:t>A、42</w:t>
        <w:br/>
        <w:t>B、18</w:t>
        <w:br/>
        <w:t>C、24</w:t>
        <w:br/>
        <w:t>D、28</w:t>
        <w:br/>
        <w:t>【答案】：答案：D</w:t>
        <w:br/>
        <w:t xml:space="preserve">解析：-7=(-2)3+1;0=(-1)3+1;1=03+1;2=13+1;9=23+1;28=33+1。故选D。 </w:t>
      </w:r>
    </w:p>
    <w:p>
      <w:r>
        <w:t>86、甲、乙两人在一条400米的环形跑道上从相距200米的位置出发，同向匀速跑步。当甲第三次追上乙的时候，乙跑了2000米。问甲的速度是乙的多少倍？(    )</w:t>
        <w:br/>
        <w:t>A、1.2</w:t>
        <w:br/>
        <w:t>B、1.5</w:t>
        <w:br/>
        <w:t>C、1.6</w:t>
        <w:br/>
        <w:t>D、2.0</w:t>
        <w:br/>
        <w:t>【答案】：答案：B</w:t>
        <w:br/>
        <w:t xml:space="preserve">解析：环形同点同向出发每追上一次，甲比乙多跑一圈。第一次由于是不同起点，甲比乙多跑原来的差距200米；之后两次追上都多跑400米，甲一共比乙多跑200+400×2=1000(米)。乙跑了2000米，甲跑了3000米，时间相同，则速度比与路程比也相同，可知甲的速度是乙的3000÷2000=1.5倍。故选B。 </w:t>
      </w:r>
    </w:p>
    <w:p>
      <w:r>
        <w:t>87、1，7，8，57，(    )</w:t>
        <w:br/>
        <w:t>A、123</w:t>
        <w:br/>
        <w:t>B、122</w:t>
        <w:br/>
        <w:t>C、121</w:t>
        <w:br/>
        <w:t>D、120</w:t>
        <w:br/>
        <w:t>【答案】：答案：C</w:t>
        <w:br/>
        <w:t xml:space="preserve">解析：12+7=8，72+8=57，82+57=121。故选C。 </w:t>
      </w:r>
    </w:p>
    <w:p>
      <w:r>
        <w:t>88、118，199，226，(    )，238</w:t>
        <w:br/>
        <w:t>A、228</w:t>
        <w:br/>
        <w:t>B、230</w:t>
        <w:br/>
        <w:t>C、232</w:t>
        <w:br/>
        <w:t>D、235</w:t>
        <w:br/>
        <w:t>【答案】：答案：D</w:t>
        <w:br/>
        <w:t xml:space="preserve">解析：相邻两项后一项减前一项，199-118=81，226-199=27，235-226=9，238-235=3，是公比为的等比数列，即所填数字为238-3=226+9=235。故选D。 </w:t>
      </w:r>
    </w:p>
    <w:p>
      <w:r>
        <w:t>89、80×35×15的值是(    )。</w:t>
        <w:br/>
        <w:t>A、42000</w:t>
        <w:br/>
        <w:t>B、36000</w:t>
        <w:br/>
        <w:t>C、33000</w:t>
        <w:br/>
        <w:t>D、48000</w:t>
        <w:br/>
        <w:t>【答案】：答案：A</w:t>
        <w:br/>
        <w:t xml:space="preserve">解析：如果直接进行计算，不免有些麻烦，但我们可以很容易发现45和15都有5这个因子，这其中又有80，所以我们可以对采用凑整法来进行处理。原式=80×9×5×5×3=80×25×27=2000×27=54000。本题运用了整除法。题干中有35，所以结果应有7这个因子，其应为7所整除，观察选项。故选A。 </w:t>
      </w:r>
    </w:p>
    <w:p>
      <w:r>
        <w:t>90、办公室小李发现写字台上的台历很久没有翻了，就一次翻了7张，这些台历的日期数加起来恰好是77，请问这一天是几号?(    )</w:t>
        <w:br/>
        <w:t>A、14</w:t>
        <w:br/>
        <w:t>B、15</w:t>
        <w:br/>
        <w:t>C、16</w:t>
        <w:br/>
        <w:t>D、17</w:t>
        <w:br/>
        <w:t>【答案】：答案：B</w:t>
        <w:br/>
        <w:t xml:space="preserve">解析：翻过去的7天的日期是公差为1的等差数列，和是77，根据等差数列求和公式，可知中位数=77÷7=11，7天中位数是第4天即第4天为11号。第七天是11+(7-4)×1=14号，可知今天是15号。故选B。 </w:t>
      </w:r>
    </w:p>
    <w:p>
      <w:r>
        <w:t>91、A地到B地的道路是下坡路。小周早上6:00从A地出发匀速骑车前往B地，7:00时到达两地正中间的C地。到达B地后，小周立即匀速骑车返回，在10:00时又途经C地。此后小周的速度在此前速度的基础上增加1米／秒。最后在11：30回到A地。问A、B两地间的距离在以下哪个范围内？</w:t>
        <w:br/>
        <w:t xml:space="preserve"> A. 40～50公里</w:t>
        <w:br/>
        <w:t xml:space="preserve"> B. 大于50公里</w:t>
        <w:br/>
        <w:t xml:space="preserve"> C. 小于30公里</w:t>
        <w:br/>
        <w:t xml:space="preserve"> D. 30～40公里</w:t>
        <w:br/>
        <w:t xml:space="preserve">【答案】：答案：A </w:t>
        <w:br/>
        <w:t xml:space="preserve">解析：设小周下坡速度为，上坡速度为。根据条件分析可列下表：在上坡阶段B→C=C→A，可得，解得=3m/s，根据1m/s＝3600m/h，因此。故正确答案为A。 </w:t>
      </w:r>
    </w:p>
    <w:p>
      <w:r>
        <w:t>92、84，12，48，30，39，(    )</w:t>
        <w:br/>
        <w:t>A、23</w:t>
        <w:br/>
        <w:t>B、36.5</w:t>
        <w:br/>
        <w:t>C、34.5</w:t>
        <w:br/>
        <w:t>D、43</w:t>
        <w:br/>
        <w:t>【答案】：答案：C</w:t>
        <w:br/>
        <w:t xml:space="preserve">解析：依次将相邻两个数中前一个数减去后一个数得72，-36，18，-9，构成公比为-0.5的等比数列，即所填数字为39-4.5=34.5。故选C。 </w:t>
      </w:r>
    </w:p>
    <w:p>
      <w:r>
        <w:t>93、A、B、C三个试管中各盛有10克、20克、30克水，把某种浓度的盐水10克倒入A中，充分混合后从A中取出10克倒入B中，再充分混合后从B中取出10克倒入C中，最后得到C中盐水的浓度为0.5%。则开始倒入试管A中的盐水浓度是多少？(    )</w:t>
        <w:br/>
        <w:t>A、12%</w:t>
        <w:br/>
        <w:t>B、15%</w:t>
        <w:br/>
        <w:t>C、18%</w:t>
        <w:br/>
        <w:t>D、20%</w:t>
        <w:br/>
        <w:t>【答案】：答案：A</w:t>
        <w:br/>
        <w:t xml:space="preserve">解析：C中含盐量为(30＋10)×0.5%＝0.2克，即从B中取出的10克中含盐0.2克，则B的浓度为0.2÷10＝2%，进而求出B中含盐量为(20＋10)×2%＝0.6克，即从A中取出的10克中含盐0.6克，可得A的浓度为0.6÷10＝6%，进一步得出A中含盐量为(10＋10)×6%＝1.2克，故开始倒入A中的盐水浓度为1.2÷10＝12%。故选A。 </w:t>
      </w:r>
    </w:p>
    <w:p>
      <w:r>
        <w:t>94、2，7，13，20，25，31，(    )</w:t>
        <w:br/>
        <w:t>A、35</w:t>
        <w:br/>
        <w:t>B、36</w:t>
        <w:br/>
        <w:t>C、37</w:t>
        <w:br/>
        <w:t>D、38</w:t>
        <w:br/>
        <w:t>【答案】：答案：D</w:t>
        <w:br/>
        <w:t xml:space="preserve">解析：依次将相邻两个数中后一个数减去前一个数得5，6，7，5，6，为(5，6，7)三个数字组成的循环数列，即所填数字为31+7=38。故选D。 </w:t>
      </w:r>
    </w:p>
    <w:p>
      <w:r>
        <w:t>95、某饮料店有纯果汁(即浓度为100%)10千克，浓度为30%的浓缩还原果汁20千克。若取纯果汁、浓缩还原果汁各10千克倒入10千克纯净水中，再倒入10千克的浓缩还原果汁，则得到的果汁浓度为多少。(    )</w:t>
        <w:br/>
        <w:t>A、40%</w:t>
        <w:br/>
        <w:t>B、37.5%</w:t>
        <w:br/>
        <w:t>C、35%</w:t>
        <w:br/>
        <w:t>D、30%</w:t>
        <w:br/>
        <w:t>【答案】：答案：A</w:t>
        <w:br/>
        <w:t xml:space="preserve">解析：根据题干可得，一共倒入纯果汁(即浓度为100%)10千克，纯净水10千克，浓度为30%的浓缩还原果汁20千克。可知最终溶液的量为10+10+20=40(千克)，最终溶质为10+20×30%=16(千克)。则最终果汁浓度=16÷40×100%=40%。故选A。 </w:t>
      </w:r>
    </w:p>
    <w:p>
      <w:r>
        <w:t>96、甲、乙、丙三名质检员对一批依次编号为1~100的电脑进行质量检测，每个人均从随机序号开始，按顺序往后检测，如检测到编号为100的电脑，则该质检员的检测工作结束。某一时刻，甲检测了76台电脑，乙检测了61台电脑，丙检测了54台电脑，则甲、乙、丙三人均检测过的电脑至少有(    )台。</w:t>
        <w:br/>
        <w:t>A、12</w:t>
        <w:br/>
        <w:t>B、15</w:t>
        <w:br/>
        <w:t>C、16</w:t>
        <w:br/>
        <w:t>D、18</w:t>
        <w:br/>
        <w:t>【答案】：答案：B</w:t>
        <w:br/>
        <w:t xml:space="preserve">解析：因为甲、乙、丙三人均从随机序号开始，按顺序往后检测。为了使三人均检测过的电脑最少，所以三人的检测要更分散，因为甲检测了76台电脑，覆盖面比较大，所以可以先把乙、丙共同检测的电脑分散在序号的最两端，最少为61＋54－100＝15(台)，甲会覆盖到乙、丙检测的公共部分，故三人均检测过的为15台。故选B。 </w:t>
      </w:r>
    </w:p>
    <w:p>
      <w:r>
        <w:t>97、2，7，14，21，294，(    )</w:t>
        <w:br/>
        <w:t>A、28</w:t>
        <w:br/>
        <w:t>B、35</w:t>
        <w:br/>
        <w:t>C、273</w:t>
        <w:br/>
        <w:t>D、315</w:t>
        <w:br/>
        <w:t>【答案】：答案：D</w:t>
        <w:br/>
        <w:t xml:space="preserve">解析：21＝7＋14，14＝2×7，294＝14×21，为两项相加、相乘交替得到后－项，即所填数字为21＋294＝315。故选D。 </w:t>
      </w:r>
    </w:p>
    <w:p>
      <w:r>
        <w:t>98、5，12，24，36，52，(    )</w:t>
        <w:br/>
        <w:t>A、58</w:t>
        <w:br/>
        <w:t>B、62</w:t>
        <w:br/>
        <w:t>C、68</w:t>
        <w:br/>
        <w:t>D、72</w:t>
        <w:br/>
        <w:t>【答案】：答案：C</w:t>
        <w:br/>
        <w:t xml:space="preserve">解析：5=2+3，12=5+7，24=11+13，36=17+19，52=23+29，全是从小到大的质数和，所以下一个是31+37=68。故选C。 </w:t>
      </w:r>
    </w:p>
    <w:p>
      <w:r>
        <w:t>99、玉米的正常市场价格为每公斤1.86元到2.18元，近期某地玉米价格涨至每公斤2.68元。经测算，向市场每投放储备玉米100吨，每公斤玉米价格下降0.05元。为稳定玉米价格，向该地投放储备玉米的数量不能超过(    )。</w:t>
        <w:br/>
        <w:t>A、800吨</w:t>
        <w:br/>
        <w:t>B、1080吨</w:t>
        <w:br/>
        <w:t>C、1360吨</w:t>
        <w:br/>
        <w:t>D、1640吨</w:t>
        <w:br/>
        <w:t>【答案】：答案：D</w:t>
        <w:br/>
        <w:t xml:space="preserve">解析：要稳定玉米价格，玉米的价格必须调整至正常区间。所以最低下降为每公斤1.86元，即下降了2.68-1.86=0.82(元)。因为每投放100吨，价格下降0.05元，所以投放玉米的数量不能超过0.82÷0.05×100=1640(吨)。故选D。 </w:t>
      </w:r>
    </w:p>
    <w:p>
      <w:r>
        <w:t>100、某木场有甲，乙，丙三位木匠师傅生产桌椅，甲每天能生产12张书桌或13把椅子；乙每天能生产9张书桌或12把椅子，丙每天能生产9张书桌或15把椅子，现在书桌和椅子要配套生产(每套一张书桌一把椅子)，则7天内这三位师傅最多可以生产桌椅(    )套。</w:t>
        <w:br/>
        <w:t>A、116</w:t>
        <w:br/>
        <w:t>B、129</w:t>
        <w:br/>
        <w:t>C、132</w:t>
        <w:br/>
        <w:t>D、142</w:t>
        <w:br/>
        <w:t>【答案】：答案：B</w:t>
        <w:br/>
        <w:t xml:space="preserve">解析：将甲、乙、丙三位木匠师傅生产桌椅的效率列表如下，分析可知，甲生产书桌的相对效率最高，丙生产椅子的相对效率最高，则安排甲7天全部生产书桌，丙7天全部生产椅子，乙协助甲丙完成。甲7天可生产桌子12×7＝84(张)，丙7天可生产椅子15×7＝105(把)。设乙生产书桌x天，则生产椅子(7－x)天，当生产的书桌数与椅子数相同时，获得套数最多，可列方程84＋9x＝105＋12×(7－x)，解得x＝5，则乙可生产书桌9×5＝45(张)。故7天内这三位师傅最多可以生产桌椅84＋45＝129(套)。故选B。 </w:t>
      </w:r>
    </w:p>
    <w:p>
      <w:r>
        <w:t>101、1806，1510，1214，918，(    )</w:t>
        <w:br/>
        <w:t>A、724</w:t>
        <w:br/>
        <w:t>B、722</w:t>
        <w:br/>
        <w:t>C、624</w:t>
        <w:br/>
        <w:t>D、622</w:t>
        <w:br/>
        <w:t>【答案】：答案：D</w:t>
        <w:br/>
        <w:t xml:space="preserve">解析：百位和千位看做一个数列，是18，15，12，9，构成公差为-3的等差数列，所以下一项应为6；十位和个位看做一个数列，是06，10，14，18，构成公差为4的等差数列，所以下一项应为22。故未知项应为622。故选D。 </w:t>
      </w:r>
    </w:p>
    <w:p>
      <w:r>
        <w:t>102、甲乙两车早上分别同时从A、B两地出发驶向对方所在城市，在分别到达对方城市并各自花费1小时卸货后，立刻出发以原速返回出发地。甲车的速度为60千米/小时，乙车的速度为40千米/小时，两地之间相距480千米。问两车第二次相遇距离两车早上出发经过了多少个小时？(    )</w:t>
        <w:br/>
        <w:t>A、13.4</w:t>
        <w:br/>
        <w:t>B、14.4</w:t>
        <w:br/>
        <w:t>C、15.4</w:t>
        <w:br/>
        <w:t>D、16.4</w:t>
        <w:br/>
        <w:t>【答案】：答案：C</w:t>
        <w:br/>
        <w:t xml:space="preserve">解析：根据“分别同时从A.B两地出发”、“两车第二次相遇”，可知考查的是两端出发的多次相遇问题，公式为(v1+v2)t=(2n-1)S。代入数据得(60+40)t=(2×2-1)×480，解得t=14.4，由“各自花费一小时卸货”，故经过了14.4+1=15.4小时。故选C。 </w:t>
      </w:r>
    </w:p>
    <w:p>
      <w:r>
        <w:t>103、为了国防需要，A基地要运载1480吨的战备物资到1100千米外的B基地。现在A基地只有一架“运9”大型运输机和一列“货运列车”，“运9”速度550千米每小时，载重能力为20吨，“货运列车”速度100千米每小时，运输能力为600吨，那么这批战备物资到达B基地的最短时间为：</w:t>
        <w:br/>
        <w:t xml:space="preserve"> A. 53小时</w:t>
        <w:br/>
        <w:t xml:space="preserve"> B. 54小时</w:t>
        <w:br/>
        <w:t xml:space="preserve"> C. 55小时</w:t>
        <w:br/>
        <w:t xml:space="preserve"> D. 56小时</w:t>
        <w:br/>
        <w:t xml:space="preserve">【答案】：答案：B </w:t>
        <w:br/>
        <w:t xml:space="preserve">解析：由题意可知，运输机运输一次往返需要2×（1100÷550）＝4小时，单位时间运输5吨；列车运输一次往返需要2×（1100÷100）＝22小时，单位时间运输20+吨。要求运输时间最短，那么必然要让单位时间运输量大的列车尽可能多地运输。货运列车运输能力为600吨，运输总量为1480吨，因此可推知货运列车共运输两次，即吨。还剩1480－1200＝280吨，需要运输机运输280÷20＝14次。且第14次不用计算返回所用的时间，则最短时间为小时。故正确答案为B。 </w:t>
      </w:r>
    </w:p>
    <w:p>
      <w:r>
        <w:t>104、6，9，10，14，17，21，27，(    )</w:t>
        <w:br/>
        <w:t>A、28</w:t>
        <w:br/>
        <w:t>B、29</w:t>
        <w:br/>
        <w:t>C、30</w:t>
        <w:br/>
        <w:t>D、31</w:t>
        <w:br/>
        <w:t>【答案】：答案：C</w:t>
        <w:br/>
        <w:t xml:space="preserve">解析：依次将奇数项做差得10-6=4、17-10=7、27-17=10，4、7、10构成公差为3的等差数列;又依次将偶数项做差得14-9=5、21-14=7，若加入9则5、7、9可构成公差为2的等差数列，即所填数字为21+9=30。故选C。 </w:t>
      </w:r>
    </w:p>
    <w:p>
      <w:r>
        <w:t>105、某单位组织工会活动，30名员工自愿参加做游戏。游戏规则：按1~30号编号并报数，第一次报数后，单号全部站出来，然后每次余下的人中第一个开始站出来，隔一人站出来一个人。最后站出来的人给大家唱首歌。那么给大家唱歌的员工编号是(    )。</w:t>
        <w:br/>
        <w:t>A、14</w:t>
        <w:br/>
        <w:t>B、16</w:t>
        <w:br/>
        <w:t>C、18</w:t>
        <w:br/>
        <w:t>D、20</w:t>
        <w:br/>
        <w:t>【答案】：答案：B</w:t>
        <w:br/>
        <w:t xml:space="preserve">解析：第一次报数后，单号全部站出来，剩余号码为2、4、6、8、10······30，均为2的倍数；每次余下的人中第一个开始站出来，隔一人站出来一个人，剩余号码为4、8、12、16、20、24、28，均为4的倍数；再从余下的号码中第一个人开始站出来，隔一个人站出来一个人，剩余号码为8、16、24，均为8的倍数；重复上一次的步骤，剩余16号，为16的倍数。1—30中16的倍数只有16。故选B。 </w:t>
      </w:r>
    </w:p>
    <w:p>
      <w:r>
        <w:t>106、某制衣厂接受一批服装订货任务，按计划天数进行生产，如果每天平均生产20套服装，就比订货任务少生产100套；如果每天生产23套服装，就可超过订货任务20套。那么，这批服装的订货任务是多少套？(    )</w:t>
        <w:br/>
        <w:t>A、760</w:t>
        <w:br/>
        <w:t>B、1120</w:t>
        <w:br/>
        <w:t>C、900</w:t>
        <w:br/>
        <w:t>D、850</w:t>
        <w:br/>
        <w:t>【答案】：答案：C</w:t>
        <w:br/>
        <w:t xml:space="preserve">解析：由题意每天生产多出3套，总共就会多生产出120，那么计划的天数为40天，所以这批服装为20×40+100=900(套)。故选C。 </w:t>
      </w:r>
    </w:p>
    <w:p>
      <w:r>
        <w:t>107、有一个五位数，左边的三位数比右边的两位数的4倍还多4，如果把右边两位数移到最前面，新的五位数比原来的2倍还多11122，则原来的五位数是(    )。</w:t>
        <w:br/>
        <w:t>A、18044</w:t>
        <w:br/>
        <w:t>B、24059</w:t>
        <w:br/>
        <w:t>C、27267</w:t>
        <w:br/>
        <w:t>D、30074</w:t>
        <w:br/>
        <w:t>【答案】：答案：B</w:t>
        <w:br/>
        <w:t xml:space="preserve">解析：多位数问题考虑用代入排除法解题。代入A选项，180=44×4+4，但44180≠18044×2+11122，不符合题意，排除;代入B选项，240=59×4+4，59240=24059×2+11122，符合题意，正确。故选B。 </w:t>
      </w:r>
    </w:p>
    <w:p>
      <w:r>
        <w:t>108、玉米的正常市场价格为每公斤1.86元到2.18元，近期某地玉米价格涨至每公斤2.68元。经测算，向市场每投放储备玉米100吨，每公斤玉米价格下降0.05元。为稳定玉米价格，向该地投放储备玉米的数量不能超过(    )。</w:t>
        <w:br/>
        <w:t>A、800吨</w:t>
        <w:br/>
        <w:t>B、1080吨</w:t>
        <w:br/>
        <w:t>C、1360吨</w:t>
        <w:br/>
        <w:t>D、1640吨</w:t>
        <w:br/>
        <w:t>【答案】：答案：D</w:t>
        <w:br/>
        <w:t xml:space="preserve">解析：要稳定玉米价格，玉米的价格必须调整至正常区间。所以最低下降为每公斤1.86元，即下降了2.68-1.86=0.82(元)。因为每投放100吨，价格下降0.05元，所以投放玉米的数量不能超过0.82÷0.05×100=1640(吨)。故选D。 </w:t>
      </w:r>
    </w:p>
    <w:p>
      <w:r>
        <w:t>109、90，85，81，78，(    )</w:t>
        <w:br/>
        <w:t>A、75</w:t>
        <w:br/>
        <w:t>B、74</w:t>
        <w:br/>
        <w:t>C、76</w:t>
        <w:br/>
        <w:t>D、73</w:t>
        <w:br/>
        <w:t>【答案】：答案：C</w:t>
        <w:br/>
        <w:t xml:space="preserve">解析：后项减去前项，可得-5、-4、-3、(-2)，这是一个公差为1的等差数列，所以下一项为78-2=76。故选C。 </w:t>
      </w:r>
    </w:p>
    <w:p>
      <w:r>
        <w:t>110、一项考试共有35道试题，答对一题得2分，答错一题扣1分，不答则不得分。一名考生一共得了47分，那么，他最多答对(    )题。</w:t>
        <w:br/>
        <w:t>A、26</w:t>
        <w:br/>
        <w:t>B、27</w:t>
        <w:br/>
        <w:t>C、29</w:t>
        <w:br/>
        <w:t>D、30</w:t>
        <w:br/>
        <w:t>【答案】：答案：B</w:t>
        <w:br/>
        <w:t xml:space="preserve">解析：设答对了x道，答错y道，则可知2x－y＝47，存在没答题目的情况，因此x＋y≤35。题干问最多答对题数，则从最大的开始代入。D选项，x＝30，代入2x－y＝47，解得y＝13，此时x＋y超过35，不符；C项x＝29，y＝11，此时x＋y超过35，不符；B项x＝27，y＝7，剩余1道没答，符合题意。故选B。 </w:t>
      </w:r>
    </w:p>
    <w:p>
      <w:r>
        <w:t>111、7，7，16，42，107，(    )</w:t>
        <w:br/>
        <w:t>A、274</w:t>
        <w:br/>
        <w:t>B、173</w:t>
        <w:br/>
        <w:t>C、327</w:t>
        <w:br/>
        <w:t>D、231</w:t>
        <w:br/>
        <w:t>【答案】：答案：D</w:t>
        <w:br/>
        <w:t xml:space="preserve">解析：做一次差后得到数列：13-1，23+1，33-1，43+1，53-1。故选D。 </w:t>
      </w:r>
    </w:p>
    <w:p>
      <w:r>
        <w:t>112、25与一个三位数相乘个位是0，与这个三位数相加有且只有一次进位，像这样的三位数总共有多少个？</w:t>
        <w:tab/>
        <w:t>(    )</w:t>
        <w:br/>
        <w:t>A、48</w:t>
        <w:br/>
        <w:t>B、126</w:t>
        <w:br/>
        <w:t>C、174</w:t>
        <w:br/>
        <w:t>D、180</w:t>
        <w:br/>
        <w:t>【答案】：答案：C</w:t>
        <w:br/>
        <w:t xml:space="preserve">解析：因为25与一个三位数相乘个位是0，所以这个三位数个位上的数是0、2、4、6、8。又因为与这个三位数相加有且只有一次进位，所以当个位是0、2、4时，十位必须是8或9，百位是1-8八个数都可以，这种情况有48(8乘2乘3等于48)个数满足条件;当个位是6或8时，十位可以是0、1、2、3、4、5、6七个数，百位是1-9九个数，这种情况有126(9乘7乘2等于126)个数满足条件;终上所述一共有174(48+126=174)个，即:像这样的三位数总共有174个。故选C。 </w:t>
      </w:r>
    </w:p>
    <w:p>
      <w:r>
        <w:t>113、-1，1，7，25，79，(    )</w:t>
        <w:br/>
        <w:t>A、121</w:t>
        <w:br/>
        <w:t>B、241</w:t>
        <w:br/>
        <w:t>C、243</w:t>
        <w:br/>
        <w:t>D、254</w:t>
        <w:br/>
        <w:t>【答案】：答案：B</w:t>
        <w:br/>
        <w:t xml:space="preserve">解析：相邻两项之差依次是2，6，18，54，(162)，这是一个公比为3的等比数列，79+162=(241)。故选B。 </w:t>
      </w:r>
    </w:p>
    <w:p>
      <w:r>
        <w:t>114、2，3，10，15，26，35，(    )</w:t>
        <w:br/>
        <w:t>A、40</w:t>
        <w:br/>
        <w:t>B、45</w:t>
        <w:br/>
        <w:t>C、50</w:t>
        <w:br/>
        <w:t>D、55</w:t>
        <w:br/>
        <w:t>【答案】：答案：C</w:t>
        <w:br/>
        <w:t xml:space="preserve">解析：2=1平方+1，3=2平方-1，10=3平方+1，15=4平方-1，26=5平方+1，35=6平方-1，问号=7平方+1，问号=50。故选C。 </w:t>
      </w:r>
    </w:p>
    <w:p>
      <w:r>
        <w:t>115、119，83，36，47，(    )</w:t>
        <w:br/>
        <w:t>A、-37</w:t>
        <w:br/>
        <w:t>B、-11</w:t>
        <w:br/>
        <w:t>C、11</w:t>
        <w:br/>
        <w:t>D、37</w:t>
        <w:br/>
        <w:t>【答案】：答案：B</w:t>
        <w:br/>
        <w:t xml:space="preserve">解析：119=83+36，83=36+47，即所填数字为36-47=-11。故选B。 </w:t>
      </w:r>
    </w:p>
    <w:p>
      <w:r>
        <w:t>116、一人上楼，边走边数台阶。从一楼走到四楼，共走了54级台阶。如果每层楼之间的台阶数相同，他一直要走到八楼，问他从一楼到八楼一共要走多少级台阶?(    )</w:t>
        <w:br/>
        <w:t>A、126</w:t>
        <w:br/>
        <w:t>B、120</w:t>
        <w:br/>
        <w:t>C、114</w:t>
        <w:br/>
        <w:t>D、108</w:t>
        <w:br/>
        <w:t>【答案】：答案：A</w:t>
        <w:br/>
        <w:t xml:space="preserve">解析：从一楼走到四楼，共走了54级台阶，而他实际走了3层楼的高度，所以每层楼的台阶数为54÷3=18级。他从一楼到八楼一共要走7层楼，因此共要走7×18=126级台阶。故选A。 </w:t>
      </w:r>
    </w:p>
    <w:p>
      <w:r>
        <w:t>117、8，10，14，18，(    )</w:t>
        <w:br/>
        <w:t>A、24</w:t>
        <w:br/>
        <w:t>B、32</w:t>
        <w:br/>
        <w:t>C、26</w:t>
        <w:br/>
        <w:t>D、20</w:t>
        <w:br/>
        <w:t>【答案】：答案：C</w:t>
        <w:br/>
        <w:t xml:space="preserve">解析：8×2-6=10;10×2-6=14;14×2-10=18;18×2-10=26。故选C。 </w:t>
      </w:r>
    </w:p>
    <w:p>
      <w:r>
        <w:t>118、145，120，101，80，65，(    )</w:t>
        <w:br/>
        <w:t>A、48</w:t>
        <w:br/>
        <w:t>B、49</w:t>
        <w:br/>
        <w:t>C、50</w:t>
        <w:br/>
        <w:t>D、51</w:t>
        <w:br/>
        <w:t>【答案】：答案：A</w:t>
        <w:br/>
        <w:t xml:space="preserve">解析：145=122+1，120=112-1，101=102+1，80=92-1，65=82+1，奇数项，每项等于首项为12，公差为-2的平方加1;偶数项，每项等于首项为11，公差为-2的平方减1，即所填数字为72-1=48。故选A。 </w:t>
      </w:r>
    </w:p>
    <w:p>
      <w:r>
        <w:t>119、某木场有甲，乙，丙三位木匠师傅生产桌椅，甲每天能生产12张书桌或13把椅子；乙每天能生产9张书桌或12把椅子，丙每天能生产9张书桌或15把椅子，现在书桌和椅子要配套生产(每套一张书桌一把椅子)，则7天内这三位师傅最多可以生产桌椅(    )套。</w:t>
        <w:br/>
        <w:t>A、116</w:t>
        <w:br/>
        <w:t>B、129</w:t>
        <w:br/>
        <w:t>C、132</w:t>
        <w:br/>
        <w:t>D、142</w:t>
        <w:br/>
        <w:t>【答案】：答案：B</w:t>
        <w:br/>
        <w:t xml:space="preserve">解析：将甲、乙、丙三位木匠师傅生产桌椅的效率列表如下，分析可知，甲生产书桌的相对效率最高，丙生产椅子的相对效率最高，则安排甲7天全部生产书桌，丙7天全部生产椅子，乙协助甲丙完成。甲7天可生产桌子12×7＝84(张)，丙7天可生产椅子15×7＝105(把)。设乙生产书桌x天，则生产椅子(7－x)天，当生产的书桌数与椅子数相同时，获得套数最多，可列方程84＋9x＝105＋12×(7－x)，解得x＝5，则乙可生产书桌9×5＝45(张)。故7天内这三位师傅最多可以生产桌椅84＋45＝129(套)。故选B。 </w:t>
      </w:r>
    </w:p>
    <w:p>
      <w:r>
        <w:t>120、6，6，12，36，(    )</w:t>
        <w:br/>
        <w:t>A、124</w:t>
        <w:br/>
        <w:t>B、140</w:t>
        <w:br/>
        <w:t>C、144</w:t>
        <w:br/>
        <w:t>D、164</w:t>
        <w:br/>
        <w:t>【答案】：答案：C</w:t>
        <w:br/>
        <w:t xml:space="preserve">解析：两两相除。6/6=1，6/12=1/2，12/36=1/3，下个数为36/(    )=1/4。故选C。 </w:t>
      </w:r>
    </w:p>
    <w:p>
      <w:r>
        <w:t>121、25与一个三位数相乘个位是0，与这个三位数相加有且只有一次进位，像这样的三位数总共有多少个？</w:t>
        <w:tab/>
        <w:t>(    )</w:t>
        <w:br/>
        <w:t>A、48</w:t>
        <w:br/>
        <w:t>B、126</w:t>
        <w:br/>
        <w:t>C、174</w:t>
        <w:br/>
        <w:t>D、180</w:t>
        <w:br/>
        <w:t>【答案】：答案：C</w:t>
        <w:br/>
        <w:t xml:space="preserve">解析：因为25与一个三位数相乘个位是0，所以这个三位数个位上的数是0、2、4、6、8。又因为与这个三位数相加有且只有一次进位，所以当个位是0、2、4时，十位必须是8或9，百位是1-8八个数都可以，这种情况有48(8乘2乘3等于48)个数满足条件;当个位是6或8时，十位可以是0、1、2、3、4、5、6七个数，百位是1-9九个数，这种情况有126(9乘7乘2等于126)个数满足条件;终上所述一共有174(48+126=174)个，即:像这样的三位数总共有174个。故选C。 </w:t>
      </w:r>
    </w:p>
    <w:p>
      <w:r>
        <w:t>122、8，6，-4，-54，(    )</w:t>
        <w:br/>
        <w:t>A、-118</w:t>
        <w:br/>
        <w:t>B、-192</w:t>
        <w:br/>
        <w:t>C、-320</w:t>
        <w:br/>
        <w:t>D、-304</w:t>
        <w:br/>
        <w:t>【答案】：答案：D</w:t>
        <w:br/>
        <w:t xml:space="preserve">解析：依次将相邻两个数中后一个数减去前一个数得-2，-10，-50，构成公比为5的等比数列，即所填数字为-54+(-250)=-304。故选D。 </w:t>
      </w:r>
    </w:p>
    <w:p>
      <w:r>
        <w:t>123、将17拆分成若干个自然数的和，这些自然数的乘积的最大值是多少?(    )</w:t>
        <w:br/>
        <w:t>A、256</w:t>
        <w:br/>
        <w:t>B、486</w:t>
        <w:br/>
        <w:t>C、556</w:t>
        <w:br/>
        <w:t>D、376</w:t>
        <w:br/>
        <w:t>【答案】：答案：B</w:t>
        <w:br/>
        <w:t xml:space="preserve">解析：若把一个整数拆分成若干个自然数之和，有大于4的数，则把大于4的这个数再分成一个2与另一个大于2的自然数之和，则这个2与大于2的这个数的乘积肯定比这个大于4的数更大。另外，如果拆分的数中含有1，则对乘积增大没有贡献，因此不能考虑。因此，要使加数之积最大，加数只能是2和3。但是，若加数中含有3个2，则不如将它换成2个3。因为2×2×2=8，而3×3=9。故拆分出的自然数中，至多含有两个2，而其余都是3。故将17拆分为17=3+3+3+3+3+2时，其乘积最大，最大值为243×2=486。故选B。 </w:t>
      </w:r>
    </w:p>
    <w:p>
      <w:r>
        <w:t>124、2，6，18，54，(    )</w:t>
        <w:br/>
        <w:t>A、186</w:t>
        <w:br/>
        <w:t>B、162</w:t>
        <w:br/>
        <w:t>C、194</w:t>
        <w:br/>
        <w:t>D、196</w:t>
        <w:br/>
        <w:t>【答案】：答案：B</w:t>
        <w:br/>
        <w:t xml:space="preserve">解析：该数列是以3为公比的等比数列，故空缺项为:54×3＝162。故选B。 </w:t>
      </w:r>
    </w:p>
    <w:p>
      <w:r>
        <w:t>125、一个四边形广场，它的四边长分别是60米、72米、96米、84米，现在四边上植树，四角需种树，而且每两棵树的间隔相等，那么，至少要种多少棵树？(    )</w:t>
        <w:br/>
        <w:t>A、22</w:t>
        <w:br/>
        <w:t>B、25</w:t>
        <w:br/>
        <w:t>C、26</w:t>
        <w:br/>
        <w:t>D、30</w:t>
        <w:br/>
        <w:t>【答案】：答案：C</w:t>
        <w:br/>
        <w:t xml:space="preserve">解析：根据四角需种树，且每两棵树的间隔相等可知，间隔距离应为四边边长的公约数；要使棵树至少，则间隔距离要尽量最大，公约数最大为12(60、72、96、84的最大公约数)。故棵数＝段数＝长度÷间距＝(60＋72＋84＋96)÷12＝26(棵)。故选C。 </w:t>
      </w:r>
    </w:p>
    <w:p>
      <w:r>
        <w:t>126、某饮料店有纯果汁(即浓度为100%)10千克，浓度为30%的浓缩还原果汁20千克。若取纯果汁、浓缩还原果汁各10千克倒入10千克纯净水中，再倒入10千克的浓缩还原果汁，则得到的果汁浓度为多少。(    )</w:t>
        <w:br/>
        <w:t>A、40%</w:t>
        <w:br/>
        <w:t>B、37.5%</w:t>
        <w:br/>
        <w:t>C、35%</w:t>
        <w:br/>
        <w:t>D、30%</w:t>
        <w:br/>
        <w:t>【答案】：答案：A</w:t>
        <w:br/>
        <w:t xml:space="preserve">解析：根据题干可得，一共倒入纯果汁(即浓度为100%)10千克，纯净水10千克，浓度为30%的浓缩还原果汁20千克。可知最终溶液的量为10+10+20=40(千克)，最终溶质为10+20×30%=16(千克)。则最终果汁浓度=16÷40×100%=40%。故选A。 </w:t>
      </w:r>
    </w:p>
    <w:p>
      <w:r>
        <w:t>127、有一只青蛙在井底，每天上爬10米，又下滑6米，这口井深20米，这只青蛙爬出井口至少需要多少天? (    )</w:t>
        <w:br/>
        <w:t>A、2</w:t>
        <w:br/>
        <w:t>B、3</w:t>
        <w:br/>
        <w:t>C、4</w:t>
        <w:br/>
        <w:t>D、5</w:t>
        <w:br/>
        <w:t>【答案】：答案：C</w:t>
        <w:br/>
        <w:t xml:space="preserve">解析：第一天青蛙爬了10-6=4米，距离井口20-4=16米;第二天爬了4+(10-6)=8米，距离井口20-8=12米;第三天爬了8+(10-6)=12米，距离井口20-12=8米&lt;10米;第四天青蛙可以直接爬出井口。这只青蛙爬出井口至少要4天。故选C。 </w:t>
      </w:r>
    </w:p>
    <w:p>
      <w:r>
        <w:t>128、某快速反应部队运送救灾物资到灾区。飞机原计划每分钟飞行12千米，由于灾情危急，飞行速度提高到每分钟15千米，结果比原计划提前30分钟到达灾区，则机场到灾区的距离是多少千米?(    )</w:t>
        <w:br/>
        <w:t>A、1600</w:t>
        <w:br/>
        <w:t>B、1800</w:t>
        <w:br/>
        <w:t>C、2050</w:t>
        <w:br/>
        <w:t>D、2250</w:t>
        <w:br/>
        <w:t>【答案】：答案：B</w:t>
        <w:br/>
        <w:t xml:space="preserve">解析：设机场到灾区的距离为x，由每分钟飞行12千米可知，原飞行时间为;由每分钟15千米可知，现飞行时间为。根据比原计划提前30分钟，可得，解得x=1800(千米)。故选B。 </w:t>
      </w:r>
    </w:p>
    <w:p>
      <w:r>
        <w:t>129、甲、乙两位村民去县城A商店买东西，他们同时在村口出发，甲骑车而乙步行，但他们又同时到达A商店。途中甲休息的时间是乙步行时间的5/6，而乙休息的时间是甲骑车时间的1/2，则甲、乙途中休息的时间比是(    )。</w:t>
        <w:br/>
        <w:t>A、4:1</w:t>
        <w:br/>
        <w:t>B、5:1</w:t>
        <w:br/>
        <w:t>C、5:2</w:t>
        <w:br/>
        <w:t>D、6:1</w:t>
        <w:br/>
        <w:t>【答案】：答案：B</w:t>
        <w:br/>
        <w:t xml:space="preserve">解析：设乙步行时间为6x，甲骑车时间为2y，则甲休息的时间为5x，乙休息的时间为y，则由“他们同时在村口出发，甲骑车而乙步行，但他们又同时到达A商店”可得：2y+5x=6x+y，解得x：y=1:1。因此，甲、乙途中休息的时间比是5x：y=5:1。故选B。 </w:t>
      </w:r>
    </w:p>
    <w:p>
      <w:r>
        <w:t>130、8，16，22，24，(    )</w:t>
        <w:br/>
        <w:t>A、18</w:t>
        <w:br/>
        <w:t>B、22</w:t>
        <w:br/>
        <w:t>C、26</w:t>
        <w:br/>
        <w:t>D、28</w:t>
        <w:br/>
        <w:t>【答案】：答案：A</w:t>
        <w:br/>
        <w:t xml:space="preserve">解析：8×2－0＝16，16×2－10＝22，22×2－20＝24，前一项×2－修正项＝后一项。即所填数字为24×2－30＝18。故选A。 </w:t>
      </w:r>
    </w:p>
    <w:p>
      <w:r>
        <w:t>131、某实验室模拟酸雨，现有浓度为30%和10%的两种盐酸溶液，实验需要将二者混合配置出浓度为16%的盐酸700克备用，那么30%的盐酸需要多少克?(    )</w:t>
        <w:br/>
        <w:t>A、180</w:t>
        <w:br/>
        <w:t>B、190</w:t>
        <w:br/>
        <w:t>C、200</w:t>
        <w:br/>
        <w:t>D、210</w:t>
        <w:br/>
        <w:t>【答案】：答案：D</w:t>
        <w:br/>
        <w:t xml:space="preserve">解析：设需要30%的盐酸溶液x克，由二者混合后的盐酸700克可知，需要10%的盐酸(700-x)克。则30%x+10%×(700-x)=16%×700，解得x=210。故选D。 </w:t>
      </w:r>
    </w:p>
    <w:p>
      <w:r>
        <w:t>132、2，2，3，4，9，32，(    )</w:t>
        <w:br/>
        <w:t>A、129</w:t>
        <w:br/>
        <w:t>B、215</w:t>
        <w:br/>
        <w:t>C、257</w:t>
        <w:br/>
        <w:t>D、283</w:t>
        <w:br/>
        <w:t>【答案】：答案：D</w:t>
        <w:br/>
        <w:t xml:space="preserve">解析：2×2－1＝3，3×2－2＝4，4×3－3＝9，9×4－4＝32，第n＋2项＝第n项×第(n＋1)项－n(n＝1，2，…)，即所填数字为32×9－5＝283。故选D。 </w:t>
      </w:r>
    </w:p>
    <w:p>
      <w:r>
        <w:t>133、A、B、C三个试管中各盛有10克、20克、30克水，把某种浓度的盐水10克倒入A中，充分混合后从A中取出10克倒入B中，再充分混合后从B中取出10克倒入C中，最后得到C中盐水的浓度为0.5%。则开始倒入试管A中的盐水浓度是多少？(    )</w:t>
        <w:br/>
        <w:t>A、12%</w:t>
        <w:br/>
        <w:t>B、15%</w:t>
        <w:br/>
        <w:t>C、18%</w:t>
        <w:br/>
        <w:t>D、20%</w:t>
        <w:br/>
        <w:t>【答案】：答案：A</w:t>
        <w:br/>
        <w:t xml:space="preserve">解析：C中含盐量为(30＋10)×0.5%＝0.2克，即从B中取出的10克中含盐0.2克，则B的浓度为0.2÷10＝2%，进而求出B中含盐量为(20＋10)×2%＝0.6克，即从A中取出的10克中含盐0.6克，可得A的浓度为0.6÷10＝6%，进一步得出A中含盐量为(10＋10)×6%＝1.2克，故开始倒入A中的盐水浓度为1.2÷10＝12%。故选A。 </w:t>
      </w:r>
    </w:p>
    <w:p>
      <w:r>
        <w:t>134、3，6，11，(    )，27</w:t>
        <w:br/>
        <w:t>A、15</w:t>
        <w:br/>
        <w:t>B、18</w:t>
        <w:br/>
        <w:t>C、19</w:t>
        <w:br/>
        <w:t>D、24</w:t>
        <w:br/>
        <w:t>【答案】：答案：B</w:t>
        <w:br/>
        <w:t xml:space="preserve">解析：相邻两项后一项减前一项，6－3＝3，11－6＝5，18－11＝7，27－18＝9，构成公差为2的等差数列。即所填数字为11＋7＝18，27－9＝18。故选B。 </w:t>
      </w:r>
    </w:p>
    <w:p>
      <w:r>
        <w:t>135、某楼盘的地下停车位，第一次开盘时平均价格为15万元/个;第二次开盘时，车位的销售量增加了一倍、销售额增加了60%。那么，第二次开盘的车位平均价格为(    )。</w:t>
        <w:br/>
        <w:t>A、10万元/个</w:t>
        <w:br/>
        <w:t>B、11万元/个</w:t>
        <w:br/>
        <w:t>C、12万元/个</w:t>
        <w:br/>
        <w:t>D、13万元/个</w:t>
        <w:br/>
        <w:t>【答案】：答案：C</w:t>
        <w:br/>
        <w:t xml:space="preserve">解析：销售额=平均价格×销售量，已知第一次开盘平均价格为15万元/个，赋销售量为1，则销售额为15万。第二次开盘时，销售量增加了一倍，即为2，销售额增加了60%，得销售额为15×(1+60%)=24(万元)，故第二次开盘平均价格为24÷2=12(万元/个)。故选C。 </w:t>
      </w:r>
    </w:p>
    <w:p>
      <w:r>
        <w:t>136、钟表有一个时针和一个分针，分针每一小时转360度，时针每12小时转360度，则24小时内时针和分针成直角共多少次：</w:t>
        <w:br/>
        <w:t xml:space="preserve"> A. 28</w:t>
        <w:br/>
        <w:t xml:space="preserve"> B. 36</w:t>
        <w:br/>
        <w:t xml:space="preserve"> C. 44</w:t>
        <w:br/>
        <w:t xml:space="preserve"> D. 48</w:t>
        <w:br/>
        <w:t xml:space="preserve">【答案】：答案：C </w:t>
        <w:br/>
        <w:t xml:space="preserve">解析：一般情况，1小时内会出现2次垂直情况，但是3点、9点、15点、21点这4个特殊时间，只有1次垂直，所以有。故正确答案为C。 </w:t>
      </w:r>
    </w:p>
    <w:p>
      <w:r>
        <w:t>137、商店购入一百多件A款服装，其单件进价为整数元，总进价为1万元，已知单件B款服装的定价为其进价的1.6倍，其进价为A款服装的75%，销售每件B款服装的利润为A款服装的一半，某日商店以定价销售A款服装的总销售额超过2500元，问当天至少销售了多少件A款服装?(    )</w:t>
        <w:br/>
        <w:t>A、13</w:t>
        <w:br/>
        <w:t>B、15</w:t>
        <w:br/>
        <w:t>C、17</w:t>
        <w:br/>
        <w:t>D、19</w:t>
        <w:br/>
        <w:t>【答案】：答案：C</w:t>
        <w:br/>
        <w:t xml:space="preserve">解析：推出A款服装有125件，进价为80元，B款服装进价为80×0.75=60(元)，B款服装定价为60×1.6=96 (元)，利润为96-60=36(元)，A款服装利润为36×2=72(元)，所以A款服装售价为80+72=152(元)。销售数量至少为2500÷152=16.4，取整为17件。故选C。 </w:t>
      </w:r>
    </w:p>
    <w:p>
      <w:r>
        <w:t>138、145，120，101，80，65，(    )</w:t>
        <w:br/>
        <w:t>A、48</w:t>
        <w:br/>
        <w:t>B、49</w:t>
        <w:br/>
        <w:t>C、50</w:t>
        <w:br/>
        <w:t>D、51</w:t>
        <w:br/>
        <w:t>【答案】：答案：A</w:t>
        <w:br/>
        <w:t xml:space="preserve">解析：145=122+1，120=112-1，101=102+1，80=92-1，65=82+1，奇数项，每项等于首项为12，公差为-2的平方加1;偶数项，每项等于首项为11，公差为-2的平方减1，即所填数字为72-1=48。故选A。 </w:t>
      </w:r>
    </w:p>
    <w:p>
      <w:r>
        <w:t>139、30个小朋友围成一圈玩传球游戏，每次球传给下一个小朋友需要1秒。当老师喊“转向”时，要改变传球方向。如果从小华开始传球，老师在游戏开始后的第16、31、49秒喊“转向”，那么在第多少秒时，球会重新回到小华手上？(    )</w:t>
        <w:br/>
        <w:t>A、68</w:t>
        <w:br/>
        <w:t>B、69</w:t>
        <w:br/>
        <w:t>C、70</w:t>
        <w:br/>
        <w:t>D、71</w:t>
        <w:br/>
        <w:t>【答案】：答案：A</w:t>
        <w:br/>
        <w:t xml:space="preserve">解析：设小华的位置为0号，按顺时针方向编号依次为0号、1号、2号、……、29号。小华以顺时针方向开始传球。①经过16秒，顺时针传到16号；②转向：经过15秒(31－16＝15)，逆时针传到1号；③转向：经过18秒(49－31＝18)，顺时针传到19号；④转向：经过19秒，逆时针传回到小华手中。在第49＋19＝68(秒)时，球会重新回到小华手上。故选A。 </w:t>
      </w:r>
    </w:p>
    <w:p>
      <w:r>
        <w:t>140、130，68，30，(    )，2</w:t>
        <w:br/>
        <w:t>A、11</w:t>
        <w:br/>
        <w:t>B、12</w:t>
        <w:br/>
        <w:t>C、10</w:t>
        <w:br/>
        <w:t>D、9</w:t>
        <w:br/>
        <w:t>【答案】：答案：C</w:t>
        <w:br/>
        <w:t xml:space="preserve">解析：130=53+5，68=43+4，30=33+3，10=23+2，2=13+1。故选C。 </w:t>
      </w:r>
    </w:p>
    <w:p>
      <w:r>
        <w:t>141、某种茶叶原价30元一包，为了促销，降低了价格，销量增加了二倍，收入增加了五分之三，则一包茶叶降价(    )元。</w:t>
        <w:br/>
        <w:t>A、12</w:t>
        <w:br/>
        <w:t>B、14</w:t>
        <w:br/>
        <w:t>C、13</w:t>
        <w:br/>
        <w:t>D、11</w:t>
        <w:br/>
        <w:t>【答案】：答案：B</w:t>
        <w:br/>
        <w:t xml:space="preserve">解析：设原来茶叶的销量为1，那么现在销量为3。原来收入为30元，现在收入为30×(1＋3/5)＝48元，每包茶叶为48÷3＝16元，降价30－16＝14元。故选B。 </w:t>
      </w:r>
    </w:p>
    <w:p>
      <w:r>
        <w:t>142、1，7，8，57，(    )</w:t>
        <w:br/>
        <w:t>A、123</w:t>
        <w:br/>
        <w:t>B、122</w:t>
        <w:br/>
        <w:t>C、121</w:t>
        <w:br/>
        <w:t>D、120</w:t>
        <w:br/>
        <w:t>【答案】：答案：C</w:t>
        <w:br/>
        <w:t xml:space="preserve">解析：12+7=8，72+8=57，82+57=121。故选C。 </w:t>
      </w:r>
    </w:p>
    <w:p>
      <w:r>
        <w:t>143、7，21，14，21，63，(    )，63</w:t>
        <w:br/>
        <w:t>A、35</w:t>
        <w:br/>
        <w:t>B、42</w:t>
        <w:br/>
        <w:t>C、40</w:t>
        <w:br/>
        <w:t>D、56</w:t>
        <w:br/>
        <w:t>【答案】：答案：B</w:t>
        <w:br/>
        <w:t xml:space="preserve">解析：三个一组，7、21、14中第二个数是第一个数和第三个数的和，即所填数字为63－21＝42。故选B。 </w:t>
      </w:r>
    </w:p>
    <w:p>
      <w:r>
        <w:t>144、调研人员在一次市场调查活动中收回了435份调查问卷，其中80%的调查问卷上填写了被调查者的手机号码。那么调研人员至少需要从这些调查表中随机抽出多少份，才能保证一定能找到两个手机号码后两位相同的被调查者?(    )</w:t>
        <w:br/>
        <w:t>A、101</w:t>
        <w:br/>
        <w:t>B、175</w:t>
        <w:br/>
        <w:t>C、188</w:t>
        <w:br/>
        <w:t>D、200</w:t>
        <w:br/>
        <w:t>【答案】：答案：C</w:t>
        <w:br/>
        <w:t xml:space="preserve">解析：在435份调查问卷中有435×20%=87份没有写手机号;且手机号码后两位可能出现的情况一共10×10=100种，因此要保证一定能找到两个手机号码后两位相同的被调查者，至少需要抽取87+100+1=188份。故选C。 </w:t>
      </w:r>
    </w:p>
    <w:p>
      <w:r>
        <w:t>145、2，3，7，22，155，(    )</w:t>
        <w:br/>
        <w:t>A、2901</w:t>
        <w:br/>
        <w:t>B、3151</w:t>
        <w:br/>
        <w:t>C、3281</w:t>
        <w:br/>
        <w:t>D、3411</w:t>
        <w:br/>
        <w:t>【答案】：答案：D</w:t>
        <w:br/>
        <w:t xml:space="preserve">解析：7=3×2+1，22=7×3+1，155=22×7+1，即所填数字为22×155+1=3411。故选D。 </w:t>
      </w:r>
    </w:p>
    <w:p>
      <w:r>
        <w:t>146、1，3，2，6，11，19，(    )</w:t>
        <w:br/>
        <w:t>A、24</w:t>
        <w:br/>
        <w:t>B、36</w:t>
        <w:br/>
        <w:t>C、29</w:t>
        <w:br/>
        <w:t>D、38</w:t>
        <w:br/>
        <w:t>【答案】：答案：B</w:t>
        <w:br/>
        <w:t xml:space="preserve">解析：该数列为和数列，即前三项之和为第四项。故空缺处应为6+11+19=36。故选B。 </w:t>
      </w:r>
    </w:p>
    <w:p>
      <w:r>
        <w:t>147、张老师家四代同堂，且从父亲、张老师、儿子到孙子，每两代人的年龄差相同。5年前张老师父亲的年龄是儿子的3倍，8年后张老师的年龄是孙子的5倍。问今年四个人的年龄之和为(    )。</w:t>
        <w:br/>
        <w:t>A、168岁</w:t>
        <w:br/>
        <w:t>B、172岁</w:t>
        <w:br/>
        <w:t>C、176岁</w:t>
        <w:br/>
        <w:t>D、180岁</w:t>
        <w:br/>
        <w:t>【答案】：答案：C</w:t>
        <w:br/>
        <w:t>解析：父亲、张老师、儿子、孙子每两代人年龄差相同，设此年龄差为d，则父亲为(儿＋2d)，张老师为</w:t>
        <w:tab/>
        <w:t xml:space="preserve">(儿＋d)，孙子为(儿－d)，因此四人年龄总和为(4儿＋2d)。由5年前张老师父亲年龄是儿子的3倍即比儿子大2倍，即2d＝2(儿－5)①；由8年后张老师年龄是孙子的5倍即比孙子大4倍即2d＝4(儿－d＋8)②；由①②可得儿＝31，d＝26，因此四人年龄总和为4儿＋2d＝4×31＋2×26＝176(岁)。故选C。 </w:t>
      </w:r>
    </w:p>
    <w:p>
      <w:r>
        <w:t>148、3，30，129，348，(    )</w:t>
        <w:br/>
        <w:t>A、532</w:t>
        <w:br/>
        <w:t>B、621</w:t>
        <w:br/>
        <w:t>C、656</w:t>
        <w:br/>
        <w:t>D、735</w:t>
        <w:br/>
        <w:t>【答案】：答案：D</w:t>
        <w:br/>
        <w:t xml:space="preserve">解析：3=13+2、30=33+3、129=53+4、348=73+5，其中底数1、3、5、7构成连续的奇数列，另一部分2、3、4、5是连续的自然数，即所填数字为93+6=735。故选D。 </w:t>
      </w:r>
    </w:p>
    <w:p>
      <w:r>
        <w:t>149、13×99+135×999+1357×9999的值是(    )。</w:t>
        <w:br/>
        <w:t>A、13507495</w:t>
        <w:br/>
        <w:t>B、13574795</w:t>
        <w:br/>
        <w:t>C、13704675</w:t>
        <w:br/>
        <w:t>D、13704795</w:t>
        <w:br/>
        <w:t>【答案】：答案：D</w:t>
        <w:br/>
        <w:t xml:space="preserve">解析：原式=13×(100-1)+135×(1000-1)+1357×(10000-1)=1300+135000+13570000-(13+135+1357)=13704795。故选D。 </w:t>
      </w:r>
    </w:p>
    <w:p>
      <w:r>
        <w:t>150、1，10，3，5，(    )</w:t>
        <w:br/>
        <w:t>A、4</w:t>
        <w:br/>
        <w:t>B、9</w:t>
        <w:br/>
        <w:t>C、13</w:t>
        <w:br/>
        <w:t>D、15</w:t>
        <w:br/>
        <w:t>【答案】：答案：C</w:t>
        <w:br/>
        <w:t xml:space="preserve">解析：把每项变成汉字为一、十、三、五、十三的笔画数1，2，3，4，5等差。故选C。 </w:t>
      </w:r>
    </w:p>
    <w:p>
      <w:r>
        <w:t>151、3，11，13，29，31，(    )</w:t>
        <w:br/>
        <w:t>A、52</w:t>
        <w:br/>
        <w:t>B、53</w:t>
        <w:br/>
        <w:t>C、54</w:t>
        <w:br/>
        <w:t>D、55</w:t>
        <w:br/>
        <w:t>【答案】：答案：D</w:t>
        <w:br/>
        <w:t xml:space="preserve">解析：奇偶项分别相差11-3=8，29-13=16=8×2，问号-31=24=8×3则可得?=55。故选D。 </w:t>
      </w:r>
    </w:p>
    <w:p>
      <w:r>
        <w:t>152、25，32，37，47，(    )</w:t>
        <w:br/>
        <w:t>A、56</w:t>
        <w:br/>
        <w:t>B、57</w:t>
        <w:br/>
        <w:t>C、58</w:t>
        <w:br/>
        <w:t>D、590</w:t>
        <w:br/>
        <w:t>【答案】：答案：C</w:t>
        <w:br/>
        <w:t xml:space="preserve">解析：25＋2＋5＝32，32＋3＋2＝37，37＋3＋7＝47，第一项＋第一项的个位数字＋第一项的十位数字＝第二项，即所填数字为47＋4＋7＝58。故选C。 </w:t>
      </w:r>
    </w:p>
    <w:p>
      <w:r>
        <w:t>153、某商店以5元/斤的价格购入一批蔬菜，上午以8元/斤的价格卖出总进货量的60%，中午以上午售出价的8折卖出总进货量的20%，下午以中午售出价的一半卖出剩余货量的一半，最后获利210元。则该商店一共购入多少斤蔬菜?(    )</w:t>
        <w:br/>
        <w:t>A、140</w:t>
        <w:br/>
        <w:t>B、150</w:t>
        <w:br/>
        <w:t>C、160</w:t>
        <w:br/>
        <w:t>D、180</w:t>
        <w:br/>
        <w:t>【答案】：答案：B</w:t>
        <w:br/>
        <w:t xml:space="preserve">解析：赋值购进的量为10斤，上午以8元/斤的价格卖出6斤，中午以6.4元/斤的价格卖出2斤，下午以3.2元/斤的价格卖出1斤，总收入=8×6+6.4×2+3.2×1=64元，总利润=64-5×10=14元，实际购入(210/14)×10=150斤。故选B。 </w:t>
      </w:r>
    </w:p>
    <w:p>
      <w:r>
        <w:t>154、41，59，32，68，72，(    )</w:t>
        <w:br/>
        <w:t>A、28</w:t>
        <w:br/>
        <w:t>B、36</w:t>
        <w:br/>
        <w:t>C、40</w:t>
        <w:br/>
        <w:t>D、48</w:t>
        <w:br/>
        <w:t>【答案】：答案：A</w:t>
        <w:br/>
        <w:t xml:space="preserve">解析：两两分组得到(41，59)，(32，68)，(72，(    ))，发现组内做和均为100。故选A。 </w:t>
      </w:r>
    </w:p>
    <w:p>
      <w:r>
        <w:t>155、-7，0，1，2，9，(    )</w:t>
        <w:br/>
        <w:t>A、42</w:t>
        <w:br/>
        <w:t>B、18</w:t>
        <w:br/>
        <w:t>C、24</w:t>
        <w:br/>
        <w:t>D、28</w:t>
        <w:br/>
        <w:t>【答案】：答案：D</w:t>
        <w:br/>
        <w:t xml:space="preserve">解析：-7=(-2)3+1;0=(-1)3+1;1=03+1;2=13+1;9=23+1;28=33+1。故选D。 </w:t>
      </w:r>
    </w:p>
    <w:p>
      <w:r>
        <w:t>156、一条马路的两边各立着10盏电灯，现在为了节省用电，决定每边关掉3盏，但为了安全，道路起点和终点两边的灯必须是亮的，而且任意一边不能连续关掉两盏。问总共有多少种方案？(    )</w:t>
        <w:br/>
        <w:t>A、120</w:t>
        <w:br/>
        <w:t>B、320</w:t>
        <w:br/>
        <w:t>C、400</w:t>
        <w:br/>
        <w:t>D、420</w:t>
        <w:br/>
        <w:t>【答案】：答案：C</w:t>
        <w:br/>
        <w:t xml:space="preserve">解析：每一边7盏亮着的灯形成6个空位，把3盏熄灭的灯插进去，则共有＝400种方案。故选C。 </w:t>
      </w:r>
    </w:p>
    <w:p>
      <w:r>
        <w:t>157、-1，3，-3，-3，-9，(    )</w:t>
        <w:br/>
        <w:t>A、-9</w:t>
        <w:br/>
        <w:t>B、-4</w:t>
        <w:br/>
        <w:t>C、-14</w:t>
        <w:br/>
        <w:t>D、-45</w:t>
        <w:br/>
        <w:t>【答案】：答案：D</w:t>
        <w:br/>
        <w:t xml:space="preserve">解析：题干倍数关系明显，考虑作商。后项除以前项得到新数列：-3、-1、1、3，新数列为公差是2的等差数列，则新数列的下一项应为5，所求项为：-9×5=-45。故选D。 </w:t>
      </w:r>
    </w:p>
    <w:p>
      <w:r>
        <w:t>158、有一个五位数，左边的三位数比右边的两位数的4倍还多4，如果把右边两位数移到最前面，新的五位数比原来的2倍还多11122，则原来的五位数是(    )。</w:t>
        <w:br/>
        <w:t>A、18044</w:t>
        <w:br/>
        <w:t>B、24059</w:t>
        <w:br/>
        <w:t>C、27267</w:t>
        <w:br/>
        <w:t>D、30074</w:t>
        <w:br/>
        <w:t>【答案】：答案：B</w:t>
        <w:br/>
        <w:t xml:space="preserve">解析：多位数问题考虑用代入排除法解题。代入A选项，180=44×4+4，但44180≠18044×2+11122，不符合题意，排除;代入B选项，240=59×4+4，59240=24059×2+11122，符合题意，正确。故选B。 </w:t>
      </w:r>
    </w:p>
    <w:p>
      <w:r>
        <w:t>159、97，95，92，87，(    )</w:t>
        <w:br/>
        <w:t>A、81</w:t>
        <w:br/>
        <w:t>B、79</w:t>
        <w:br/>
        <w:t>C、74</w:t>
        <w:br/>
        <w:t>D、66</w:t>
        <w:br/>
        <w:t>【答案】：答案：B</w:t>
        <w:br/>
        <w:t xml:space="preserve">解析：97＋(－2)＝95，95＋(－3)＝92，92＋(－5)＝87，数列中两项之差形成的数列为－2，－3，－5，而(－2)＋(－3)＝(－5)，后一项为前两项之和，下一个数为(－3)＋(－5)＝(－8)，即所填数字为87＋(－8)＝79。故选B。 </w:t>
      </w:r>
    </w:p>
    <w:p>
      <w:r>
        <w:t>160、某杂志为每篇投稿文章安排两位审稿人，若都不同意录用则弃用；若都同意则录用；若两人意见不同，则安排第三位审稿人，并根据其意见录用或弃用，如每位审稿人录用某篇文章的概率都是60%，则该文章最终被录用的概率是(    )。</w:t>
        <w:br/>
        <w:t>A、36%</w:t>
        <w:br/>
        <w:t>B、50.4%</w:t>
        <w:br/>
        <w:t>C、60%</w:t>
        <w:br/>
        <w:t>D、64.8%</w:t>
        <w:br/>
        <w:t>【答案】：答案：D</w:t>
        <w:br/>
        <w:t xml:space="preserve">解析：根据题意，该文章最终被录用可分为以下两种情况：(1)前两位审稿人都同意，概率为0.6×0.6＝0.36；(2)前两位审稿人只有一人同意且第三位审稿人同意，概率为；故该文章最终被录用的概率为0.36＋0.288＝0.648＝64.8%。故选D。 </w:t>
      </w:r>
    </w:p>
    <w:p>
      <w:r>
        <w:t>161、2，3，13，175，(    )</w:t>
        <w:br/>
        <w:t>A、30625</w:t>
        <w:br/>
        <w:t>B、30651</w:t>
        <w:br/>
        <w:t>C、30759</w:t>
        <w:br/>
        <w:t>D、30952</w:t>
        <w:br/>
        <w:t>【答案】：答案：B</w:t>
        <w:br/>
        <w:t xml:space="preserve">解析：第一项乘以2，然后加第二项的平方等于第三项。2×2+3×3=13。第二项乘以2，然后加第三项的平方等于第四项。3×2+13×13=175。第三项乘以2，然后加第四项的平方等于第五项。13×2+175×175=30651。故选B。 </w:t>
      </w:r>
    </w:p>
    <w:p>
      <w:r>
        <w:t>162、有4堆木材，都堆成正三角形垛，层数分别为5,6,7,8层，那么共有木材(    )根。</w:t>
        <w:br/>
        <w:t>A、110</w:t>
        <w:br/>
        <w:t>B、100</w:t>
        <w:br/>
        <w:t>C、120</w:t>
        <w:br/>
        <w:t>D、130</w:t>
        <w:br/>
        <w:t>【答案】：答案：B</w:t>
        <w:br/>
        <w:t xml:space="preserve">解析：5层木材有1+2+3+4+5=15，6层木材有1+2+3+4+5+6=21，7层木材有1+2+3+4+5+6+7=28，8层木材有1+2+3+4+5+6+7+8=36，所以共有15+21+28+36=100根木材。故选B。 </w:t>
      </w:r>
    </w:p>
    <w:p>
      <w:r>
        <w:t>163、5，7，4，6，4，6，(    )</w:t>
        <w:br/>
        <w:t>A、4</w:t>
        <w:br/>
        <w:t>B、5</w:t>
        <w:br/>
        <w:t>C、6</w:t>
        <w:br/>
        <w:t>D、7</w:t>
        <w:br/>
        <w:t>【答案】：答案：B</w:t>
        <w:br/>
        <w:t xml:space="preserve">解析：依次将相邻两个数中后一个数减去前一个数得2，－3，2，－2，2，奇数项是2，偶数项构成公差为1的等差数列，即所填数字为6＋(－1)＝5。故选B。 </w:t>
      </w:r>
    </w:p>
    <w:p>
      <w:r>
        <w:t>164、2，2，6，14，34，(    )</w:t>
        <w:br/>
        <w:t>A、82</w:t>
        <w:br/>
        <w:t>B、50</w:t>
        <w:br/>
        <w:t>C、48</w:t>
        <w:br/>
        <w:t>D、62</w:t>
        <w:br/>
        <w:t>【答案】：答案：A</w:t>
        <w:br/>
        <w:t xml:space="preserve">解析：2+2×2=6；2+6×2=14；6+14×2=34；14+34×2=82。故选A。 </w:t>
      </w:r>
    </w:p>
    <w:p>
      <w:r>
        <w:t>165、25与一个三位数相乘个位是0，与这个三位数相加有且只有一次进位，像这样的三位数总共有多少个？</w:t>
        <w:tab/>
        <w:t>(    )</w:t>
        <w:br/>
        <w:t>A、48</w:t>
        <w:br/>
        <w:t>B、126</w:t>
        <w:br/>
        <w:t>C、174</w:t>
        <w:br/>
        <w:t>D、180</w:t>
        <w:br/>
        <w:t>【答案】：答案：C</w:t>
        <w:br/>
        <w:t xml:space="preserve">解析：因为25与一个三位数相乘个位是0，所以这个三位数个位上的数是0、2、4、6、8。又因为与这个三位数相加有且只有一次进位，所以当个位是0、2、4时，十位必须是8或9，百位是1-8八个数都可以，这种情况有48(8乘2乘3等于48)个数满足条件;当个位是6或8时，十位可以是0、1、2、3、4、5、6七个数，百位是1-9九个数，这种情况有126(9乘7乘2等于126)个数满足条件;终上所述一共有174(48+126=174)个，即:像这样的三位数总共有174个。故选C。 </w:t>
      </w:r>
    </w:p>
    <w:p>
      <w:r>
        <w:t>166、某种细胞开始时有2个，1小时后分裂成4个并死去1个，2小时后分裂成6个并死去1个，3小时后分裂成10个并死去1个……按此规律，6小时后细胞存活的个数有多少?(    )</w:t>
        <w:br/>
        <w:t>A、63</w:t>
        <w:br/>
        <w:t>B、65</w:t>
        <w:br/>
        <w:t>C、67</w:t>
        <w:br/>
        <w:t>D、71</w:t>
        <w:br/>
        <w:t>【答案】：答案：B</w:t>
        <w:br/>
        <w:t xml:space="preserve">解析：1小时后细胞存活的个数为2×2-1=3;2小时后为2×3-1=5;3小时后为2×5-1=9……按此规律，n小时后细胞存活的个数为。故6小时后细胞存活的个数是(个)。故选B。 </w:t>
      </w:r>
    </w:p>
    <w:p>
      <w:r>
        <w:t>167、－2，1，31，70，112，(    )</w:t>
        <w:br/>
        <w:t>A、154</w:t>
        <w:br/>
        <w:t>B、155</w:t>
        <w:br/>
        <w:t>C、256</w:t>
        <w:br/>
        <w:t>D、280</w:t>
        <w:br/>
        <w:t>【答案】：答案：B</w:t>
        <w:br/>
        <w:t xml:space="preserve">解析：依次将相邻两项做差得3、30、39、42，再次做差得27、9、3，是公比为1/3的等比数列，即所填数字为(3÷3)＋42＋112＝155。故选B。 </w:t>
      </w:r>
    </w:p>
    <w:p>
      <w:r>
        <w:t>168、2.08，8.16，24.32，64.64，(    )</w:t>
        <w:br/>
        <w:t>A、160.28</w:t>
        <w:br/>
        <w:t>B、124.28</w:t>
        <w:br/>
        <w:t>C、160.56</w:t>
        <w:br/>
        <w:t>D、124.56</w:t>
        <w:br/>
        <w:t>【答案】：答案：A</w:t>
        <w:br/>
        <w:t xml:space="preserve">解析：小数点之前满足规律：(8-2)×4=24，(24-8)×4=64，(64-24)×4=160，排除B.D两项。小数点之后构成等比数列8，16，32，64，128，小数点之后的数超过三位取后两位，所以未知项是160.28。故选A。 </w:t>
      </w:r>
    </w:p>
    <w:p>
      <w:r>
        <w:t>169、钢铁厂某年总产量的1/6为型钢类，1/7为钢板类，钢管类的产量正好是型钢和钢板产量之差的14倍，而钢丝的产量正好是钢管和型钢产量之和的一半，而其它产品共为3万吨。问该钢铁厂当年的产量为多少万吨?(    )</w:t>
        <w:br/>
        <w:t>A、48</w:t>
        <w:br/>
        <w:t>B、42</w:t>
        <w:br/>
        <w:t>C、36</w:t>
        <w:br/>
        <w:t>D、28</w:t>
        <w:br/>
        <w:t>【答案】：答案：D</w:t>
        <w:br/>
        <w:t xml:space="preserve">解析：假设总产量为，则型钢类产量为，钢板类产量为，钢管类为，钢丝的产量为，则，解得万吨，则总产量万吨。故正确答案为D。 </w:t>
      </w:r>
    </w:p>
    <w:p>
      <w:r>
        <w:t>170、1，6，5，7，2，8，6，9，(    )</w:t>
        <w:br/>
        <w:t>A、1</w:t>
        <w:br/>
        <w:t>B、2</w:t>
        <w:br/>
        <w:t>C、3</w:t>
        <w:br/>
        <w:t>D、4</w:t>
        <w:br/>
        <w:t>【答案】：答案：C</w:t>
        <w:br/>
        <w:t xml:space="preserve">解析：本题为隔项递推数列，存在关系：第三项=第二项-第一项，第五项=第四项-第三项，……因此未知项为9-6=3。故选C。 </w:t>
      </w:r>
    </w:p>
    <w:p>
      <w:r>
        <w:t>171、1，3，2，6，11，19，(    )</w:t>
        <w:br/>
        <w:t>A、24</w:t>
        <w:br/>
        <w:t>B、36</w:t>
        <w:br/>
        <w:t>C、29</w:t>
        <w:br/>
        <w:t>D、38</w:t>
        <w:br/>
        <w:t>【答案】：答案：B</w:t>
        <w:br/>
        <w:t xml:space="preserve">解析：该数列为和数列，即前三项之和为第四项。故空缺处应为6+11+19=36。故选B。 </w:t>
      </w:r>
    </w:p>
    <w:p>
      <w:r>
        <w:t>172、1，11，21，31，(    )</w:t>
        <w:br/>
        <w:t>A、39</w:t>
        <w:br/>
        <w:t>B、49</w:t>
        <w:br/>
        <w:t>C、41</w:t>
        <w:br/>
        <w:t>D、51</w:t>
        <w:br/>
        <w:t>【答案】：答案：C</w:t>
        <w:br/>
        <w:t xml:space="preserve">解析：题中数列为公差为10的等差数列，故(    )=31+10=41。故选C。 </w:t>
      </w:r>
    </w:p>
    <w:p>
      <w:r>
        <w:t>173、某班一次数学测试，全班平均91分，其中男生平均88分，女生平均93分，则女生人数是男生人数的多少倍?(    )</w:t>
        <w:br/>
        <w:t>A、0.5</w:t>
        <w:br/>
        <w:t>B、1</w:t>
        <w:br/>
        <w:t>C、1.5</w:t>
        <w:br/>
        <w:t>D、2</w:t>
        <w:br/>
        <w:t>【答案】：答案：C</w:t>
        <w:br/>
        <w:t xml:space="preserve">解析：设男生、女生人数分别为x、y，可得88x+93y=91(x+y)，解得，即女生是男生的1.5倍。故选C。 </w:t>
      </w:r>
    </w:p>
    <w:p>
      <w:r>
        <w:t>174、2，3，6，18，108，(    )</w:t>
        <w:br/>
        <w:t>A、1944</w:t>
        <w:br/>
        <w:t>B、1620</w:t>
        <w:br/>
        <w:t>C、1296</w:t>
        <w:br/>
        <w:t>D、1728</w:t>
        <w:br/>
        <w:t>【答案】：答案：A</w:t>
        <w:br/>
        <w:t xml:space="preserve">解析：2×3＝6，3×6＝18，6×18＝108，……前两项相乘等于下一项，则所求项为18×108，尾数为4。故选A。 </w:t>
      </w:r>
    </w:p>
    <w:p>
      <w:r>
        <w:t>175、一个四边形广场，它的四边长分别是60米、72米、96米、84米，现在四边上植树，四角需种树，而且每两棵树的间隔相等，那么，至少要种多少棵树？(    )</w:t>
        <w:br/>
        <w:t>A、22</w:t>
        <w:br/>
        <w:t>B、25</w:t>
        <w:br/>
        <w:t>C、26</w:t>
        <w:br/>
        <w:t>D、30</w:t>
        <w:br/>
        <w:t>【答案】：答案：C</w:t>
        <w:br/>
        <w:t xml:space="preserve">解析：根据四角需种树，且每两棵树的间隔相等可知，间隔距离应为四边边长的公约数；要使棵树至少，则间隔距离要尽量最大，公约数最大为12(60、72、96、84的最大公约数)。故棵数＝段数＝长度÷间距＝(60＋72＋84＋96)÷12＝26(棵)。故选C。 </w:t>
      </w:r>
    </w:p>
    <w:p>
      <w:r>
        <w:t>176、118，199，226，(    )，238</w:t>
        <w:br/>
        <w:t>A、228</w:t>
        <w:br/>
        <w:t>B、230</w:t>
        <w:br/>
        <w:t>C、232</w:t>
        <w:br/>
        <w:t>D、235</w:t>
        <w:br/>
        <w:t>【答案】：答案：D</w:t>
        <w:br/>
        <w:t xml:space="preserve">解析：相邻两项后一项减前一项，199-118=81，226-199=27，235-226=9，238-235=3，是公比为的等比数列，即所填数字为238-3=226+9=235。故选D。 </w:t>
      </w:r>
    </w:p>
    <w:p>
      <w:r>
        <w:t>177、12，23，35，47，511，(    )</w:t>
        <w:br/>
        <w:t>A、613</w:t>
        <w:br/>
        <w:t>B、612</w:t>
        <w:br/>
        <w:t>C、611</w:t>
        <w:br/>
        <w:t>D、610</w:t>
        <w:br/>
        <w:t>【答案】：答案：A</w:t>
        <w:br/>
        <w:t xml:space="preserve">解析：数位数列，各项首位数字“1，2，3，4，5，(6)”构成等差数列，其余数字“2，3，5，7，11，(13)”构成质数数列。因此，未知项为613。故选A。 </w:t>
      </w:r>
    </w:p>
    <w:p>
      <w:r>
        <w:t>178、10，9，17，50，(    )</w:t>
        <w:br/>
        <w:t>A、100</w:t>
        <w:br/>
        <w:t>B、99</w:t>
        <w:br/>
        <w:t>C、199</w:t>
        <w:br/>
        <w:t>D、200</w:t>
        <w:br/>
        <w:t>【答案】：答案：C</w:t>
        <w:br/>
        <w:t xml:space="preserve">解析：10×1-1=9;9×2-1=17;17×3-1=50;50×4-1=199。故选C。 </w:t>
      </w:r>
    </w:p>
    <w:p>
      <w:r>
        <w:t>179、张大伯卖白菜，开始定价是每千克5角钱，一点都卖不出去，后来每千克降低了几分钱，全部白菜很快卖了出去，一共收入22.26元，则每千克降低了几分钱？</w:t>
        <w:br/>
        <w:t>A、3</w:t>
        <w:br/>
        <w:t>B、4</w:t>
        <w:br/>
        <w:t>C、6</w:t>
        <w:br/>
        <w:t>D、8</w:t>
        <w:br/>
        <w:t>【答案】：答案：D</w:t>
        <w:br/>
        <w:t xml:space="preserve">解析：代入法，只有降8分时收入才能被价格整除。(2226=2×3×7×53=42×53)。故选D。 </w:t>
      </w:r>
    </w:p>
    <w:p>
      <w:r>
        <w:t>180、某服装店有一批衬衣共76件，分别卖给了33位顾客，每位顾客最多买了3件。衬衣定价为100元，买1件按原价，买2件总价打九折，买3件总价打八折。最后卖完这批衬衣共收入6460元，则买了3件的顾客有(    )位。</w:t>
        <w:br/>
        <w:t xml:space="preserve"> A. 4</w:t>
        <w:br/>
        <w:t xml:space="preserve"> B. 8</w:t>
        <w:br/>
        <w:t xml:space="preserve"> C. 14</w:t>
        <w:br/>
        <w:t xml:space="preserve"> D. 15</w:t>
        <w:br/>
        <w:t xml:space="preserve">【答案】：答案：C </w:t>
        <w:br/>
        <w:t xml:space="preserve">解析：由题意可设买了1件、2件、3件衣服的人数分别为x、y、z人，则可得x+y+z=33，x+2y+3z=76，，联立求解可得x=4，y=15，z=14。故正确答案为C。 </w:t>
      </w:r>
    </w:p>
    <w:p>
      <w:r>
        <w:t>181、5，7，4，6，4，6，(    )</w:t>
        <w:br/>
        <w:t>A、4</w:t>
        <w:br/>
        <w:t>B、5</w:t>
        <w:br/>
        <w:t>C、6</w:t>
        <w:br/>
        <w:t>D、7</w:t>
        <w:br/>
        <w:t>【答案】：答案：B</w:t>
        <w:br/>
        <w:t xml:space="preserve">解析：依次将相邻两个数中后一个数减去前一个数得2，-3，2，-2，2，为奇数项是2偶数项为公差为1的等差数列，即所填数字为6+(-1)=5。故选B。 </w:t>
      </w:r>
    </w:p>
    <w:p>
      <w:r>
        <w:t>182、学校举行象棋比赛，共有甲、乙、丙、丁4支队。规定每支队都要和另外3支队各比赛一场，胜得3分，败得0分，平双方各得1分。已知：(1)这4支队三场比赛的总得分为4个连续的奇数;(2)乙队总得分排在第一;(3)丁队恰有两场同对方打成平局，其中有一场是与丙队打成平局的。问丙队得几分?(    )</w:t>
        <w:br/>
        <w:t>A、1分</w:t>
        <w:br/>
        <w:t>B、3分</w:t>
        <w:br/>
        <w:t>C、5分</w:t>
        <w:br/>
        <w:t>D、7分</w:t>
        <w:br/>
        <w:t>【答案】：答案：A</w:t>
        <w:br/>
        <w:t xml:space="preserve">解析：每支队均比赛3场，因此最高分不超过9分，又知总得分为4个连续的奇数，因此得分有3、5、7、9和1、3、5、7两种情况。若最高分为9分，那么排名第二的队最多赢现场得6分，不可能得7分，不符合题意，故乙队得7分，即2胜1平。由条件(3)知，丁队恰有两场同对方打成平局，积分2分，为偶数，故另一场只能为胜，共得5分。由此可知，丙队得分为1或3分。由于丁队一场未败，故乙队获胜的两场只能是甲队和丙队。目前已知丙队战两场，一负一平，积1分，另一场无论是胜或平，积分均为偶数，故这一场只能为负，总积分为1分。故选A。 </w:t>
      </w:r>
    </w:p>
    <w:p>
      <w:r>
        <w:t>183、有一架天平，只有5克和30克的砝码各一个。现在要用这架天平把300克味精平均分成3份，那么至少需要称多少次?(    )</w:t>
        <w:br/>
        <w:t>A、3次</w:t>
        <w:br/>
        <w:t>B、4次</w:t>
        <w:br/>
        <w:t>C、5次</w:t>
        <w:br/>
        <w:t>D、6次</w:t>
        <w:br/>
        <w:t>【答案】：答案：A</w:t>
        <w:br/>
        <w:t xml:space="preserve">解析：第1次，用30克和5克砝码称出35克味精;第2次，再35克味精作为砝码，和30克砝码一起称出65克味精，此时已称出100克味精;第3次，用100克味精作为砝码称出100克味精，还剩100克。把300克味精平均分为3份。故“至少”需要3次。故选A。 </w:t>
      </w:r>
    </w:p>
    <w:p>
      <w:r>
        <w:t>184、小孙的口袋里有四颗糖，一颗巧克力味的，一颗苹果味的，两颗牛奶味的。小孙任意从口袋里取出两颗糖，他看了看后说，其中一颗是牛奶味的。问小孙取出的另一颗糖也是牛奶味的可能性(概率)是多少?(    )</w:t>
        <w:br/>
        <w:t>A、1/3</w:t>
        <w:br/>
        <w:t>B、1/4</w:t>
        <w:br/>
        <w:t>C、1/5</w:t>
        <w:br/>
        <w:t>D、1/6</w:t>
        <w:br/>
        <w:t>【答案】：答案：C</w:t>
        <w:br/>
        <w:t xml:space="preserve">解析：两颗都是牛奶味的糖只有一种情况，而其中至少一颗是牛奶味的糖共有5种情况：(牛奶味1、苹果味)，(牛奶味1、巧克力味)，(牛奶味2、苹果味)，(牛奶味2、巧克力味)，(牛奶味1、牛奶味2)。因此取出的另一颗糖也是牛奶味的概率为1/5。故选C。 </w:t>
      </w:r>
    </w:p>
    <w:p>
      <w:r>
        <w:t>185、8，10，14，18，(    )</w:t>
        <w:br/>
        <w:t>A、24</w:t>
        <w:br/>
        <w:t>B、32</w:t>
        <w:br/>
        <w:t>C、26</w:t>
        <w:br/>
        <w:t>D、20</w:t>
        <w:br/>
        <w:t>【答案】：答案：C</w:t>
        <w:br/>
        <w:t xml:space="preserve">解析：8×2-6=10;10×2-6=14;14×2-10=18;18×2-10=26。故选C。 </w:t>
      </w:r>
    </w:p>
    <w:p>
      <w:r>
        <w:t>186、1，2，3，6，12，(    )</w:t>
        <w:br/>
        <w:t>A、16</w:t>
        <w:br/>
        <w:t>B、20</w:t>
        <w:br/>
        <w:t>C、24</w:t>
        <w:br/>
        <w:t>D、36</w:t>
        <w:br/>
        <w:t>【答案】：答案：C</w:t>
        <w:br/>
        <w:t xml:space="preserve">解析：分3组=&gt;(1，2)，(3，6)，(12，24)=&gt;每组后项除以前项=&gt;2、2、2。故选C。 </w:t>
      </w:r>
    </w:p>
    <w:p>
      <w:r>
        <w:t>187、某城市居民用水价格为：每户每月不超过5吨的部分按4元/吨收取；超过5吨不超过10吨的部分按6元/吨收取；超过10吨的部分按8元/吨收取。某户居民两个月共交水费108元，则该户居民这两个月用水总量最多为多少吨？(    )</w:t>
        <w:br/>
        <w:t>A、17.25</w:t>
        <w:br/>
        <w:t>B、21</w:t>
        <w:br/>
        <w:t>C、21.33</w:t>
        <w:br/>
        <w:t>D、24</w:t>
        <w:br/>
        <w:t>【答案】：答案：B</w:t>
        <w:br/>
        <w:t xml:space="preserve">解析：总费用一定，要使两个月的用水总量最多，需尽量使用低价水。先将两个月4元/吨的额度用完，花费4×5×2＝40(元)；再将6元/吨的额度用完，花费6×5×2＝60(元)。由两个月共交水费108元可知，还剩108－40－60＝8(元)，可购买1吨单价为8元/吨的水。该户居民这两个月用水总量最多为5×2＋5×2＋1＝21(吨)。故选B。 </w:t>
      </w:r>
    </w:p>
    <w:p>
      <w:r>
        <w:t>188、1/2，1，1，(    )，9/11，11/13</w:t>
        <w:br/>
        <w:t>A、2</w:t>
        <w:br/>
        <w:t>B、3</w:t>
        <w:br/>
        <w:t>C、1</w:t>
        <w:br/>
        <w:t>D、9</w:t>
        <w:br/>
        <w:t>【答案】：答案：C</w:t>
        <w:br/>
        <w:t xml:space="preserve">解析：1/2，1，1，(    )，9/11，11/13=&gt;1/2，3/3，5/5，7/7，9/11，11/13=&gt;分子1，3，5，7，9，11等差;分母2，3，5，7，11，13连续质数列。故选C。 </w:t>
      </w:r>
    </w:p>
    <w:p>
      <w:r>
        <w:t>189、某年的10月里有5个星期六，4个星期日，则这年的10月1日是?(    )</w:t>
        <w:br/>
        <w:t>A、星期一</w:t>
        <w:br/>
        <w:t>B、星期二</w:t>
        <w:br/>
        <w:t>C、星期三</w:t>
        <w:br/>
        <w:t>D、星期四</w:t>
        <w:br/>
        <w:t>【答案】：答案：D</w:t>
        <w:br/>
        <w:t xml:space="preserve">解析：10月有31天，因为有5个星期六，4个星期日，所以10月31日是星期六。31=4×7+3，所以10月3日也是星期六，故10月1日是星期四。故选D。 </w:t>
      </w:r>
    </w:p>
    <w:p>
      <w:r>
        <w:t>190、(1296-18)÷36的值是(    )。</w:t>
        <w:br/>
        <w:t>A、20</w:t>
        <w:br/>
        <w:t>B、35.5</w:t>
        <w:br/>
        <w:t>C、19</w:t>
        <w:br/>
        <w:t>D、36</w:t>
        <w:br/>
        <w:t>【答案】：答案：B</w:t>
        <w:br/>
        <w:t xml:space="preserve">解析：原式可转化为1296÷36-18÷36=36-0.5=35.5。故选B。 </w:t>
      </w:r>
    </w:p>
    <w:p>
      <w:r>
        <w:t>191、a除以5余1，b除以5余4，如果3a&gt;b，那么3a-b除以5余几?(    )</w:t>
        <w:br/>
        <w:t>A、1</w:t>
        <w:br/>
        <w:t>B、2</w:t>
        <w:br/>
        <w:t>C、3</w:t>
        <w:br/>
        <w:t>D、4</w:t>
        <w:br/>
        <w:t>【答案】：答案：D</w:t>
        <w:br/>
        <w:t xml:space="preserve">解析：a除以5余1，假设a=6;b除以5余4，假设b=9，符合3a&gt;b。故3a-b=18-9=9，9除以5余4。故选D。 </w:t>
      </w:r>
    </w:p>
    <w:p>
      <w:r>
        <w:t>192、3，-6，12，-24，(    )</w:t>
        <w:br/>
        <w:t>A、42</w:t>
        <w:br/>
        <w:t>B、44</w:t>
        <w:br/>
        <w:t>C、46</w:t>
        <w:br/>
        <w:t>D、48</w:t>
        <w:br/>
        <w:t>【答案】：答案：D</w:t>
        <w:br/>
        <w:t xml:space="preserve">解析：公比为-2的等比数列。故选D。 </w:t>
      </w:r>
    </w:p>
    <w:p>
      <w:r>
        <w:t>193、某制衣厂接受一批服装订货任务，按计划天数进行生产，如果每天平均生产20套服装，就比订货任务少生产100套；如果每天生产23套服装，就可超过订货任务20套。那么，这批服装的订货任务是多少套？(    )</w:t>
        <w:br/>
        <w:t>A、760</w:t>
        <w:br/>
        <w:t>B、1120</w:t>
        <w:br/>
        <w:t>C、900</w:t>
        <w:br/>
        <w:t>D、850</w:t>
        <w:br/>
        <w:t>【答案】：答案：C</w:t>
        <w:br/>
        <w:t xml:space="preserve">解析：由题意每天生产多出3套，总共就会多生产出120，那么计划的天数为40天，所以这批服装为20×40+100=900(套)。故选C。 </w:t>
      </w:r>
    </w:p>
    <w:p>
      <w:r>
        <w:t>194、[(9，6)42(7，7)][(7，3)40(6，4)][(8，2)(    )(3，2)]</w:t>
        <w:br/>
        <w:t>A、30</w:t>
        <w:br/>
        <w:t>B、32</w:t>
        <w:br/>
        <w:t>C、34</w:t>
        <w:br/>
        <w:t>D、36</w:t>
        <w:br/>
        <w:t>【答案】：答案：A</w:t>
        <w:br/>
        <w:t xml:space="preserve">解析：(9-6)×(7+7)=42，(7-3)×(6+4)=40，(8-2)×(3+2)=(30)。故选A。 </w:t>
      </w:r>
    </w:p>
    <w:p>
      <w:r>
        <w:t>195、为帮助果农解决销路，某企业年底买了一批水果，平均发给每部门若干筐之后还多了12筐，如果再买进8筐则每个部门可分得10筐，则这批水果共有(    )筐。</w:t>
        <w:br/>
        <w:t>A、192</w:t>
        <w:br/>
        <w:t>B、198</w:t>
        <w:br/>
        <w:t>C、200</w:t>
        <w:br/>
        <w:t>D、212</w:t>
        <w:br/>
        <w:t>【答案】：答案：A</w:t>
        <w:br/>
        <w:t xml:space="preserve">解析：由于再买进8筐则每个部门可分得10筐，则总筐数加8应能被10整除，排除B、C。将A项代入题目，可得部门数为(192＋8)÷10＝20(个)，则原来平均发给每部门(192－12)÷20＝9(筐)，水果筐数为整数解，符合题意。故选A。 </w:t>
      </w:r>
    </w:p>
    <w:p>
      <w:r>
        <w:t>196、4，12，8，10，(    )</w:t>
        <w:br/>
        <w:t>A、6</w:t>
        <w:br/>
        <w:t>B、8</w:t>
        <w:br/>
        <w:t>C、9</w:t>
        <w:br/>
        <w:t>D、24</w:t>
        <w:br/>
        <w:t>【答案】：答案：C</w:t>
        <w:br/>
        <w:t xml:space="preserve">解析：思路一：4-12=-812-8=48-10=-210-9=1，其中，-8、4、-2、1等比。思路二：(4+12)/2=8(12+8)/2=10(10+8)/2=/=9。故选C。 </w:t>
      </w:r>
    </w:p>
    <w:p>
      <w:r>
        <w:t>197、133/256，125/64，117/16，(    )</w:t>
        <w:br/>
        <w:t>A、109/4</w:t>
        <w:br/>
        <w:t>B、103/2</w:t>
        <w:br/>
        <w:t>C、109/6</w:t>
        <w:br/>
        <w:t>D、115/8</w:t>
        <w:br/>
        <w:t>【答案】：答案：A</w:t>
        <w:br/>
        <w:t xml:space="preserve">解析：分子133、125、117、(109)是公差为-8的等差数列，分母256、64、16、(4)是公比为1/4的等比数列。故选A。 </w:t>
      </w:r>
    </w:p>
    <w:p>
      <w:r>
        <w:t>198、8，10，14，18，(    )</w:t>
        <w:br/>
        <w:t>A、24</w:t>
        <w:br/>
        <w:t>B、32</w:t>
        <w:br/>
        <w:t>C、26</w:t>
        <w:br/>
        <w:t>D、20</w:t>
        <w:br/>
        <w:t>【答案】：答案：C</w:t>
        <w:br/>
        <w:t xml:space="preserve">解析：8×2-6=10;10×2-6=14;14×2-10=18;18×2-10=26。故选C。 </w:t>
      </w:r>
    </w:p>
    <w:p>
      <w:r>
        <w:t>199、145，120，101，80，65，(    )</w:t>
        <w:br/>
        <w:t>A、48</w:t>
        <w:br/>
        <w:t>B、49</w:t>
        <w:br/>
        <w:t>C、50</w:t>
        <w:br/>
        <w:t>D、51</w:t>
        <w:br/>
        <w:t>【答案】：答案：A</w:t>
        <w:br/>
        <w:t xml:space="preserve">解析：145=122+1，120=112-1，101=102+1，80=92-1，65=82+1，奇数项，每项等于首项为12，公差为-2的平方加1;偶数项，每项等于首项为11，公差为-2的平方减1，即所填数字为72-1=48。故选A。 </w:t>
      </w:r>
    </w:p>
    <w:p>
      <w:r>
        <w:t>200、要将浓度分别为20%和5%的A、B两种食盐水混合配成浓度为15%的食盐水900克，问5%的食盐水需要多少克？(    )</w:t>
        <w:br/>
        <w:t>A、250</w:t>
        <w:br/>
        <w:t>B、285</w:t>
        <w:br/>
        <w:t>C、300</w:t>
        <w:br/>
        <w:t>D、325</w:t>
        <w:br/>
        <w:t>【答案】：答案：C</w:t>
        <w:br/>
        <w:t xml:space="preserve">解析：设需要5%的食盐水x克，则需要20%的食盐水(900－x)克；根据混合后浓度为15%，得[x×5%＋(900－x)×20%]＝900×15%，解得x＝300(克)。故选C。 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仿宋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