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2025年冲压安全试题题库及答案</w:t>
      </w:r>
    </w:p>
    <w:p>
      <w:r>
        <w:br/>
        <w:t xml:space="preserve"> 一、单项选择题（共10题，每题2分）</w:t>
        <w:br/>
        <w:br/>
        <w:t>1. 冲压操作中，下列哪种行为是绝对禁止的？</w:t>
        <w:br/>
        <w:br/>
        <w:t>A. 操作前检查设备状况</w:t>
        <w:br/>
        <w:br/>
        <w:t>B. 在设备运行时清理模具</w:t>
        <w:br/>
        <w:br/>
        <w:t>C. 按照操作规程进行操作</w:t>
        <w:br/>
        <w:br/>
        <w:t>D. 佩戴适当的个人防护装备</w:t>
        <w:br/>
        <w:br/>
        <w:t>答案：B</w:t>
        <w:br/>
        <w:br/>
        <w:t>解析：在设备运行时清理模具是极其危险的行为，可能导致严重的人身伤害。冲压设备运行时，操作人员应保持安全距离，不得进行任何形式的清理或调整工作。正确的做法是待设备完全停止后，按照安全规程进行清理和维护。</w:t>
        <w:br/>
        <w:br/>
        <w:t>2. 冲压安全防护装置的主要作用是什么？</w:t>
        <w:br/>
        <w:br/>
        <w:t>A. 提高生产效率</w:t>
        <w:br/>
        <w:br/>
        <w:t>B. 防止操作人员接触危险区域</w:t>
        <w:br/>
        <w:br/>
        <w:t>C. 降低设备噪音</w:t>
        <w:br/>
        <w:br/>
        <w:t>D. 减少能源消耗</w:t>
        <w:br/>
        <w:br/>
        <w:t>答案：B</w:t>
        <w:br/>
        <w:br/>
        <w:t>解析：冲压安全防护装置的主要作用是防止操作人员接触设备的危险区域，避免发生挤压、剪切等伤害事故。虽然某些防护装置可能附带提高效率、降低噪音等功能，但其核心安全功能是隔离危险源。</w:t>
        <w:br/>
        <w:br/>
        <w:t>3. 根据《冲压车间安全生产通则》，冲压设备的安全防护装置应满足什么要求？</w:t>
        <w:br/>
        <w:br/>
        <w:t>A. 美观大方</w:t>
        <w:br/>
        <w:br/>
        <w:t>B. 操作方便</w:t>
        <w:br/>
        <w:br/>
        <w:t>C. 安全可靠，便于维修</w:t>
        <w:br/>
        <w:br/>
        <w:t>D. 价格便宜</w:t>
        <w:br/>
        <w:br/>
        <w:t>答案：C</w:t>
        <w:br/>
        <w:br/>
        <w:t>解析：根据《冲压车间安全生产通则》，冲压设备的安全防护装置必须安全可靠，同时应便于维修和检查，确保防护装置始终处于有效状态。美观、方便和价格等因素不应影响安全防护的基本要求。</w:t>
        <w:br/>
        <w:br/>
        <w:t>4. 冲压操作中，双手操作按钮的安全距离应满足什么条件？</w:t>
        <w:br/>
        <w:br/>
        <w:t>A. 操作者可以同时按下两个按钮</w:t>
        <w:br/>
        <w:br/>
        <w:t>B. 操作者必须双手同时按下按钮，且双手无法同时到达危险区域</w:t>
        <w:br/>
        <w:br/>
        <w:t>C. 操作者可以单手操作</w:t>
        <w:br/>
        <w:br/>
        <w:t>D. 操作者可以用脚操作</w:t>
        <w:br/>
        <w:br/>
        <w:t>答案：B</w:t>
        <w:br/>
        <w:br/>
        <w:t>解析：双手操作按钮的安全设计要求操作者必须双手同时按下按钮才能启动设备，且双手无法同时到达危险区域，确保操作者在设备运行时手部不会进入危险区域。这是防止冲压事故的重要安全措施。</w:t>
        <w:br/>
        <w:br/>
        <w:t>5. 冲压模具安装前，必须进行什么检查？</w:t>
        <w:br/>
        <w:br/>
        <w:t>A. 模具外观是否美观</w:t>
        <w:br/>
        <w:br/>
        <w:t>B. 模具尺寸是否符合图纸要求</w:t>
        <w:br/>
        <w:br/>
        <w:t>C. 模具是否完好，紧固件是否松动</w:t>
        <w:br/>
        <w:br/>
        <w:t>D. 模具价格是否合理</w:t>
        <w:br/>
        <w:br/>
        <w:t>答案：C</w:t>
        <w:br/>
        <w:br/>
        <w:t>解析：冲压模具安装前，必须检查模具是否完好，有无裂纹、变形等缺陷，同时检查所有紧固件是否松动，确保模具安装牢固可靠。这是防止模具安装不当导致事故的重要安全措施。</w:t>
        <w:br/>
        <w:br/>
        <w:t>6. 冲压车间内，安全通道的最小宽度应不小于多少？</w:t>
        <w:br/>
        <w:br/>
        <w:t>A. 0.5米</w:t>
        <w:br/>
        <w:br/>
        <w:t>B. 1米</w:t>
        <w:br/>
        <w:br/>
        <w:t>C. 1.5米</w:t>
        <w:br/>
        <w:br/>
        <w:t>D. 2米</w:t>
        <w:br/>
        <w:br/>
        <w:t>答案：B</w:t>
        <w:br/>
        <w:br/>
        <w:t>解析：根据《冲压车间安全生产通则》，冲压车间内的安全通道最小宽度应不小于1米，确保在紧急情况下人员能够迅速疏散，同时也便于日常操作和安全检查。</w:t>
        <w:br/>
        <w:br/>
        <w:t>7. 冲压设备的安全检查周期应该是？</w:t>
        <w:br/>
        <w:br/>
        <w:t>A. 每年一次</w:t>
        <w:br/>
        <w:br/>
        <w:t>B. 每季度一次</w:t>
        <w:br/>
        <w:br/>
        <w:t>C. 每月一次</w:t>
        <w:br/>
        <w:br/>
        <w:t>D. 每周一次</w:t>
        <w:br/>
        <w:br/>
        <w:t>答案：C</w:t>
        <w:br/>
        <w:br/>
        <w:t>解析：冲压设备的安全检查应至少每月进行一次，包括检查安全防护装置、紧急停止装置、控制系统等是否正常工作。对于使用频繁或高风险设备，应增加检查频率。</w:t>
        <w:br/>
        <w:br/>
        <w:t>8. 冲压操作中，下列哪种个人防护装备是必须佩戴的？</w:t>
        <w:br/>
        <w:br/>
        <w:t>A. 耳塞</w:t>
        <w:br/>
        <w:br/>
        <w:t>B. 安全帽</w:t>
        <w:br/>
        <w:br/>
        <w:t>C. 防护眼镜</w:t>
        <w:br/>
        <w:br/>
        <w:t>D. 防护手套</w:t>
        <w:br/>
        <w:br/>
        <w:t>答案：C</w:t>
        <w:br/>
        <w:br/>
        <w:t>解析：冲压操作中，防护眼镜是必须佩戴的个人防护装备，防止飞溅的金属碎片、润滑油等伤害眼睛。耳塞、安全帽和防护手套根据具体情况选择使用，但防护眼镜是基本要求。</w:t>
        <w:br/>
        <w:br/>
        <w:t>9. 冲压设备紧急停止按钮的颜色通常是什么？</w:t>
        <w:br/>
        <w:br/>
        <w:t>A. 红色</w:t>
        <w:br/>
        <w:br/>
        <w:t>B. 绿色</w:t>
        <w:br/>
        <w:br/>
        <w:t>C. 黄色</w:t>
        <w:br/>
        <w:br/>
        <w:t>D. 蓝色</w:t>
        <w:br/>
        <w:br/>
        <w:t>答案：A</w:t>
        <w:br/>
        <w:br/>
        <w:t>解析：根据安全标准，冲压设备的紧急停止按钮通常为红色，并配有黄色或黑色的蘑菇头，使其在紧急情况下易于识别和操作。红色表示危险和停止，是国际通用的安全警示色。</w:t>
        <w:br/>
        <w:br/>
        <w:t>10. 冲压作业区的照明照度应不低于多少勒克斯？</w:t>
        <w:br/>
        <w:br/>
        <w:t>A. 100勒克斯</w:t>
        <w:br/>
        <w:br/>
        <w:t>B. 200勒克斯</w:t>
        <w:br/>
        <w:br/>
        <w:t>C. 300勒克斯</w:t>
        <w:br/>
        <w:br/>
        <w:t>D. 500勒克斯</w:t>
        <w:br/>
        <w:br/>
        <w:t>答案：B</w:t>
        <w:br/>
        <w:br/>
        <w:t>解析：根据《冲压车间安全生产通则》，冲压作业区的照明照度应不低于200勒克斯，确保操作人员能够清晰观察操作过程和设备状态，避免因照明不足导致操作失误。</w:t>
        <w:br/>
        <w:br/>
        <w:t xml:space="preserve"> 二、填空题（共5题，每题2分）</w:t>
        <w:br/>
        <w:br/>
        <w:t>1. 冲压安全防护装置主要包括固定式防护装置、活动式防护装置和______。</w:t>
        <w:br/>
        <w:br/>
        <w:t>答案：联锁式防护装置</w:t>
        <w:br/>
        <w:br/>
        <w:t>解析：冲压安全防护装置主要分为三类：固定式防护装置（如固定防护罩）、活动式防护装置（如可移动的安全门）和联锁式防护装置（如与设备联锁的安全门）。联锁式防护装置在打开时会自动切断设备电源，确保操作安全。</w:t>
        <w:br/>
        <w:br/>
        <w:t>2. 冲压操作中，"三违"行为是指违章指挥、______和违反劳动纪律。</w:t>
        <w:br/>
        <w:br/>
        <w:t>答案：违章操作</w:t>
        <w:br/>
        <w:br/>
        <w:t>解析："三违"行为是安全生产中的重大隐患，包括违章指挥、违章操作和违反劳动纪律。在冲压作业中，必须严格杜绝"三违"行为，确保安全生产。</w:t>
        <w:br/>
        <w:br/>
        <w:t>3. 冲压设备的安全检查应包括设备本体、安全防护装置、______和电气系统等方面。</w:t>
        <w:br/>
        <w:br/>
        <w:t>答案：控制系统</w:t>
        <w:br/>
        <w:br/>
        <w:t>解析：冲压设备的安全检查应全面覆盖设备各个方面，包括设备本体（机械结构）、安全防护装置、控制系统（如按钮、传感器等）和电气系统等，确保设备处于安全可靠的状态。</w:t>
        <w:br/>
        <w:br/>
        <w:t>4. 冲压作业区的噪声不应超过______分贝。</w:t>
        <w:br/>
        <w:br/>
        <w:t>答案：85</w:t>
        <w:br/>
        <w:br/>
        <w:t>解析：根据《工业企业设计卫生标准》，冲压作业区的噪声不应超过85分贝，超过此标准应采取降噪措施，如安装隔音罩、使用低噪声设备等，保护操作人员的听力健康。</w:t>
        <w:br/>
        <w:br/>
        <w:t>5. 冲压模具安装后，必须进行______试冲，确认无误后方可正式生产。</w:t>
        <w:br/>
        <w:br/>
        <w:t>答案：空载</w:t>
        <w:br/>
        <w:br/>
        <w:t>解析：冲压模具安装后，必须先进行空载试冲，检查模具安装是否正确、设备运行是否正常，确认无误后方可进行正式生产。空载试冲是防止模具安装不当导致事故的重要安全措施。</w:t>
        <w:br/>
        <w:br/>
        <w:t xml:space="preserve"> 三、判断题（共5题，每题2分）</w:t>
        <w:br/>
        <w:br/>
        <w:t>1. 冲压设备的安全防护装置可以随意拆除或绕过。</w:t>
        <w:br/>
        <w:br/>
        <w:t>答案：错误</w:t>
        <w:br/>
        <w:br/>
        <w:t>解析：冲压设备的安全防护装置是防止事故的重要保障，严禁随意拆除或绕过。安全防护装置的任何改动都必须经过专业评估和批准，并由专业人员实施，确保安全防护的有效性。</w:t>
        <w:br/>
        <w:br/>
        <w:t>2. 冲压操作人员可以未经培训直接上岗操作。</w:t>
        <w:br/>
        <w:br/>
        <w:t>答案：错误</w:t>
        <w:br/>
        <w:br/>
        <w:t>解析：冲压操作人员必须经过专业培训，掌握设备操作技能和安全知识，考核合格后方可上岗。未经培训直接上岗操作是严重的安全隐患，可能导致事故发生。</w:t>
        <w:br/>
        <w:br/>
        <w:t>3. 冲压作业区可以存放与生产无关的物品。</w:t>
        <w:br/>
        <w:br/>
        <w:t>答案：错误</w:t>
        <w:br/>
        <w:br/>
        <w:t>解析：冲压作业区应保持整洁，不得存放与生产无关的物品，以免影响操作安全或引发其他事故。作业区内应只放置必要的工具和材料，并保持通道畅通。</w:t>
        <w:br/>
        <w:br/>
        <w:t>4. 冲压设备运行时，操作人员可以短时间将手伸入危险区域。</w:t>
        <w:br/>
        <w:br/>
        <w:t>答案：错误</w:t>
        <w:br/>
        <w:br/>
        <w:t>解析：冲压设备运行时，严禁操作人员将手伸入危险区域，即使是短时间也不允许。这是冲压操作的基本安全要求，任何情况下都应严格遵守。</w:t>
        <w:br/>
        <w:br/>
        <w:t>5. 冲压模具的定期检查周期可以超过一年。</w:t>
        <w:br/>
        <w:br/>
        <w:t>答案：错误</w:t>
        <w:br/>
        <w:br/>
        <w:t>解析：冲压模具应定期检查，一般不超过半年一次，对于使用频繁或重要模具，检查周期应更短。定期检查可以发现模具的磨损、变形等问题，及时修复或更换，防止因模具问题导致事故。</w:t>
        <w:br/>
        <w:br/>
        <w:t xml:space="preserve"> 四、多项选择题（共2题，每题2分）</w:t>
        <w:br/>
        <w:br/>
        <w:t>1. 下列哪些是冲压作业中常见的危险因素？（ ）</w:t>
        <w:br/>
        <w:br/>
        <w:t>A. 机械伤害</w:t>
        <w:br/>
        <w:br/>
        <w:t>B. 噪声危害</w:t>
        <w:br/>
        <w:br/>
        <w:t>C. 电磁辐射</w:t>
        <w:br/>
        <w:br/>
        <w:t>D. 模具飞出</w:t>
        <w:br/>
        <w:br/>
        <w:t>答案：A、B、D</w:t>
        <w:br/>
        <w:br/>
        <w:t>解析：冲压作业中常见的危险因素包括：机械伤害（如挤压、剪切）、噪声危害（冲压设备运行产生的高噪声）、模具飞出（模具安装不当或损坏可能导致模具飞出）等。电磁辐射不是冲压作业的主要危险因素。</w:t>
        <w:br/>
        <w:br/>
        <w:t>2. 冲压设备的安全防护装置应满足哪些基本要求？（ ）</w:t>
        <w:br/>
        <w:br/>
        <w:t>A. 结构坚固耐用</w:t>
        <w:br/>
        <w:br/>
        <w:t>B. 便于操作和维护</w:t>
        <w:br/>
        <w:br/>
        <w:t>C. 不影响正常生产</w:t>
        <w:br/>
        <w:br/>
        <w:t>D. 具有联锁功能</w:t>
        <w:br/>
        <w:br/>
        <w:t>答案：A、B、D</w:t>
        <w:br/>
        <w:br/>
        <w:t>解析：冲压设备的安全防护装置应满足以下基本要求：结构坚固耐用，能够有效隔离危险源；便于操作和维护，确保防护装置始终处于有效状态；具有联锁功能，在防护装置打开时能自动切断设备电源。虽然不影响正常生产是理想情况，但不应为了不影响生产而降低安全标准。</w:t>
        <w:br/>
        <w:br/>
        <w:t xml:space="preserve"> 五、简答题（共2题，每题5分）</w:t>
        <w:br/>
        <w:br/>
        <w:t>1. 简述冲压作业中预防机械伤害的主要措施。</w:t>
        <w:br/>
        <w:br/>
        <w:t>答案：冲压作业中预防机械伤害的主要措施包括：</w:t>
        <w:br/>
        <w:br/>
        <w:t>（1）安装有效的安全防护装置，如固定式防护罩、活动式防护门等；</w:t>
        <w:br/>
        <w:br/>
        <w:t>（2）设置双手操作按钮或安全光幕，确保操作人员无法在设备运行时将手伸入危险区域；</w:t>
        <w:br/>
        <w:br/>
        <w:t>（3）定期检查和维护设备，确保安全防护装置和紧急停止装置正常工作；</w:t>
        <w:br/>
        <w:br/>
        <w:t>（4）操作人员必须经过专业培训，掌握安全操作规程；</w:t>
        <w:br/>
        <w:br/>
        <w:t>（5）严格执行安全操作规程，杜绝违章操作行为；</w:t>
        <w:br/>
        <w:br/>
        <w:t>（6）配备必要的个人防护装备，如防护眼镜、防护手套等；</w:t>
        <w:br/>
        <w:br/>
        <w:t>（7）保持作业区整洁，避免杂物堆积影响安全。</w:t>
        <w:br/>
        <w:br/>
        <w:t>解析：预防冲压机械伤害需要从技术、管理和个人三个方面采取措施。技术措施主要是通过安全防护装置隔离危险源；管理措施包括培训、规程制定和执行等；个人措施主要是正确使用个人防护装备。只有多管齐下，才能有效预防冲压机械伤害事故。</w:t>
        <w:br/>
        <w:br/>
        <w:t>2. 简述冲压模具安装的安全注意事项。</w:t>
        <w:br/>
        <w:br/>
        <w:t>答案：冲压模具安装的安全注意事项包括：</w:t>
        <w:br/>
        <w:br/>
        <w:t>（1）安装前必须检查模具是否完好，有无裂纹、变形等缺陷；</w:t>
        <w:br/>
        <w:br/>
        <w:t>（2）检查模具紧固件是否松动，确保模具安装牢固；</w:t>
        <w:br/>
        <w:br/>
        <w:t>（3）安装过程中必须断电操作，防止设备意外启动；</w:t>
        <w:br/>
        <w:br/>
        <w:t>（4）使用专用工具进行安装，严禁使用不合适的工具；</w:t>
        <w:br/>
        <w:br/>
        <w:t>（5）安装后必须进行空载试冲，确认模具安装正确、设备运行正常；</w:t>
        <w:br/>
        <w:br/>
        <w:t>（6）调整模具时必须使用专用工具，严禁用手直接调整；</w:t>
        <w:br/>
        <w:br/>
        <w:t>（7）模具安装完成后，必须检查安全防护装置是否完好有效。</w:t>
        <w:br/>
        <w:br/>
        <w:t>解析：冲压模具安装是冲压作业中的重要环节，安装不当可能导致严重事故。安装前必须检查模具状态，安装过程中必须断电操作，安装后必须试运行确认。这些安全注意事项是确保模具安装安全的关键，必须严格遵守。</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