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2025年安全工器具试题及答案</w:t>
      </w:r>
    </w:p>
    <w:p>
      <w:r>
        <w:br/>
        <w:t>一、单项选择题（共10题，每题2分）</w:t>
        <w:br/>
        <w:br/>
        <w:t>1. 安全帽的主要防护作用是：</w:t>
        <w:br/>
        <w:br/>
        <w:t>A. 防止头部受到撞击伤害</w:t>
        <w:br/>
        <w:br/>
        <w:t>B. 防止眼睛受到伤害</w:t>
        <w:br/>
        <w:br/>
        <w:t>C. 防止耳朵受到噪音伤害</w:t>
        <w:br/>
        <w:br/>
        <w:t>D. 防止面部受到飞溅物伤害</w:t>
        <w:br/>
        <w:br/>
        <w:t>2. 绝缘手套的定期检查周期是：</w:t>
        <w:br/>
        <w:br/>
        <w:t>A. 每周一次</w:t>
        <w:br/>
        <w:br/>
        <w:t>B. 每月一次</w:t>
        <w:br/>
        <w:br/>
        <w:t>C. 每季度一次</w:t>
        <w:br/>
        <w:br/>
        <w:t>D. 每半年一次</w:t>
        <w:br/>
        <w:br/>
        <w:t>3. 安全带的使用寿命一般为：</w:t>
        <w:br/>
        <w:br/>
        <w:t>A. 1年</w:t>
        <w:br/>
        <w:br/>
        <w:t>B. 2年</w:t>
        <w:br/>
        <w:br/>
        <w:t>C. 3年</w:t>
        <w:br/>
        <w:br/>
        <w:t>D. 5年</w:t>
        <w:br/>
        <w:br/>
        <w:t>4. 下列哪种安全工器具不属于个人防护用品？</w:t>
        <w:br/>
        <w:br/>
        <w:t>A. 安全帽</w:t>
        <w:br/>
        <w:br/>
        <w:t>B. 绝缘手套</w:t>
        <w:br/>
        <w:br/>
        <w:t>C. 安全网</w:t>
        <w:br/>
        <w:br/>
        <w:t>D. 防护眼镜</w:t>
        <w:br/>
        <w:br/>
        <w:t>5. 绝缘杆的有效使用期限是：</w:t>
        <w:br/>
        <w:br/>
        <w:t>A. 1年</w:t>
        <w:br/>
        <w:br/>
        <w:t>B. 2年</w:t>
        <w:br/>
        <w:br/>
        <w:t>C. 3年</w:t>
        <w:br/>
        <w:br/>
        <w:t>D. 5年</w:t>
        <w:br/>
        <w:br/>
        <w:t>6. 安全标志中，禁止标志的形状是：</w:t>
        <w:br/>
        <w:br/>
        <w:t>A. 圆形</w:t>
        <w:br/>
        <w:br/>
        <w:t>B. 三角形</w:t>
        <w:br/>
        <w:br/>
        <w:t>C. 方形</w:t>
        <w:br/>
        <w:br/>
        <w:t>D. 菱形</w:t>
        <w:br/>
        <w:br/>
        <w:t>7. 下列哪种安全工器具主要用于防止高空坠落？</w:t>
        <w:br/>
        <w:br/>
        <w:t>A. 安全帽</w:t>
        <w:br/>
        <w:br/>
        <w:t>B. 安全带</w:t>
        <w:br/>
        <w:br/>
        <w:t>C. 绝缘手套</w:t>
        <w:br/>
        <w:br/>
        <w:t>D. 防护眼镜</w:t>
        <w:br/>
        <w:br/>
        <w:t>8. 安全警示标志的颜色中，表示禁止的是：</w:t>
        <w:br/>
        <w:br/>
        <w:t>A. 红色</w:t>
        <w:br/>
        <w:br/>
        <w:t>B. 黄色</w:t>
        <w:br/>
        <w:br/>
        <w:t>C. 蓝色</w:t>
        <w:br/>
        <w:br/>
        <w:t>D. 绿色</w:t>
        <w:br/>
        <w:br/>
        <w:t>9. 绝缘垫的主要作用是：</w:t>
        <w:br/>
        <w:br/>
        <w:t>A. 防止滑倒</w:t>
        <w:br/>
        <w:br/>
        <w:t>B. 防止触电</w:t>
        <w:br/>
        <w:br/>
        <w:t>C. 防止噪音</w:t>
        <w:br/>
        <w:br/>
        <w:t>D. 防止辐射</w:t>
        <w:br/>
        <w:br/>
        <w:t>10. 安全工器具的存放环境要求是：</w:t>
        <w:br/>
        <w:br/>
        <w:t>A. 潮湿环境</w:t>
        <w:br/>
        <w:br/>
        <w:t>B. 高温环境</w:t>
        <w:br/>
        <w:br/>
        <w:t>C. 干燥、通风、避光的环境</w:t>
        <w:br/>
        <w:br/>
        <w:t>D. 密封环境</w:t>
        <w:br/>
        <w:br/>
        <w:t>二、判断题（共5题，每题2分）</w:t>
        <w:br/>
        <w:br/>
        <w:t>1. 安全帽可以在超过其设计温度的环境中使用。（ ）</w:t>
        <w:br/>
        <w:br/>
        <w:t>2. 绝缘手套在使用前不需要进行充气检查。（ ）</w:t>
        <w:br/>
        <w:br/>
        <w:t>3. 安全带可以系在临时搭建的、不牢固的物体上。（ ）</w:t>
        <w:br/>
        <w:br/>
        <w:t>4. 安全工器具可以随意借给他人使用。（ ）</w:t>
        <w:br/>
        <w:br/>
        <w:t>5. 绝缘垫在使用前不需要检查是否有破损。（ ）</w:t>
        <w:br/>
        <w:br/>
        <w:t>三、多项选择题（共2题，每题2分）</w:t>
        <w:br/>
        <w:br/>
        <w:t>1. 下列哪些属于安全工器具的日常检查内容？（ ）</w:t>
        <w:br/>
        <w:br/>
        <w:t>A. 外观是否有破损</w:t>
        <w:br/>
        <w:br/>
        <w:t>B. 功能是否正常</w:t>
        <w:br/>
        <w:br/>
        <w:t>C. 生产日期</w:t>
        <w:br/>
        <w:br/>
        <w:t>D. 使用者姓名</w:t>
        <w:br/>
        <w:br/>
        <w:t>E. 存放位置</w:t>
        <w:br/>
        <w:br/>
        <w:t>2. 安全工器具的正确使用方法包括：（ ）</w:t>
        <w:br/>
        <w:br/>
        <w:t>A. 根据工作性质选择合适的安全工器具</w:t>
        <w:br/>
        <w:br/>
        <w:t>B. 使用前检查安全工器具的完好性</w:t>
        <w:br/>
        <w:br/>
        <w:t>C. 可以超负荷使用安全工器具</w:t>
        <w:br/>
        <w:br/>
        <w:t>D. 使用后及时清洁并妥善保管</w:t>
        <w:br/>
        <w:br/>
        <w:t>E. 可以与他人共用个人防护用品</w:t>
        <w:br/>
        <w:br/>
        <w:t>四、填空题（共5题，每题2分）</w:t>
        <w:br/>
        <w:br/>
        <w:t>1. 安全帽的主要组成部分包括帽壳、帽衬和______。</w:t>
        <w:br/>
        <w:br/>
        <w:t>2. 绝缘手套的检查方法包括外观检查和______检查。</w:t>
        <w:br/>
        <w:br/>
        <w:t>3. 安全带的正确使用方法是"高挂低用"，即安全带的系挂点应高于人的______。</w:t>
        <w:br/>
        <w:br/>
        <w:t>4. 安全标志中，警告标志的颜色是______和黑色。</w:t>
        <w:br/>
        <w:br/>
        <w:t>5. 安全工器具的存放应避免与______物质接触，以防损坏。</w:t>
        <w:br/>
        <w:br/>
        <w:t>五、简答题（共2题，每题5分）</w:t>
        <w:br/>
        <w:br/>
        <w:t>1. 简述安全工器具的重要性及日常维护注意事项。</w:t>
        <w:br/>
        <w:br/>
        <w:t>2. 绝缘工具在使用前应进行哪些检查？如何判断绝缘工具是否合格？</w:t>
        <w:br/>
        <w:br/>
        <w:t>答案部分</w:t>
        <w:br/>
        <w:br/>
        <w:t>一、单项选择题</w:t>
        <w:br/>
        <w:br/>
        <w:t>1. 答案：A</w:t>
        <w:br/>
        <w:br/>
        <w:t>解析：安全帽的主要防护作用是防止头部受到坠落物、撞击等伤害。安全帽的设计能够分散冲击力，减少对头部的伤害。其他选项虽然也是安全工器具的功能，但不是安全帽的主要作用。</w:t>
        <w:br/>
        <w:br/>
        <w:t>2. 答案：B</w:t>
        <w:br/>
        <w:br/>
        <w:t>解析：绝缘手套的定期检查周期通常是每月一次。定期检查可以及时发现手套的破损、老化等问题，确保其绝缘性能有效。其他选项的检查周期过长，无法及时发现潜在的安全隐患。</w:t>
        <w:br/>
        <w:br/>
        <w:t>3. 答案：B</w:t>
        <w:br/>
        <w:br/>
        <w:t>解析：安全带的使用寿命一般为2年。安全带在使用过程中会受到拉伸、磨损等因素影响，其强度会逐渐降低。超过使用寿命的安全带可能无法在关键时刻提供足够的保护，因此需要定期更换。</w:t>
        <w:br/>
        <w:br/>
        <w:t>4. 答案：C</w:t>
        <w:br/>
        <w:br/>
        <w:t>解析：安全网不属于个人防护用品，而是属于集体防护设施。个人防护用品是指由从业人员个人佩戴和使用的防护装备，如安全帽、绝缘手套、防护眼镜等。安全网是用于防止人员坠落的集体防护设施。</w:t>
        <w:br/>
        <w:br/>
        <w:t>5. 答案：A</w:t>
        <w:br/>
        <w:br/>
        <w:t>解析：绝缘杆的有效使用期限是1年。绝缘杆在使用过程中会受到磨损、污染等因素影响，其绝缘性能会逐渐降低。超过有效使用期限的绝缘杆可能无法提供足够的绝缘保护，存在安全隐患。</w:t>
        <w:br/>
        <w:br/>
        <w:t>6. 答案：A</w:t>
        <w:br/>
        <w:br/>
        <w:t>解析：安全标志中，禁止标志的形状是圆形，背景色为红色，中间有一条斜杠。这种设计能够直观地传达禁止的信息，引起人们的注意。三角形通常用于警告标志，方形用于指令标志，菱形用于提示标志。</w:t>
        <w:br/>
        <w:br/>
        <w:t>7. 答案：B</w:t>
        <w:br/>
        <w:br/>
        <w:t>解析：安全带主要用于防止高空坠落。安全带通过系挂在牢固的物体上，在人员坠落时能够提供缓冲，减少伤害。安全帽主要用于防止头部受到撞击伤害，绝缘手套主要用于防止触电，防护眼镜主要用于防止眼睛受到伤害。</w:t>
        <w:br/>
        <w:br/>
        <w:t>8. 答案：A</w:t>
        <w:br/>
        <w:br/>
        <w:t>解析：安全警示标志的颜色中，红色表示禁止。红色是一种醒目的颜色，能够引起人们的注意，传达禁止或危险的信息。黄色通常用于警告，蓝色用于指令，绿色用于提示。</w:t>
        <w:br/>
        <w:br/>
        <w:t>9. 答案：B</w:t>
        <w:br/>
        <w:br/>
        <w:t>解析：绝缘垫的主要作用是防止触电。绝缘垫能够隔离电流，保护人员在带电设备附近工作时不会触电。其他选项虽然也是安全工器具的功能，但不是绝缘垫的主要作用。</w:t>
        <w:br/>
        <w:br/>
        <w:t>10. 答案：C</w:t>
        <w:br/>
        <w:br/>
        <w:t>解析：安全工器具的存放环境要求是干燥、通风、避光的环境。潮湿环境会导致金属部件生锈，绝缘性能下降；高温环境会加速材料老化；阳光直射会使塑料材料老化变质。因此，安全工器具应存放在干燥、通风、避光的环境中。</w:t>
        <w:br/>
        <w:br/>
        <w:t>二、判断题</w:t>
        <w:br/>
        <w:br/>
        <w:t>1. 答案：×</w:t>
        <w:br/>
        <w:br/>
        <w:t>解析：安全帽不能在超过其设计温度的环境中使用。高温会使安全帽的材料老化、变形，降低其防护性能。不同类型的安全帽有不同的使用温度范围，应严格按照产品说明书使用。</w:t>
        <w:br/>
        <w:br/>
        <w:t>2. 答案：×</w:t>
        <w:br/>
        <w:br/>
        <w:t>解析：绝缘手套在使用前需要进行充气检查。充气检查可以发现手套是否有微小漏气点，判断其是否完好。检查方法是将手套从腕部卷起，像吹气球一样吹气，然后观察是否有漏气现象。</w:t>
        <w:br/>
        <w:br/>
        <w:t>3. 答案：×</w:t>
        <w:br/>
        <w:br/>
        <w:t>解析：安全带不能系在临时搭建的、不牢固的物体上。安全带的系挂点必须牢固可靠，能够承受人员的重量和冲击力。临时搭建的物体可能不够牢固，无法保证安全带的有效性。</w:t>
        <w:br/>
        <w:br/>
        <w:t>4. 答案：×</w:t>
        <w:br/>
        <w:br/>
        <w:t>解析：安全工器具不能随意借给他人使用。安全工器具是根据使用者的身体状况和工作需求选择的，随意借给他人使用可能导致防护效果不佳或安全隐患。此外，不同人的使用习惯和保养方式不同，可能会影响安全工器具的性能。</w:t>
        <w:br/>
        <w:br/>
        <w:t>5. 答案：×</w:t>
        <w:br/>
        <w:br/>
        <w:t>解析：绝缘垫在使用前需要检查是否有破损。绝缘垫的破损会导致其绝缘性能下降，无法有效防止触电。使用前应仔细检查绝缘垫表面是否有裂纹、穿孔、磨损等问题，确保其完好无损。</w:t>
        <w:br/>
        <w:br/>
        <w:t>三、多项选择题</w:t>
        <w:br/>
        <w:br/>
        <w:t>1. 答案：ABC</w:t>
        <w:br/>
        <w:br/>
        <w:t>解析：安全工器具的日常检查内容包括外观是否有破损、功能是否正常以及生产日期。外观检查可以发现明显的损伤或老化；功能检查可以验证安全工器具是否能够正常工作；生产日期可以判断安全工器具是否在有效使用期限内。使用者的姓名和存放位置不属于日常检查内容。</w:t>
        <w:br/>
        <w:br/>
        <w:t>2. 答案：ABD</w:t>
        <w:br/>
        <w:br/>
        <w:t>解析：安全工器具的正确使用方法包括根据工作性质选择合适的安全工器具、使用前检查安全工器具的完好性以及使用后及时清洁并妥善保管。选择合适的安全工器具可以确保防护效果；使用前检查可以发现潜在问题；使用后清洁和妥善保管可以延长使用寿命。超负荷使用安全工器具会降低其防护效果，甚至导致安全事故；个人防护用品通常不应与他人共用，以确保防护效果和卫生。</w:t>
        <w:br/>
        <w:br/>
        <w:t>四、填空题</w:t>
        <w:br/>
        <w:br/>
        <w:t>1. 答案：下颚带</w:t>
        <w:br/>
        <w:br/>
        <w:t>解析：安全帽的主要组成部分包括帽壳、帽衬和下颚带。下颚带用于固定安全帽在头部的位置，防止安全帽在使用过程中脱落，确保其防护效果。</w:t>
        <w:br/>
        <w:br/>
        <w:t>2. 答案：气密性</w:t>
        <w:br/>
        <w:br/>
        <w:t>解析：绝缘手套的检查方法包括外观检查和气密性检查。气密性检查是通过充气观察是否有漏气现象，判断手套的绝缘性能是否完好。</w:t>
        <w:br/>
        <w:br/>
        <w:t>3. 答案：工作位置</w:t>
        <w:br/>
        <w:br/>
        <w:t>解析：安全带的正确使用方法是"高挂低用"，即安全带的系挂点应高于人的工作位置。这样可以确保在发生坠落时，安全带能够有效地缓冲和制动，减少伤害。</w:t>
        <w:br/>
        <w:br/>
        <w:t>4. 答案：黄色</w:t>
        <w:br/>
        <w:br/>
        <w:t>解析：安全标志中，警告标志的颜色是黄色和黑色。黄色背景和黑色图案的组合能够醒目地提醒人们注意潜在的危险，采取相应的防护措施。</w:t>
        <w:br/>
        <w:br/>
        <w:t>5. 答案：腐蚀性</w:t>
        <w:br/>
        <w:br/>
        <w:t>解析：安全工器具的存放应避免与腐蚀性物质接触，以防损坏。腐蚀性物质会加速安全工器具的老化和损坏，降低其使用寿命和防护性能。</w:t>
        <w:br/>
        <w:br/>
        <w:t>五、简答题</w:t>
        <w:br/>
        <w:br/>
        <w:t>1. 答案：</w:t>
        <w:br/>
        <w:br/>
        <w:t>安全工器具是保障从业人员生命安全的重要装备，其重要性体现在以下几个方面：</w:t>
        <w:br/>
        <w:br/>
        <w:t>（1）预防事故发生：正确使用安全工器具可以有效预防各类安全事故的发生。</w:t>
        <w:br/>
        <w:br/>
        <w:t>（2）减轻事故伤害：即使发生事故，合格的安全工器具也能够减轻对人员的伤害程度。</w:t>
        <w:br/>
        <w:br/>
        <w:t>（3）提高工作效率：良好的安全工器具能够使从业人员更加安心地工作，提高工作效率。</w:t>
        <w:br/>
        <w:br/>
        <w:t>安全工器具的日常维护注意事项包括：</w:t>
        <w:br/>
        <w:br/>
        <w:t>（1）定期检查：按照规定周期对安全工器具进行检查，及时发现并处理问题。</w:t>
        <w:br/>
        <w:br/>
        <w:t>（2）正确存放：存放在干燥、通风、避光的环境中，避免与腐蚀性物质接触。</w:t>
        <w:br/>
        <w:br/>
        <w:t>（3）及时清洁：使用后及时清洁，去除污垢和有害物质。</w:t>
        <w:br/>
        <w:br/>
        <w:t>（4）妥善保管：专人负责管理，建立台账，记录使用和维护情况。</w:t>
        <w:br/>
        <w:br/>
        <w:t>（5）定期更换：达到使用寿命或发现损坏时，及时更换，确保安全工器具的有效性。</w:t>
        <w:br/>
        <w:br/>
        <w:t>2. 答案：</w:t>
        <w:br/>
        <w:br/>
        <w:t>绝缘工具在使用前应进行以下检查：</w:t>
        <w:br/>
        <w:br/>
        <w:t>（1）外观检查：检查工具表面是否有裂纹、破损、变形等损伤。</w:t>
        <w:br/>
        <w:br/>
        <w:t>（2）清洁检查：确保工具表面清洁，无油污、灰尘等污染物。</w:t>
        <w:br/>
        <w:br/>
        <w:t>（3）标识检查：检查工具上的标识是否清晰，包括电压等级、生产日期、检验标志等。</w:t>
        <w:br/>
        <w:br/>
        <w:t>（4）功能检查：对于可调节的工具，检查其调节功能是否正常。</w:t>
        <w:br/>
        <w:br/>
        <w:t>（5）绝缘性能检查：使用绝缘电阻测试仪测试工具的绝缘电阻是否符合要求。</w:t>
        <w:br/>
        <w:br/>
        <w:t>判断绝缘工具是否合格的方法：</w:t>
        <w:br/>
        <w:br/>
        <w:t>（1）检查绝缘电阻值：使用绝缘电阻测试仪测量，绝缘电阻值应符合标准要求。</w:t>
        <w:br/>
        <w:br/>
        <w:t>（2）检查耐压试验结果：查看工具的耐压试验报告，确认是否通过测试。</w:t>
        <w:br/>
        <w:br/>
        <w:t>（3）检查有效期：确认工具是否在有效使用期限内。</w:t>
        <w:br/>
        <w:br/>
        <w:t>（4）检查外观：确认工具无损伤、变形等问题。</w:t>
        <w:br/>
        <w:br/>
        <w:t>（5）检查标识：确认标识清晰、完整，包括电压等级、生产日期、检验标志等。</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