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2025年舞美安全培训试题及答案</w:t>
      </w:r>
    </w:p>
    <w:p>
      <w:r>
        <w:br/>
        <w:t xml:space="preserve"> 一、单项选择题（每题2分，共20分）</w:t>
        <w:br/>
        <w:br/>
        <w:t>1. 舞台灯光设备安装时，安全电压标准是多少？</w:t>
        <w:br/>
        <w:br/>
        <w:t>A. 12V</w:t>
        <w:br/>
        <w:br/>
        <w:t>B. 24V</w:t>
        <w:br/>
        <w:br/>
        <w:t>C. 36V</w:t>
        <w:br/>
        <w:br/>
        <w:t>D. 220V</w:t>
        <w:br/>
        <w:br/>
        <w:t>2. 舞台吊挂系统中的安全系数一般不应小于：</w:t>
        <w:br/>
        <w:br/>
        <w:t>A. 1.5</w:t>
        <w:br/>
        <w:br/>
        <w:t>B. 3</w:t>
        <w:br/>
        <w:br/>
        <w:t>C. 5</w:t>
        <w:br/>
        <w:br/>
        <w:t>D. 10</w:t>
        <w:br/>
        <w:br/>
        <w:t>3. 舞台烟雾机使用时，应确保周围至少多少米内无易燃物？</w:t>
        <w:br/>
        <w:br/>
        <w:t>A. 1米</w:t>
        <w:br/>
        <w:br/>
        <w:t>B. 2米</w:t>
        <w:br/>
        <w:br/>
        <w:t>C. 3米</w:t>
        <w:br/>
        <w:br/>
        <w:t>D. 5米</w:t>
        <w:br/>
        <w:br/>
        <w:t>4. 舞台搭建过程中，以下哪项不是必须的安全防护措施？</w:t>
        <w:br/>
        <w:br/>
        <w:t>A. 佩戴安全帽</w:t>
        <w:br/>
        <w:br/>
        <w:t>B. 系安全带</w:t>
        <w:br/>
        <w:br/>
        <w:t>C. 穿着防滑鞋</w:t>
        <w:br/>
        <w:br/>
        <w:t>D. 佩戴耳塞</w:t>
        <w:br/>
        <w:br/>
        <w:t>5. 舞台电线铺设时，以下哪种做法是错误的？</w:t>
        <w:br/>
        <w:br/>
        <w:t>A. 使用专业线缆</w:t>
        <w:br/>
        <w:br/>
        <w:t>B. 避免线缆过度弯曲</w:t>
        <w:br/>
        <w:br/>
        <w:t>C. 将线缆直接放置在通道上</w:t>
        <w:br/>
        <w:br/>
        <w:t>D. 定期检查线缆状况</w:t>
        <w:br/>
        <w:br/>
        <w:t>6. 舞台防火门的作用是：</w:t>
        <w:br/>
        <w:br/>
        <w:t>A. 美观装饰</w:t>
        <w:br/>
        <w:br/>
        <w:t>B. 紧急疏散通道</w:t>
        <w:br/>
        <w:br/>
        <w:t>C. 隔音</w:t>
        <w:br/>
        <w:br/>
        <w:t>D. 隔热</w:t>
        <w:br/>
        <w:br/>
        <w:t>7. 舞台搭建时，以下哪种材料不适合作为舞台结构材料？</w:t>
        <w:br/>
        <w:br/>
        <w:t>A. 钢材</w:t>
        <w:br/>
        <w:br/>
        <w:t>B. 铝合金</w:t>
        <w:br/>
        <w:br/>
        <w:t>C. 泡沫塑料</w:t>
        <w:br/>
        <w:br/>
        <w:t>D. 木材</w:t>
        <w:br/>
        <w:br/>
        <w:t>8. 舞台烟雾机使用前应检查：</w:t>
        <w:br/>
        <w:br/>
        <w:t>A. 烟雾液量</w:t>
        <w:br/>
        <w:br/>
        <w:t>B. 电源连接</w:t>
        <w:br/>
        <w:br/>
        <w:t>C. 通风情况</w:t>
        <w:br/>
        <w:br/>
        <w:t>D. 以上都是</w:t>
        <w:br/>
        <w:br/>
        <w:t>9. 舞台吊挂设备安装后，应进行：</w:t>
        <w:br/>
        <w:br/>
        <w:t>A. 立即使用</w:t>
        <w:br/>
        <w:br/>
        <w:t>B. 负载测试</w:t>
        <w:br/>
        <w:br/>
        <w:t>C. 简单检查</w:t>
        <w:br/>
        <w:br/>
        <w:t>D. 无需测试</w:t>
        <w:br/>
        <w:br/>
        <w:t>10. 舞台安全检查的频率应该是：</w:t>
        <w:br/>
        <w:br/>
        <w:t>A. 每周一次</w:t>
        <w:br/>
        <w:br/>
        <w:t>B. 每次演出前</w:t>
        <w:br/>
        <w:br/>
        <w:t>C. 每月一次</w:t>
        <w:br/>
        <w:br/>
        <w:t>D. 每季度一次</w:t>
        <w:br/>
        <w:br/>
        <w:t xml:space="preserve"> 二、填空题（每题2分，共12分）</w:t>
        <w:br/>
        <w:br/>
        <w:t>1. 舞台吊挂系统中的安全系数一般不应小于______。</w:t>
        <w:br/>
        <w:br/>
        <w:t>2. 舞台烟雾机使用时，应确保周围至少______米内无易燃物。</w:t>
        <w:br/>
        <w:br/>
        <w:t>3. 舞台搭建过程中，工作人员必须佩戴______以确保安全。</w:t>
        <w:br/>
        <w:br/>
        <w:t>4. 舞台电线铺设时，应避免线缆过度______，以防损坏。</w:t>
        <w:br/>
        <w:br/>
        <w:t>5. 舞台防火门应保持______状态，不得随意关闭。</w:t>
        <w:br/>
        <w:br/>
        <w:t>6. 舞台吊挂设备安装后，应进行______测试以确保安全。</w:t>
        <w:br/>
        <w:br/>
        <w:t xml:space="preserve"> 三、判断题（每题2分，共12分）</w:t>
        <w:br/>
        <w:br/>
        <w:t>1. 舞台灯光设备可以使用普通家用电线。（ ）</w:t>
        <w:br/>
        <w:br/>
        <w:t>2. 舞台搭建时，可以使用临时搭建的脚手架代替专业舞台设备。（ ）</w:t>
        <w:br/>
        <w:br/>
        <w:t>3. 舞台烟雾机可以在密闭空间内长时间使用。（ ）</w:t>
        <w:br/>
        <w:br/>
        <w:t>4. 舞台电线可以直接铺设在观众通道上，方便连接设备。（ ）</w:t>
        <w:br/>
        <w:br/>
        <w:t>5. 舞台防火门可以临时堆放物品，不影响紧急疏散。（ ）</w:t>
        <w:br/>
        <w:br/>
        <w:t>6. 舞台吊挂设备安装后，无需进行负载测试即可使用。（ ）</w:t>
        <w:br/>
        <w:br/>
        <w:t xml:space="preserve"> 四、多项选择题（每题2分，共4分）</w:t>
        <w:br/>
        <w:br/>
        <w:t>1. 以下哪些是舞台搭建时的安全防护措施？（ ）</w:t>
        <w:br/>
        <w:br/>
        <w:t>A. 佩戴安全帽</w:t>
        <w:br/>
        <w:br/>
        <w:t>B. 系安全带</w:t>
        <w:br/>
        <w:br/>
        <w:t>C. 穿着防滑鞋</w:t>
        <w:br/>
        <w:br/>
        <w:t>D. 佩戴耳塞</w:t>
        <w:br/>
        <w:br/>
        <w:t>2. 舞台烟雾机使用前应检查哪些内容？（ ）</w:t>
        <w:br/>
        <w:br/>
        <w:t>A. 烟雾液量</w:t>
        <w:br/>
        <w:br/>
        <w:t>B. 电源连接</w:t>
        <w:br/>
        <w:br/>
        <w:t>C. 通风情况</w:t>
        <w:br/>
        <w:br/>
        <w:t>D. 烟雾机外观</w:t>
        <w:br/>
        <w:br/>
        <w:t xml:space="preserve"> 五、简答题（每题5分，共10分）</w:t>
        <w:br/>
        <w:br/>
        <w:t>1. 简述舞台吊挂系统安全检查的主要内容。</w:t>
        <w:br/>
        <w:br/>
        <w:t>2. 舞台火灾发生时，应采取哪些应急措施？</w:t>
        <w:br/>
        <w:br/>
        <w:t xml:space="preserve"> 参考答案及解析</w:t>
        <w:br/>
        <w:br/>
        <w:t xml:space="preserve"> 一、单项选择题</w:t>
        <w:br/>
        <w:br/>
        <w:t>1. 答案：C</w:t>
        <w:br/>
        <w:br/>
        <w:t>解析：根据安全标准，舞台灯光设备安装时，安全电压标准是36V。低于36V的电压被认为是安全电压，可以减少触电风险。12V和24V虽然也是安全电压，但通常用于特殊场合；220V是标准家庭用电电压，不适合直接用于舞台灯光设备安装。</w:t>
        <w:br/>
        <w:br/>
        <w:t>2. 答案：C</w:t>
        <w:br/>
        <w:br/>
        <w:t>解析：舞台吊挂系统中的安全系数一般不应小于5。安全系数是指材料的极限承载能力与实际使用载荷的比值，确保在意外情况下仍有足够的安全余量。安全系数小于5可能导致吊挂系统在意外情况下失效，造成严重安全事故。</w:t>
        <w:br/>
        <w:br/>
        <w:t>3. 答案：C</w:t>
        <w:br/>
        <w:br/>
        <w:t>解析：舞台烟雾机使用时，应确保周围至少3米内无易燃物。烟雾机产生的高温可能引燃附近的易燃物，引发火灾。1米和2米的距离不足以保证安全，5米虽然更安全但不是标准要求。</w:t>
        <w:br/>
        <w:br/>
        <w:t>4. 答案：D</w:t>
        <w:br/>
        <w:br/>
        <w:t>解析：舞台搭建过程中，佩戴耳塞不是必须的安全防护措施。耳塞主要用于保护听力免受噪音伤害，而舞台搭建的主要安全风险是高空坠落、物体打击等，因此安全帽和安全带是必须的，防滑鞋也有助于防止滑倒事故。耳塞只有在特殊高噪音环境下才需要。</w:t>
        <w:br/>
        <w:br/>
        <w:t>5. 答案：C</w:t>
        <w:br/>
        <w:br/>
        <w:t>解析：将线缆直接放置在通道上是错误的做法。这会导致绊倒风险，且线缆容易被踩踏损坏。正确的做法是将线缆固定在地面或使用线槽保护，避免通道上的线缆成为安全隐患。</w:t>
        <w:br/>
        <w:br/>
        <w:t>6. 答案：B</w:t>
        <w:br/>
        <w:br/>
        <w:t>解析：舞台防火门的主要作用是作为紧急疏散通道。在紧急情况下，防火门可以保持开启状态，确保人员能够快速疏散。防火门虽然也具有防火、隔音和隔热功能，但其最主要的设计目的是保障紧急疏散通道的畅通。</w:t>
        <w:br/>
        <w:br/>
        <w:t>7. 答案：C</w:t>
        <w:br/>
        <w:br/>
        <w:t>解析：泡沫塑料不适合作为舞台结构材料。泡沫塑料强度低、易燃，不适合承担结构负载。钢材、铝合金和木材都是常用的舞台结构材料，但泡沫塑料通常只用于装饰或临时轻质道具。</w:t>
        <w:br/>
        <w:br/>
        <w:t>8. 答案：D</w:t>
        <w:br/>
        <w:br/>
        <w:t>解析：舞台烟雾机使用前应检查烟雾液量、电源连接和通风情况。烟雾液不足会影响效果，电源连接不当可能导致设备故障，通风不足可能导致烟雾积聚影响健康和视线。因此，使用前必须全面检查这些内容。</w:t>
        <w:br/>
        <w:br/>
        <w:t>9. 答案：B</w:t>
        <w:br/>
        <w:br/>
        <w:t>解析：舞台吊挂设备安装后，应进行负载测试。负载测试可以验证吊挂系统的安全性和稳定性，确保能够承受预期负载。立即使用或简单检查都可能导致安全隐患，负载测试是确保安全使用的必要步骤。</w:t>
        <w:br/>
        <w:br/>
        <w:t>10. 答案：B</w:t>
        <w:br/>
        <w:br/>
        <w:t>解析：舞台安全检查的频率应该是每次演出前。舞台设备可能在使用过程中出现损坏或松动，每次演出前进行检查可以及时发现并解决安全隐患。每周一次、每月一次或每季度一次的检查频率不足以确保每次演出前的安全状态。</w:t>
        <w:br/>
        <w:br/>
        <w:t xml:space="preserve"> 二、填空题</w:t>
        <w:br/>
        <w:br/>
        <w:t>1. 答案：5</w:t>
        <w:br/>
        <w:br/>
        <w:t>解析：舞台吊挂系统中的安全系数一般不应小于5。安全系数是确保吊挂系统安全的重要指标，它表示材料的极限承载能力与实际使用载荷的比值。安全系数小于5可能导致系统在意外情况下失效，造成严重安全事故。</w:t>
        <w:br/>
        <w:br/>
        <w:t>2. 答案：3</w:t>
        <w:br/>
        <w:br/>
        <w:t>解析：舞台烟雾机使用时，应确保周围至少3米内无易燃物。烟雾机产生的高温可能引燃附近的易燃物，引发火灾。这是舞台烟雾机使用的基本安全要求，也是相关安全规范中的明确规定。</w:t>
        <w:br/>
        <w:br/>
        <w:t>3. 答案：安全帽</w:t>
        <w:br/>
        <w:br/>
        <w:t>解析：舞台搭建过程中，工作人员必须佩戴安全帽以确保安全。舞台搭建通常涉及高空作业和物体搬运，佩戴安全帽可以有效防止头部受到坠落物或碰撞伤害，是基本的安全防护措施。</w:t>
        <w:br/>
        <w:br/>
        <w:t>4. 答案：弯曲</w:t>
        <w:br/>
        <w:br/>
        <w:t>解析：舞台电线铺设时，应避免线缆过度弯曲，以防损坏。过度弯曲会导致线缆内部导线断裂或绝缘层损坏，增加短路和火灾风险。因此，在线缆铺设过程中应保持适当的弯曲半径。</w:t>
        <w:br/>
        <w:br/>
        <w:t>5. 答案：开启</w:t>
        <w:br/>
        <w:br/>
        <w:t>解析：舞台防火门应保持开启状态，不得随意关闭。防火门的主要作用是保障紧急疏散通道的畅通，在非火灾情况下应保持开启，以便在紧急情况下能够快速疏散人员。</w:t>
        <w:br/>
        <w:br/>
        <w:t>6. 答案：负载</w:t>
        <w:br/>
        <w:br/>
        <w:t>解析：舞台吊挂设备安装后，应进行负载测试以确保安全。负载测试是验证吊挂系统能否承受预期负载的重要步骤，可以及时发现潜在的安全隐患，确保设备在使用过程中的安全性。</w:t>
        <w:br/>
        <w:br/>
        <w:t xml:space="preserve"> 三、判断题</w:t>
        <w:br/>
        <w:br/>
        <w:t>1. 答案：×</w:t>
        <w:br/>
        <w:br/>
        <w:t>解析：舞台灯光设备不能使用普通家用电线。舞台灯光设备通常功率较大，需要使用专业舞台线缆，这种线缆具有更好的绝缘性能、载流能力和耐高温性能。普通家用电线无法满足舞台灯光设备的安全要求，可能导致过热、短路等安全隐患。</w:t>
        <w:br/>
        <w:br/>
        <w:t>2. 答案：×</w:t>
        <w:br/>
        <w:br/>
        <w:t>解析：舞台搭建时，不可以使用临时搭建的脚手架代替专业舞台设备。专业舞台设备经过专业设计和测试，具有足够的安全性和稳定性。临时搭建的脚手架可能存在结构不稳定、承载能力不足等问题，无法保证舞台搭建和使用的安全。</w:t>
        <w:br/>
        <w:br/>
        <w:t>3. 答案：×</w:t>
        <w:br/>
        <w:br/>
        <w:t>解析：舞台烟雾机不可以长时间在密闭空间内使用。烟雾机产生的烟雾会影响视线和呼吸，长时间在密闭空间内使用可能导致空气质量下降，影响健康。同时，烟雾机产生的高温也可能引发安全隐患。因此，使用烟雾机时应确保良好的通风条件。</w:t>
        <w:br/>
        <w:br/>
        <w:t>4. 答案：×</w:t>
        <w:br/>
        <w:br/>
        <w:t>解析：舞台电线不可以直接铺设在观众通道上。这会导致绊倒风险，且线缆容易被踩踏损坏。正确的做法是将线缆固定在地面或使用线槽保护，避免通道上的线缆成为安全隐患。</w:t>
        <w:br/>
        <w:br/>
        <w:t>5. 答案：×</w:t>
        <w:br/>
        <w:br/>
        <w:t>解析：舞台防火门不可以临时堆放物品，影响紧急疏散。防火门的主要作用是保障紧急疏散通道的畅通，任何阻碍防火门开启的物品都会影响紧急疏散效率，可能导致严重的安全事故。</w:t>
        <w:br/>
        <w:br/>
        <w:t>6. 答案：×</w:t>
        <w:br/>
        <w:br/>
        <w:t>解析：舞台吊挂设备安装后，必须进行负载测试才能使用。负载测试是验证吊挂系统能否承受预期负载的重要步骤，可以及时发现潜在的安全隐患。未经负载测试直接使用吊挂设备存在严重的安全风险。</w:t>
        <w:br/>
        <w:br/>
        <w:t xml:space="preserve"> 四、多项选择题</w:t>
        <w:br/>
        <w:br/>
        <w:t>1. 答案：ABC</w:t>
        <w:br/>
        <w:br/>
        <w:t>解析：舞台搭建时的安全防护措施包括佩戴安全帽、系安全带和穿着防滑鞋。安全帽可以防止头部受到坠落物或碰撞伤害；安全带可以防止高空坠落；防滑鞋可以防止在湿滑或不平的表面上滑倒。佩戴耳塞虽然也是安全防护措施，但主要用于保护听力，不是舞台搭建时的必须措施。</w:t>
        <w:br/>
        <w:br/>
        <w:t>2. 答案：ABC</w:t>
        <w:br/>
        <w:br/>
        <w:t>解析：舞台烟雾机使用前应检查烟雾液量、电源连接和通风情况。烟雾液不足会影响效果，电源连接不当可能导致设备故障，通风不足可能导致烟雾积聚影响健康和视线。烟雾机外观检查虽然也有必要，但不是使用前的必须检查项目，主要关注的是功能性和安全性相关的检查。</w:t>
        <w:br/>
        <w:br/>
        <w:t xml:space="preserve"> 五、简答题</w:t>
        <w:br/>
        <w:br/>
        <w:t>1. 答案：</w:t>
        <w:br/>
        <w:br/>
        <w:t>舞台吊挂系统安全检查的主要内容：</w:t>
        <w:br/>
        <w:br/>
        <w:t>(1) 结构完整性检查：检查吊挂系统的所有连接点、焊接处和固定装置是否完好无损，有无裂纹或变形。</w:t>
        <w:br/>
        <w:br/>
        <w:t>(2) 承载能力评估：确认吊挂系统的设计承载能力是否满足实际使用需求，安全系数是否达到标准要求（一般不应小于5）。</w:t>
        <w:br/>
        <w:br/>
        <w:t>(3) 锁紧装置检查：检查所有锁紧装置（如安全销、锁扣等）是否牢固可靠，防止意外松脱。</w:t>
        <w:br/>
        <w:br/>
        <w:t>(4) 钢索/链条检查：检查钢索或链条是否有磨损、断丝、锈蚀等情况，必要时进行更换。</w:t>
        <w:br/>
        <w:br/>
        <w:t>(5) 负载测试：对吊挂系统进行实际负载测试，验证其安全性和稳定性。</w:t>
        <w:br/>
        <w:br/>
        <w:t>(6) 定期检查记录：建立详细的检查记录，包括检查日期、检查人员、发现问题及处理情况等。</w:t>
        <w:br/>
        <w:br/>
        <w:t>2. 答案：</w:t>
        <w:br/>
        <w:br/>
        <w:t>舞台火灾发生时，应采取的应急措施：</w:t>
        <w:br/>
        <w:br/>
        <w:t>(1) 立即报警：发现火灾后，立即拨打火警电话119，清晰说明火灾发生地点、火势大小和燃烧物质。</w:t>
        <w:br/>
        <w:br/>
        <w:t>(2) 启动消防系统：启动舞台内的自动灭火系统、喷淋系统和排烟系统，控制火势蔓延。</w:t>
        <w:br/>
        <w:br/>
        <w:t>(3) 组织人员疏散：按照预定疏散路线，有序引导观众和工作人员撤离，避免拥挤和踩踏。</w:t>
        <w:br/>
        <w:br/>
        <w:t>(4) 切断电源：在确保安全的前提下，切断舞台电源，防止电气火灾扩大。</w:t>
        <w:br/>
        <w:br/>
        <w:t>(5) 使用灭火器材：在火势初期，使用灭火器、消防栓等设备进行灭火，但应确保自身安全。</w:t>
        <w:br/>
        <w:br/>
        <w:t>(6) 配合消防人员：消防人员到达后，提供火灾现场信息，配合灭火工作。</w:t>
        <w:br/>
        <w:br/>
        <w:t>(7) 事后调查：火灾扑灭后，配合进行事故调查，分析火灾原因，总结经验教训，完善安全措施。</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