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2025年尿潴留护理试题及答案</w:t>
      </w:r>
    </w:p>
    <w:p>
      <w:r>
        <w:br/>
        <w:t xml:space="preserve"> 一、单项选择题（共10题，每题2分）</w:t>
        <w:br/>
        <w:br/>
        <w:t>1. 尿潴留是指膀胱内尿液无法正常排出，导致膀胱过度充盈。下列哪项不是尿潴留的常见症状？</w:t>
        <w:br/>
        <w:br/>
        <w:t>A. 下腹部胀痛</w:t>
        <w:br/>
        <w:br/>
        <w:t>B. 尿频尿急</w:t>
        <w:br/>
        <w:br/>
        <w:t>C. 排尿困难</w:t>
        <w:br/>
        <w:br/>
        <w:t>D. 完全无尿</w:t>
        <w:br/>
        <w:br/>
        <w:t>2. 关于急性尿潴留的处理，下列哪项是错误的？</w:t>
        <w:br/>
        <w:br/>
        <w:t>A. 首先尝试非侵入性排尿方法</w:t>
        <w:br/>
        <w:br/>
        <w:t>B. 立即进行导尿</w:t>
        <w:br/>
        <w:br/>
        <w:t>C. 评估患者疼痛程度</w:t>
        <w:br/>
        <w:br/>
        <w:t>D. 监测生命体征</w:t>
        <w:br/>
        <w:br/>
        <w:t>3. 下列哪种情况最容易导致尿潴留？</w:t>
        <w:br/>
        <w:br/>
        <w:t>A. 前列腺增生</w:t>
        <w:br/>
        <w:br/>
        <w:t>B. 尿道炎</w:t>
        <w:br/>
        <w:br/>
        <w:t>C. 膀胱结石</w:t>
        <w:br/>
        <w:br/>
        <w:t>D. 以上都是</w:t>
        <w:br/>
        <w:br/>
        <w:t>4. 尿潴留患者导尿后，首次放尿量不应超过多少毫升？</w:t>
        <w:br/>
        <w:br/>
        <w:t>A. 500ml</w:t>
        <w:br/>
        <w:br/>
        <w:t>B. 800ml</w:t>
        <w:br/>
        <w:br/>
        <w:t>C. 1000ml</w:t>
        <w:br/>
        <w:br/>
        <w:t>D. 1500ml</w:t>
        <w:br/>
        <w:br/>
        <w:t>5. 下列哪项不是尿潴留的常见并发症？</w:t>
        <w:br/>
        <w:br/>
        <w:t>A. 膀胱损伤</w:t>
        <w:br/>
        <w:br/>
        <w:t>B. 尿路感染</w:t>
        <w:br/>
        <w:br/>
        <w:t>C. 肾功能损害</w:t>
        <w:br/>
        <w:br/>
        <w:t>D. 高血压</w:t>
        <w:br/>
        <w:br/>
        <w:t>6. 对于神经源性膀胱导致的尿潴留，下列哪项护理措施不合适？</w:t>
        <w:br/>
        <w:br/>
        <w:t>A. 定时排尿训练</w:t>
        <w:br/>
        <w:br/>
        <w:t>B. 膀胱功能锻炼</w:t>
        <w:br/>
        <w:br/>
        <w:t>C. 长期留置尿管</w:t>
        <w:br/>
        <w:br/>
        <w:t>D. 鼓励大量饮水</w:t>
        <w:br/>
        <w:br/>
        <w:t>7. 尿潴留患者健康教育中，下列哪项是错误的？</w:t>
        <w:br/>
        <w:br/>
        <w:t>A. 避免憋尿</w:t>
        <w:br/>
        <w:br/>
        <w:t>B. 保持规律排尿习惯</w:t>
        <w:br/>
        <w:br/>
        <w:t>C. 减少水分摄入</w:t>
        <w:br/>
        <w:br/>
        <w:t>D. 适当进行盆底肌锻炼</w:t>
        <w:br/>
        <w:br/>
        <w:t>8. 下列哪种药物可能导致尿潴留？</w:t>
        <w:br/>
        <w:br/>
        <w:t>A. 利尿剂</w:t>
        <w:br/>
        <w:br/>
        <w:t>B. 镇静剂</w:t>
        <w:br/>
        <w:br/>
        <w:t>C. 抗生素</w:t>
        <w:br/>
        <w:br/>
        <w:t>D. 止痛药</w:t>
        <w:br/>
        <w:br/>
        <w:t>9. 尿潴留患者护理评估中，下列哪项最重要？</w:t>
        <w:br/>
        <w:br/>
        <w:t>A. 患者主诉</w:t>
        <w:br/>
        <w:br/>
        <w:t>B. 膀胱叩诊</w:t>
        <w:br/>
        <w:br/>
        <w:t>C. 腹部触诊</w:t>
        <w:br/>
        <w:br/>
        <w:t>D. 以上都是</w:t>
        <w:br/>
        <w:br/>
        <w:t>10. 关于尿潴留患者的心理护理，下列哪项不合适？</w:t>
        <w:br/>
        <w:br/>
        <w:t>A. 提供隐私环境</w:t>
        <w:br/>
        <w:br/>
        <w:t>B. 减轻患者焦虑</w:t>
        <w:br/>
        <w:br/>
        <w:t>C. 鼓励家属参与</w:t>
        <w:br/>
        <w:br/>
        <w:t>D. 忽略患者感受</w:t>
        <w:br/>
        <w:br/>
        <w:t xml:space="preserve"> 二、填空题（共6题，每题2分）</w:t>
        <w:br/>
        <w:br/>
        <w:t>1. 尿潴留根据病程可分为______和______两种类型。</w:t>
        <w:br/>
        <w:br/>
        <w:t>2. 尿潴留患者导尿时，应严格遵守______原则，预防尿路感染。</w:t>
        <w:br/>
        <w:br/>
        <w:t>3. 尿潴留的常见机械性梗阻原因包括前列腺增生、______和______等。</w:t>
        <w:br/>
        <w:br/>
        <w:t>4. 尿潴留患者健康教育中，应指导患者保持______排尿习惯，避免______。</w:t>
        <w:br/>
        <w:br/>
        <w:t>5. 尿潴留患者导尿后，应密切观察______和______的变化。</w:t>
        <w:br/>
        <w:br/>
        <w:t>6. 对于术后尿潴留患者，可采取______、______等非药物措施促进排尿。</w:t>
        <w:br/>
        <w:br/>
        <w:t xml:space="preserve"> 三、判断题（共6题，每题2分）</w:t>
        <w:br/>
        <w:br/>
        <w:t>1. 尿潴留是指24小时完全无尿的情况。（ ）</w:t>
        <w:br/>
        <w:br/>
        <w:t>2. 尿潴留患者导尿时，应使用无菌技术，预防感染。（ ）</w:t>
        <w:br/>
        <w:br/>
        <w:t>3. 所有尿潴留患者都需要立即进行导尿处理。（ ）</w:t>
        <w:br/>
        <w:br/>
        <w:t>4. 尿潴留患者应限制水分摄入，以减轻膀胱负担。（ ）</w:t>
        <w:br/>
        <w:br/>
        <w:t>5. 尿潴留患者出现下腹部胀痛时，可立即使用止痛药缓解症状。（ ）</w:t>
        <w:br/>
        <w:br/>
        <w:t>6. 尿潴留患者留置尿管期间，应鼓励多饮水，增加尿量。（ ）</w:t>
        <w:br/>
        <w:br/>
        <w:t xml:space="preserve"> 四、多项选择题（共2题，每题2分）</w:t>
        <w:br/>
        <w:br/>
        <w:t>1. 下列哪些是尿潴留的常见原因？（ ）</w:t>
        <w:br/>
        <w:br/>
        <w:t>A. 前列腺增生</w:t>
        <w:br/>
        <w:br/>
        <w:t>B. 尿道狭窄</w:t>
        <w:br/>
        <w:br/>
        <w:t>C. 神经源性膀胱</w:t>
        <w:br/>
        <w:br/>
        <w:t>D. 药物影响</w:t>
        <w:br/>
        <w:br/>
        <w:t>2. 尿潴留患者的护理措施包括哪些？（ ）</w:t>
        <w:br/>
        <w:br/>
        <w:t>A. 评估和监测</w:t>
        <w:br/>
        <w:br/>
        <w:t>B. 诱导排尿</w:t>
        <w:br/>
        <w:br/>
        <w:t>C. 导尿术护理</w:t>
        <w:br/>
        <w:br/>
        <w:t>D. 健康教育</w:t>
        <w:br/>
        <w:br/>
        <w:t xml:space="preserve"> 五、简答题（共2题，每题5分）</w:t>
        <w:br/>
        <w:br/>
        <w:t>1. 简述尿潴留患者的护理评估要点。</w:t>
        <w:br/>
        <w:br/>
        <w:t>2. 简述尿潴留患者导尿后的护理措施。</w:t>
        <w:br/>
        <w:br/>
        <w:t xml:space="preserve"> 参考答案及解析</w:t>
        <w:br/>
        <w:br/>
        <w:t xml:space="preserve"> 一、单项选择题</w:t>
        <w:br/>
        <w:br/>
        <w:t>1. 答案：D</w:t>
        <w:br/>
        <w:br/>
        <w:t>解析：尿潴留是指膀胱内尿液无法正常排出，但患者通常仍有尿液产生，只是无法排出。完全无尿是指肾脏无法产生尿液，是肾功能衰竭的表现，与尿潴留不同。尿潴留的常见症状包括下腹部胀痛、尿频尿急、排尿困难等。</w:t>
        <w:br/>
        <w:br/>
        <w:t>2. 答案：B</w:t>
        <w:br/>
        <w:br/>
        <w:t>解析：急性尿潴留的处理应首先尝试非侵入性排尿方法，如诱导排尿、体位调整、热敷等，无效时才考虑导尿。立即导尿不是首选方法，应先评估患者状况，包括疼痛程度和生命体征。</w:t>
        <w:br/>
        <w:br/>
        <w:t>3. 答案：D</w:t>
        <w:br/>
        <w:br/>
        <w:t>解析：前列腺增生、尿道炎、膀胱结石等都可能导致尿潴留。前列腺增生是老年男性尿潴留的常见原因；尿道炎可导致尿道黏膜水肿和狭窄；膀胱结石可阻塞尿道口或膀胱颈部。</w:t>
        <w:br/>
        <w:br/>
        <w:t>4. 答案：C</w:t>
        <w:br/>
        <w:br/>
        <w:t>解析：尿潴留患者导尿后，首次放尿量不应超过1000ml，因为大量放尿可能导致膀胱内压突然下降，引起迷走神经兴奋，导致血压下降、心率减慢，甚至休克。</w:t>
        <w:br/>
        <w:br/>
        <w:t>5. 答案：D</w:t>
        <w:br/>
        <w:br/>
        <w:t>解析：尿潴留的常见并发症包括膀胱损伤（因膀胱过度充盈）、尿路感染（因尿液滞留）和肾功能损害（因尿液反流）。高血压不是尿潴留的直接并发症。</w:t>
        <w:br/>
        <w:br/>
        <w:t>6. 答案：D</w:t>
        <w:br/>
        <w:br/>
        <w:t>解析：对于神经源性膀胱导致的尿潴留，应定时排尿训练、膀胱功能锻炼，长期可能需要留置尿管，但不应鼓励大量饮水，因为神经源性膀胱患者可能无法有效控制排尿，过多饮水会增加尿潴留风险。</w:t>
        <w:br/>
        <w:br/>
        <w:t>7. 答案：C</w:t>
        <w:br/>
        <w:br/>
        <w:t>解析：尿潴留患者健康教育中，应指导患者避免憋尿，保持规律排尿习惯，适当进行盆底肌锻炼，但不应减少水分摄入，充足的水分有助于尿液排出，预防尿路感染。</w:t>
        <w:br/>
        <w:br/>
        <w:t>8. 答案：B</w:t>
        <w:br/>
        <w:br/>
        <w:t>解析：镇静剂可能导致膀胱逼尿肌收缩力减弱，引起尿潴留。利尿剂增加尿量，一般不会导致尿潴留；抗生素和止痛药（非麻醉类）一般也不会导致尿潴留。</w:t>
        <w:br/>
        <w:br/>
        <w:t>9. 答案：D</w:t>
        <w:br/>
        <w:br/>
        <w:t>解析：尿潴留患者护理评估中，患者主诉、膀胱叩诊和腹部触诊都是重要的评估内容。患者主诉可了解症状和感受；膀胱叩诊可判断膀胱充盈程度；腹部触诊可评估膀胱大小和压痛情况。</w:t>
        <w:br/>
        <w:br/>
        <w:t>10. 答案：D</w:t>
        <w:br/>
        <w:br/>
        <w:t>解析：尿潴留患者的心理护理应提供隐私环境，减轻患者焦虑，鼓励家属参与支持，但不能忽略患者感受，应尊重患者的意愿和感受，提供心理支持。</w:t>
        <w:br/>
        <w:br/>
        <w:t xml:space="preserve"> 二、填空题</w:t>
        <w:br/>
        <w:br/>
        <w:t>1. 答案：急性尿潴留、慢性尿潴留</w:t>
        <w:br/>
        <w:br/>
        <w:t>解析：尿潴留根据病程可分为急性尿潴留和慢性尿潴留两种类型。急性尿潴留起病急，膀胱突然无法排尿，患者有明显不适；慢性尿潴留起病缓慢，膀胱逐渐增大，患者可能无明显症状。</w:t>
        <w:br/>
        <w:br/>
        <w:t>2. 答案：无菌技术</w:t>
        <w:br/>
        <w:br/>
        <w:t>解析：尿潴留患者导尿时，应严格遵守无菌技术原则，预防尿路感染。包括使用无菌器械、戴无菌手套、消毒尿道口等。</w:t>
        <w:br/>
        <w:br/>
        <w:t>3. 答案：尿道狭窄、膀胱结石</w:t>
        <w:br/>
        <w:br/>
        <w:t>解析：尿潴留的常见机械性梗阻原因包括前列腺增生、尿道狭窄和膀胱结石等。尿道狭窄可由炎症、损伤或手术引起；膀胱结石可阻塞尿道口或膀胱颈部。</w:t>
        <w:br/>
        <w:br/>
        <w:t>4. 答案：规律、憋尿</w:t>
        <w:br/>
        <w:br/>
        <w:t>解析：尿潴留患者健康教育中，应指导患者保持规律排尿习惯，避免憋尿。规律排尿有助于维持膀胱正常功能，避免膀胱过度充盈。</w:t>
        <w:br/>
        <w:br/>
        <w:t>5. 答案：尿量、颜色</w:t>
        <w:br/>
        <w:br/>
        <w:t>解析：尿潴留患者导尿后，应密切观察尿量和颜色的变化。尿量可反映膀胱排空情况；颜色可反映是否存在血尿或感染等情况。</w:t>
        <w:br/>
        <w:br/>
        <w:t>6. 答案：听流水声、热敷下腹部</w:t>
        <w:br/>
        <w:br/>
        <w:t>解析：对于术后尿潴留患者，可采取听流水声、热敷下腹部等非药物措施促进排尿。听流水声可利用条件反射促进排尿；热敷可放松膀胱肌肉，促进排尿。</w:t>
        <w:br/>
        <w:br/>
        <w:t xml:space="preserve"> 三、判断题</w:t>
        <w:br/>
        <w:br/>
        <w:t>1. 答案：×</w:t>
        <w:br/>
        <w:br/>
        <w:t>解析：尿潴留是指膀胱内尿液无法正常排出，但患者通常仍有尿液产生，只是无法排出。完全无尿是指肾脏无法产生尿液，是肾功能衰竭的表现，与尿潴留不同。</w:t>
        <w:br/>
        <w:br/>
        <w:t>2. 答案：√</w:t>
        <w:br/>
        <w:br/>
        <w:t>解析：尿潴留患者导尿时，应严格遵守无菌技术原则，预防尿路感染。包括使用无菌器械、戴无菌手套、消毒尿道口等，是导尿的基本要求。</w:t>
        <w:br/>
        <w:br/>
        <w:t>3. 答案：×</w:t>
        <w:br/>
        <w:br/>
        <w:t>解析：并非所有尿潴留患者都需要立即进行导尿处理。对于轻度尿潴留，可先尝试非侵入性排尿方法，如诱导排尿、体位调整、热敷等，无效时才考虑导尿。</w:t>
        <w:br/>
        <w:br/>
        <w:t>4. 答案：×</w:t>
        <w:br/>
        <w:br/>
        <w:t>解析：尿潴留患者不应限制水分摄入，而应鼓励适当多饮水，增加尿量，有助于尿液排出，预防尿路感染。但应避免短时间内大量饮水，以免加重膀胱负担。</w:t>
        <w:br/>
        <w:br/>
        <w:t>5. 答案：×</w:t>
        <w:br/>
        <w:br/>
        <w:t>解析：尿潴留患者出现下腹部胀痛时，不应立即使用止痛药缓解症状，因为疼痛是膀胱过度充盈的信号，应首先评估膀胱充盈情况，必要时进行导尿，而不是单纯止痛。</w:t>
        <w:br/>
        <w:br/>
        <w:t>6. 答案：√</w:t>
        <w:br/>
        <w:br/>
        <w:t>解析：尿潴留患者留置尿管期间，应鼓励多饮水，增加尿量，起到冲洗尿路的作用，预防尿路感染。一般建议每日饮水量不少于2000ml。</w:t>
        <w:br/>
        <w:br/>
        <w:t xml:space="preserve"> 四、多项选择题</w:t>
        <w:br/>
        <w:br/>
        <w:t>1. 答案：A、B、C、D</w:t>
        <w:br/>
        <w:br/>
        <w:t>解析：尿潴留的常见原因包括机械性梗阻（如前列腺增生、尿道狭窄）和动力性梗阻（如神经源性膀胱、药物影响）。前列腺增生是老年男性尿潴留的常见原因；尿道狭窄可由炎症、损伤或手术引起；神经源性膀胱可由神经系统疾病引起；某些药物（如镇静剂）也可能导致尿潴留。</w:t>
        <w:br/>
        <w:br/>
        <w:t>2. 答案：A、B、C、D</w:t>
        <w:br/>
        <w:br/>
        <w:t>解析：尿潴留患者的护理措施包括评估和监测（评估膀胱充盈情况、生命体征等）、诱导排尿（如听流水声、热敷等）、导尿术护理（无菌操作、观察尿量等）和健康教育（指导患者保持规律排尿习惯等）。这些措施都是尿潴留患者护理的重要组成部分。</w:t>
        <w:br/>
        <w:br/>
        <w:t xml:space="preserve"> 五、简答题</w:t>
        <w:br/>
        <w:br/>
        <w:t>1. 答案：</w:t>
        <w:br/>
        <w:br/>
        <w:t>尿潴留患者的护理评估要点包括：</w:t>
        <w:br/>
        <w:br/>
        <w:t>（1）病史评估：了解患者既往排尿情况、有无尿潴留史、相关疾病史（如前列腺增生、神经系统疾病等）、用药史等。</w:t>
        <w:br/>
        <w:br/>
        <w:t>（2）症状评估：询问患者有无排尿困难、尿频、尿急、下腹部胀痛等症状，评估症状的严重程度和持续时间。</w:t>
        <w:br/>
        <w:br/>
        <w:t>（3）体格检查：观察患者下腹部有无膨隆，进行膀胱叩诊判断膀胱充盈程度，进行腹部触诊评估膀胱大小和压痛情况。</w:t>
        <w:br/>
        <w:br/>
        <w:t>（4）辅助检查：必要时进行尿常规、B超等检查，评估膀胱内尿量和残余尿量。</w:t>
        <w:br/>
        <w:br/>
        <w:t>（5）心理社会评估：评估患者对尿潴留的认识、焦虑程度、应对能力等。</w:t>
        <w:br/>
        <w:br/>
        <w:t>解析：尿潴留患者的护理评估是制定护理计划的基础，全面的评估有助于了解患者的具体情况，为后续护理提供依据。评估应包括生理、心理和社会等多个方面，综合考虑患者的整体状况。</w:t>
        <w:br/>
        <w:br/>
        <w:t>2. 答案：</w:t>
        <w:br/>
        <w:br/>
        <w:t>尿潴留患者导尿后的护理措施包括：</w:t>
        <w:br/>
        <w:br/>
        <w:t>（1）观察尿量：记录首次导尿量，一般不超过1000ml，避免膀胱内压突然下降引起不良反应。</w:t>
        <w:br/>
        <w:br/>
        <w:t>（2）观察尿液：注意尿液的颜色、性质、气味，有无血尿、浑浊等异常情况。</w:t>
        <w:br/>
        <w:br/>
        <w:t>（3）预防感染：保持导尿管无菌，定期更换尿袋，避免尿液反流，鼓励患者多饮水，增加尿量。</w:t>
        <w:br/>
        <w:br/>
        <w:t>（4）管道护理：妥善固定导尿管，避免扭曲、受压，保持引流通畅。</w:t>
        <w:br/>
        <w:br/>
        <w:t>（5）皮肤护理：保持会阴部清洁干燥，预防压疮和感染。</w:t>
        <w:br/>
        <w:br/>
        <w:t>（6）拔管护理：根据患者情况决定拔管时间，拔管前可尝试夹管训练膀胱功能，拔管后观察排尿情况。</w:t>
        <w:br/>
        <w:br/>
        <w:t>（7）健康教育：指导患者保持规律排尿习惯，避免憋尿，适当进行盆底肌锻炼等。</w:t>
        <w:br/>
        <w:br/>
        <w:t>解析：尿潴留患者导尿后的护理是确保治疗效果和预防并发症的关键。护理措施应全面，包括观察、预防感染、管道护理、皮肤护理、拔管护理和健康教育等方面，以促进患者康复，预防并发症。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