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2025年趣味常识试题及答案搞笑</w:t>
      </w:r>
    </w:p>
    <w:p>
      <w:r>
        <w:br/>
        <w:t xml:space="preserve"> 一、单项选择题（每题2分，共20分）</w:t>
        <w:br/>
        <w:br/>
        <w:t>1. 以下哪种动物被称为"森林医生"？</w:t>
        <w:br/>
        <w:br/>
        <w:t>A. 狐狸</w:t>
        <w:br/>
        <w:br/>
        <w:t>B. 啄木鸟</w:t>
        <w:br/>
        <w:br/>
        <w:t>C. 蜘蛛</w:t>
        <w:br/>
        <w:br/>
        <w:t>D. 蜂鸟</w:t>
        <w:br/>
        <w:br/>
        <w:t>2. 世界上最大的海洋是？</w:t>
        <w:br/>
        <w:br/>
        <w:t>A. 大西洋</w:t>
        <w:br/>
        <w:br/>
        <w:t>B. 印度洋</w:t>
        <w:br/>
        <w:br/>
        <w:t>C. 北冰洋</w:t>
        <w:br/>
        <w:br/>
        <w:t>D. 太平洋</w:t>
        <w:br/>
        <w:br/>
        <w:t>3. 人体最大的器官是？</w:t>
        <w:br/>
        <w:br/>
        <w:t>A. 心脏</w:t>
        <w:br/>
        <w:br/>
        <w:t>B. 肝脏</w:t>
        <w:br/>
        <w:br/>
        <w:t>C. 皮肤</w:t>
        <w:br/>
        <w:br/>
        <w:t>D. 肺</w:t>
        <w:br/>
        <w:br/>
        <w:t>4. 以下哪个国家不是联合国安理会常任理事国？</w:t>
        <w:br/>
        <w:br/>
        <w:t>A. 中国</w:t>
        <w:br/>
        <w:br/>
        <w:t>B. 俄罗斯</w:t>
        <w:br/>
        <w:br/>
        <w:t>C. 德国</w:t>
        <w:br/>
        <w:br/>
        <w:t>D. 法国</w:t>
        <w:br/>
        <w:br/>
        <w:t>5. 以下哪种水果被称为"水果之王"？</w:t>
        <w:br/>
        <w:br/>
        <w:t>A. 苹果</w:t>
        <w:br/>
        <w:br/>
        <w:t>B. 香蕉</w:t>
        <w:br/>
        <w:br/>
        <w:t>C. 荔枝</w:t>
        <w:br/>
        <w:br/>
        <w:t>D. 菠萝</w:t>
        <w:br/>
        <w:br/>
        <w:t>6. 以下哪个不是中国的四大发明？</w:t>
        <w:br/>
        <w:br/>
        <w:t>A. 造纸术</w:t>
        <w:br/>
        <w:br/>
        <w:t>B. 指南针</w:t>
        <w:br/>
        <w:br/>
        <w:t>C. 火药</w:t>
        <w:br/>
        <w:br/>
        <w:t>D. 望远镜</w:t>
        <w:br/>
        <w:br/>
        <w:t>7. 以下哪种动物是哺乳动物但会下蛋？</w:t>
        <w:br/>
        <w:br/>
        <w:t>A. 鸭嘴兽</w:t>
        <w:br/>
        <w:br/>
        <w:t>B. 企鹅</w:t>
        <w:br/>
        <w:br/>
        <w:t>C. 鲸鱼</w:t>
        <w:br/>
        <w:br/>
        <w:t>D. 海豚</w:t>
        <w:br/>
        <w:br/>
        <w:t>8. 以下哪个城市被称为"雾都"？</w:t>
        <w:br/>
        <w:br/>
        <w:t>A. 伦敦</w:t>
        <w:br/>
        <w:br/>
        <w:t>B. 巴黎</w:t>
        <w:br/>
        <w:br/>
        <w:t>C. 纽约</w:t>
        <w:br/>
        <w:br/>
        <w:t>D. 东京</w:t>
        <w:br/>
        <w:br/>
        <w:t>9. 以下哪种颜色是三原色之一？</w:t>
        <w:br/>
        <w:br/>
        <w:t>A. 绿色</w:t>
        <w:br/>
        <w:br/>
        <w:t>B. 黄色</w:t>
        <w:br/>
        <w:br/>
        <w:t>C. 红色</w:t>
        <w:br/>
        <w:br/>
        <w:t>D. 紫色</w:t>
        <w:br/>
        <w:br/>
        <w:t>10. 以下哪个节日是中国的传统节日？</w:t>
        <w:br/>
        <w:br/>
        <w:t>A. 情人节</w:t>
        <w:br/>
        <w:br/>
        <w:t>B. 圣诞节</w:t>
        <w:br/>
        <w:br/>
        <w:t>C. 春节</w:t>
        <w:br/>
        <w:br/>
        <w:t>D. 感恩节</w:t>
        <w:br/>
        <w:br/>
        <w:t xml:space="preserve"> 二、填空题（每题2分，共10分）</w:t>
        <w:br/>
        <w:br/>
        <w:t>1. 太阳系中离太阳最近的行星是______。</w:t>
        <w:br/>
        <w:br/>
        <w:t>2. 中国的首都是______。</w:t>
        <w:br/>
        <w:br/>
        <w:t>3. 一年有______个季节。</w:t>
        <w:br/>
        <w:br/>
        <w:t>4. 人体共有______块骨头。</w:t>
        <w:br/>
        <w:br/>
        <w:t>5. 世界上最高的山峰是______。</w:t>
        <w:br/>
        <w:br/>
        <w:t xml:space="preserve"> 三、判断题（每题2分，共10分）</w:t>
        <w:br/>
        <w:br/>
        <w:t>1. 蜘蛛是昆虫。（ ）</w:t>
        <w:br/>
        <w:br/>
        <w:t>2. 地球是太阳系中唯一有生命的行星。（ ）</w:t>
        <w:br/>
        <w:br/>
        <w:t>3. 人类的大脑分为左脑和右脑。（ ）</w:t>
        <w:br/>
        <w:br/>
        <w:t>4. 北极熊是白色的，因为它们的皮肤也是白色的。（ ）</w:t>
        <w:br/>
        <w:br/>
        <w:t>5. 鸟儿会飞是因为它们有翅膀。（ ）</w:t>
        <w:br/>
        <w:br/>
        <w:t xml:space="preserve"> 四、多项选择题（每题2分，共4分）</w:t>
        <w:br/>
        <w:br/>
        <w:t>1. 以下哪些是哺乳动物？（ ）</w:t>
        <w:br/>
        <w:br/>
        <w:t>A. 狗</w:t>
        <w:br/>
        <w:br/>
        <w:t>B. 猫</w:t>
        <w:br/>
        <w:br/>
        <w:t>C. 鸟</w:t>
        <w:br/>
        <w:br/>
        <w:t>D. 鱼</w:t>
        <w:br/>
        <w:br/>
        <w:t>2. 以下哪些是中国的传统节日？（ ）</w:t>
        <w:br/>
        <w:br/>
        <w:t>A. 春节</w:t>
        <w:br/>
        <w:br/>
        <w:t>B. 元宵节</w:t>
        <w:br/>
        <w:br/>
        <w:t>C. 感恩节</w:t>
        <w:br/>
        <w:br/>
        <w:t>D. 端午节</w:t>
        <w:br/>
        <w:br/>
        <w:t xml:space="preserve"> 五、简答题（每题5分，共10分）</w:t>
        <w:br/>
        <w:br/>
        <w:t>1. 请简述水的三态变化及其条件。</w:t>
        <w:br/>
        <w:br/>
        <w:t>2. 请简述光合作用的基本过程及其意义。</w:t>
        <w:br/>
        <w:br/>
        <w:t xml:space="preserve"> 参考答案及解析</w:t>
        <w:br/>
        <w:br/>
        <w:t xml:space="preserve"> 一、单项选择题</w:t>
        <w:br/>
        <w:br/>
        <w:t>1. 答案：B. 啄木鸟</w:t>
        <w:br/>
        <w:br/>
        <w:t>解析：啄木鸟被称为"森林医生"，因为它们能啄食树木中的害虫，保护森林健康。狐狸、蜘蛛和蜂鸟虽然都是动物，但没有"森林医生"的称号。</w:t>
        <w:br/>
        <w:br/>
        <w:t>2. 答案：D. 太平洋</w:t>
        <w:br/>
        <w:br/>
        <w:t>解析：太平洋是世界上最大的海洋，覆盖了地球约46%的水面面积和约32%的总面积。大西洋是世界第二大洋，印度洋是世界第三大洋，北冰洋是世界最小的大洋。</w:t>
        <w:br/>
        <w:br/>
        <w:t>3. 答案：C. 皮肤</w:t>
        <w:br/>
        <w:br/>
        <w:t>解析：皮肤是人体最大的器官，成人皮肤总面积约为1.5-2平方米，重量约占体重的16%。心脏、肝脏和肺虽然都是重要器官，但面积和重量都不如皮肤。</w:t>
        <w:br/>
        <w:br/>
        <w:t>4. 答案：C. 德国</w:t>
        <w:br/>
        <w:br/>
        <w:t>解析：联合国安理会常任理事国包括中国、俄罗斯、美国、英国和法国。德国虽然是一个重要的欧洲国家，但不是安理会常任理事国。</w:t>
        <w:br/>
        <w:br/>
        <w:t>5. 答案：C. 荔枝</w:t>
        <w:br/>
        <w:br/>
        <w:t>解析：荔枝在中国被誉为"水果之王"，因其甜美多汁、营养丰富而备受推崇。苹果、香蕉和菠萝虽然也是受欢迎的水果，但没有"水果之王"的美誉。</w:t>
        <w:br/>
        <w:br/>
        <w:t>6. 答案：D. 望远镜</w:t>
        <w:br/>
        <w:br/>
        <w:t>解析：中国的四大发明是造纸术、指南针、火药和印刷术。望远镜虽然是一项重要的发明，但并非源自中国。</w:t>
        <w:br/>
        <w:br/>
        <w:t>7. 答案：A. 鸭嘴兽</w:t>
        <w:br/>
        <w:br/>
        <w:t>解析：鸭嘴兽是哺乳动物但会下蛋的特例，属于单孔目动物。企鹅、鲸鱼和海豚都是哺乳动物，但它们是胎生而非卵生。</w:t>
        <w:br/>
        <w:br/>
        <w:t>8. 答案：A. 伦敦</w:t>
        <w:br/>
        <w:br/>
        <w:t>解析：伦敦因其多雾的天气而被称为"雾都"。巴黎、纽约和东京虽然也是大城市，但没有"雾都"的称号。</w:t>
        <w:br/>
        <w:br/>
        <w:t>9. 答案：C. 红色</w:t>
        <w:br/>
        <w:br/>
        <w:t>解析：美术中的三原色是红色、黄色和蓝色。绿色、黄色和紫色都是由三原色混合而成的二次色或三次色。</w:t>
        <w:br/>
        <w:br/>
        <w:t>10. 答案：C. 春节</w:t>
        <w:br/>
        <w:br/>
        <w:t>解析：春节是中国最重要的传统节日，也是农历新年。情人节、圣诞节和感恩节虽然在中国也很流行，但它们是西方节日，不是中国传统节日。</w:t>
        <w:br/>
        <w:br/>
        <w:t xml:space="preserve"> 二、填空题</w:t>
        <w:br/>
        <w:br/>
        <w:t>1. 答案：水星</w:t>
        <w:br/>
        <w:br/>
        <w:t>解析：水星是太阳系中离太阳最近的行星，距离太阳约5790万公里。由于距离太阳最近，水星表面温度极高，白天可达430°C，夜晚可降至-180°C。</w:t>
        <w:br/>
        <w:br/>
        <w:t>2. 答案：北京</w:t>
        <w:br/>
        <w:br/>
        <w:t>解析：北京是中国的首都，也是中国的政治、文化和国际交流中心。北京有着悠久的历史，曾是元、明、清三朝的都城。</w:t>
        <w:br/>
        <w:br/>
        <w:t>3. 答案：四</w:t>
        <w:br/>
        <w:br/>
        <w:t>解析：一年通常分为春、夏、秋、冬四个季节。这种划分是基于地球绕太阳公转时，太阳直射点在地球表面移动的变化。</w:t>
        <w:br/>
        <w:br/>
        <w:t>4. 答案：206</w:t>
        <w:br/>
        <w:br/>
        <w:t>解析：成人人体共有206块骨头。婴儿出生时约有305块骨头，但随着成长，一些骨头会融合在一起，最终减少到206块。</w:t>
        <w:br/>
        <w:br/>
        <w:t>5. 答案：珠穆朗玛峰</w:t>
        <w:br/>
        <w:br/>
        <w:t>解析：珠穆朗玛峰位于中国和尼泊尔边境的喜马拉雅山脉，海拔8848.86米，是世界上最高峰。珠穆朗玛峰藏语意为"圣母第三女"。</w:t>
        <w:br/>
        <w:br/>
        <w:t xml:space="preserve"> 三、判断题</w:t>
        <w:br/>
        <w:br/>
        <w:t>1. 答案：×</w:t>
        <w:br/>
        <w:br/>
        <w:t>解析：蜘蛛不是昆虫。昆虫的特征是身体分为头、胸、腹三部分，有六条腿和一对触角。蜘蛛属于蛛形纲，有八条腿，身体分为头胸部和腹部两部分。</w:t>
        <w:br/>
        <w:br/>
        <w:t>2. 答案：×</w:t>
        <w:br/>
        <w:br/>
        <w:t>解析：虽然地球是目前已知唯一有生命的行星，但科学家们仍在探索其他行星上可能存在的生命迹象，如火星的地下水和木卫二、土卫六等卫星上的海洋。</w:t>
        <w:br/>
        <w:br/>
        <w:t>3. 答案：√</w:t>
        <w:br/>
        <w:br/>
        <w:t>解析：人类的大脑确实分为左脑和右脑，两个半球通过胼胝体连接。左脑主要负责逻辑、语言和分析能力，右脑主要负责创造力、直觉和空间感知能力。</w:t>
        <w:br/>
        <w:br/>
        <w:t>4. 答案：×</w:t>
        <w:br/>
        <w:br/>
        <w:t>解析：北极熊的皮肤实际上是黑色的，它们的毛发是透明的，看起来白色是因为光线反射。黑色的皮肤有助于吸收阳光热量，帮助北极熊在寒冷的环境中保持体温。</w:t>
        <w:br/>
        <w:br/>
        <w:t>5. 答案：√</w:t>
        <w:br/>
        <w:br/>
        <w:t>解析：鸟儿会飞确实是因为它们有翅膀，但翅膀的结构和肌肉系统是适应飞行的关键。鸟类的骨骼轻而坚固，胸肌发达，这些特征都使它们能够飞行。</w:t>
        <w:br/>
        <w:br/>
        <w:t xml:space="preserve"> 四、多项选择题</w:t>
        <w:br/>
        <w:br/>
        <w:t>1. 答案：A、B</w:t>
        <w:br/>
        <w:br/>
        <w:t>解析：狗和猫都是哺乳动物，它们具有哺乳动物的共同特征：胎生、哺乳、有毛发等。鸟属于鸟类，鱼属于鱼类，它们都不是哺乳动物。</w:t>
        <w:br/>
        <w:br/>
        <w:t>2. 答案：A、B、D</w:t>
        <w:br/>
        <w:br/>
        <w:t>解析：春节、元宵节和端午节都是中国传统节日。春节是农历新年，元宵节是农历正月十五，端午节是为了纪念屈原而设立的节日。感恩节是西方节日，源自美国，不是中国传统节日。</w:t>
        <w:br/>
        <w:br/>
        <w:t xml:space="preserve"> 五、简答题</w:t>
        <w:br/>
        <w:br/>
        <w:t>1. 答案：水的三态变化是指水在不同温度条件下呈现的三种不同状态：固态（冰）、液态（水）和气态（水蒸气）。</w:t>
        <w:br/>
        <w:br/>
        <w:t>解析：水的三态变化及其条件如下：</w:t>
        <w:br/>
        <w:br/>
        <w:t>- 固态到液态（融化）：当温度升高到0°C以上时，冰融化成水。</w:t>
        <w:br/>
        <w:br/>
        <w:t>- 液态到固态（凝固）：当温度降低到0°C以下时，水结成冰。</w:t>
        <w:br/>
        <w:br/>
        <w:t>- 液态到气态（蒸发）：在任何温度下，水都可以蒸发成水蒸气，但温度越高，蒸发速度越快。</w:t>
        <w:br/>
        <w:br/>
        <w:t>- 气态到液态（凝结）：当水蒸气遇冷时，会凝结成小水滴，如云、雾的形成。</w:t>
        <w:br/>
        <w:br/>
        <w:t>- 固态到气态（升华）：当冰直接变成水蒸气时，如干冰的升华。</w:t>
        <w:br/>
        <w:br/>
        <w:t>- 气态到固态（凝华）：当水蒸气直接变成冰时，如霜的形成。</w:t>
        <w:br/>
        <w:br/>
        <w:t>水的三态变化在自然界中循环往复，形成了水循环，对地球生态系统和人类生活都具有重要意义。</w:t>
        <w:br/>
        <w:br/>
        <w:t>2. 答案：光合作用是绿色植物、藻类和某些细菌利用光能，将二氧化碳和水转化为有机物（如葡萄糖），并释放出氧气的过程。</w:t>
        <w:br/>
        <w:br/>
        <w:t>解析：光合作用的基本过程包括：</w:t>
        <w:br/>
        <w:br/>
        <w:t>- 光反应：发生在叶绿体的类囊体膜上，光能被捕获并转化为化学能（ATP和NADPH），同时水分子被分解，释放出氧气。</w:t>
        <w:br/>
        <w:br/>
        <w:t>- 暗反应（卡尔文循环）：发生在叶绿体的基质中，利用光反应产生的ATP和NADPH，将二氧化碳固定并转化为葡萄糖等有机物。</w:t>
        <w:br/>
        <w:br/>
        <w:t>光合作用的意义：</w:t>
        <w:br/>
        <w:br/>
        <w:t>- 为地球上的生物提供食物和能量，是几乎所有生态系统能量的最初来源。</w:t>
        <w:br/>
        <w:br/>
        <w:t>- 维持大气中的氧气和二氧化碳平衡，为生物提供呼吸所需的氧气。</w:t>
        <w:br/>
        <w:br/>
        <w:t>- 减少大气中的二氧化碳含量，有助于缓解温室效应。</w:t>
        <w:br/>
        <w:br/>
        <w:t>- 是碳循环的重要环节，维持地球碳平衡。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