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2025年公输测试题及答案</w:t>
      </w:r>
    </w:p>
    <w:p>
      <w:r>
        <w:br/>
        <w:t xml:space="preserve"> 一、单项选择题（共10题，每题2分）</w:t>
        <w:br/>
        <w:br/>
        <w:t>1. 公输班是哪个历史时期的人物？</w:t>
        <w:br/>
        <w:br/>
        <w:t>A. 夏朝</w:t>
        <w:br/>
        <w:br/>
        <w:t>B. 商朝</w:t>
        <w:br/>
        <w:br/>
        <w:t>C. 春秋战国时期</w:t>
        <w:br/>
        <w:br/>
        <w:t>D. 秦朝</w:t>
        <w:br/>
        <w:br/>
        <w:t>2. 公输班被后世尊为什么？</w:t>
        <w:br/>
        <w:br/>
        <w:t>A. 铁匠始祖</w:t>
        <w:br/>
        <w:br/>
        <w:t>B. 石匠始祖</w:t>
        <w:br/>
        <w:br/>
        <w:t>C. 木匠始祖</w:t>
        <w:br/>
        <w:br/>
        <w:t>D. 陶匠始祖</w:t>
        <w:br/>
        <w:br/>
        <w:t>3. 下列哪项不是公输班的发明？</w:t>
        <w:br/>
        <w:br/>
        <w:t>A. 云梯</w:t>
        <w:br/>
        <w:br/>
        <w:t>B. 木鸢</w:t>
        <w:br/>
        <w:br/>
        <w:t>C. 指南车</w:t>
        <w:br/>
        <w:br/>
        <w:t>D. 墨斗</w:t>
        <w:br/>
        <w:br/>
        <w:t>4. 公输班与哪位思想家有过著名的辩论？</w:t>
        <w:br/>
        <w:br/>
        <w:t>A. 孔子</w:t>
        <w:br/>
        <w:br/>
        <w:t>B. 孟子</w:t>
        <w:br/>
        <w:br/>
        <w:t>C. 墨子</w:t>
        <w:br/>
        <w:br/>
        <w:t>D. 老子</w:t>
        <w:br/>
        <w:br/>
        <w:t>5. 公输班是哪个国家的人？</w:t>
        <w:br/>
        <w:br/>
        <w:t>A. 齐国</w:t>
        <w:br/>
        <w:br/>
        <w:t>B. 楚国</w:t>
        <w:br/>
        <w:br/>
        <w:t>C. 鲁国</w:t>
        <w:br/>
        <w:br/>
        <w:t>D. 赵国</w:t>
        <w:br/>
        <w:br/>
        <w:t>6. 公输班原名是什么？</w:t>
        <w:br/>
        <w:br/>
        <w:t>A. 公输盘</w:t>
        <w:br/>
        <w:br/>
        <w:t>B. 公输子</w:t>
        <w:br/>
        <w:br/>
        <w:t>C. 公输鲁</w:t>
        <w:br/>
        <w:br/>
        <w:t>D. 公输输</w:t>
        <w:br/>
        <w:br/>
        <w:t>7. 下列关于公输班说法错误的是？</w:t>
        <w:br/>
        <w:br/>
        <w:t>A. 他是鲁国的巧匠</w:t>
        <w:br/>
        <w:br/>
        <w:t>B. 他只擅长木工</w:t>
        <w:br/>
        <w:br/>
        <w:t>C. 他曾为楚国制造攻城器械</w:t>
        <w:br/>
        <w:br/>
        <w:t>D. 他的技艺被后人尊崇</w:t>
        <w:br/>
        <w:br/>
        <w:t>8. 公输班发明的"木车马"被认为是古代的什么？</w:t>
        <w:br/>
        <w:br/>
        <w:t>A. 机器人</w:t>
        <w:br/>
        <w:br/>
        <w:t>B. 自动机械</w:t>
        <w:br/>
        <w:br/>
        <w:t>C. 风筝</w:t>
        <w:br/>
        <w:br/>
        <w:t>D. 马车模型</w:t>
        <w:br/>
        <w:br/>
        <w:t>9. 公输班的技艺主要传承自谁？</w:t>
        <w:br/>
        <w:br/>
        <w:t>A. 他的父亲</w:t>
        <w:br/>
        <w:br/>
        <w:t>B. 他的母亲</w:t>
        <w:br/>
        <w:br/>
        <w:t>C. 他的老师</w:t>
        <w:br/>
        <w:br/>
        <w:t>D. 自学成才</w:t>
        <w:br/>
        <w:br/>
        <w:t>10. 公输班的主要贡献领域不包括？</w:t>
        <w:br/>
        <w:br/>
        <w:t>A. 军事工程</w:t>
        <w:br/>
        <w:br/>
        <w:t>B. 民用建筑</w:t>
        <w:br/>
        <w:br/>
        <w:t>C. 农业技术</w:t>
        <w:br/>
        <w:br/>
        <w:t>D. 文学创作</w:t>
        <w:br/>
        <w:br/>
        <w:t xml:space="preserve"> 二、填空题（共6题，每题2分）</w:t>
        <w:br/>
        <w:br/>
        <w:t>1. 公输班是春秋末期至战国初期的著名________，被后世尊为________的祖师爷。</w:t>
        <w:br/>
        <w:br/>
        <w:t>2. 公输班曾为楚国制造________，用于攻城。</w:t>
        <w:br/>
        <w:br/>
        <w:t>3. 公输班与墨子就________问题进行了著名的辩论。</w:t>
        <w:br/>
        <w:br/>
        <w:t>4. 公输班发明的________是一种测量工具，至今仍在木工中使用。</w:t>
        <w:br/>
        <w:br/>
        <w:t>5. 公输班的名字"班"在古代与________同义，反映了他精湛的工艺水平。</w:t>
        <w:br/>
        <w:br/>
        <w:t>6. 公输班的故事和技艺被记载于________等古代典籍中。</w:t>
        <w:br/>
        <w:br/>
        <w:t xml:space="preserve"> 三、判断题（共6题，每题2分）</w:t>
        <w:br/>
        <w:br/>
        <w:t>1. 公输班是战国时期著名的军事家。（ ）</w:t>
        <w:br/>
        <w:br/>
        <w:t>2. 公输班发明的木鸢是人类最早的飞行器之一。（ ）</w:t>
        <w:br/>
        <w:br/>
        <w:t>3. 公输班只擅长木工，对其他工艺领域没有贡献。（ ）</w:t>
        <w:br/>
        <w:br/>
        <w:t>4. 公输班与墨子是同时代的人物。（ ）</w:t>
        <w:br/>
        <w:br/>
        <w:t>5. 公输班曾为鲁国制造过攻城器械。（ ）</w:t>
        <w:br/>
        <w:br/>
        <w:t>6. 公输班的技艺对后世中国建筑和手工业产生了深远影响。（ ）</w:t>
        <w:br/>
        <w:br/>
        <w:t xml:space="preserve"> 四、多项选择题（共2题，每题2分）</w:t>
        <w:br/>
        <w:br/>
        <w:t>1. 下列哪些属于公输班的发明或贡献？（ ）</w:t>
        <w:br/>
        <w:br/>
        <w:t>A. 云梯</w:t>
        <w:br/>
        <w:br/>
        <w:t>B. 木鸢</w:t>
        <w:br/>
        <w:br/>
        <w:t>C. 墨斗</w:t>
        <w:br/>
        <w:br/>
        <w:t>D. 指南车</w:t>
        <w:br/>
        <w:br/>
        <w:t>E. 石拱桥</w:t>
        <w:br/>
        <w:br/>
        <w:t>2. 关于公输班的历史记载，主要来源于哪些古代典籍？（ ）</w:t>
        <w:br/>
        <w:br/>
        <w:t>A. 《墨子》</w:t>
        <w:br/>
        <w:br/>
        <w:t>B. 《孟子》</w:t>
        <w:br/>
        <w:br/>
        <w:t>C. 《庄子》</w:t>
        <w:br/>
        <w:br/>
        <w:t>D. 《史记》</w:t>
        <w:br/>
        <w:br/>
        <w:t>E. 《考工记》</w:t>
        <w:br/>
        <w:br/>
        <w:t xml:space="preserve"> 五、简答题（共2题，每题5分）</w:t>
        <w:br/>
        <w:br/>
        <w:t>1. 简述公输班与墨子就"攻城"问题进行的辩论及其意义。</w:t>
        <w:br/>
        <w:br/>
        <w:t>2. 公输班的发明创造对中国古代科技发展有何重要影响？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解析：公输班生活在春秋末期至战国初期，大约公元前507年至公元前444年，属于春秋战国时期。这一时期是中国历史上的大变革时期，社会动荡，百家争鸣，各种思想和技术都有很大发展。</w:t>
        <w:br/>
        <w:br/>
        <w:t>2. 答案：C</w:t>
        <w:br/>
        <w:br/>
        <w:t>解析：公输班被后世尊为木匠的祖师爷，因为他在木工技艺方面有极高的造诣，发明了许多木工工具和技艺，对中国传统木工艺术的发展做出了巨大贡献。</w:t>
        <w:br/>
        <w:br/>
        <w:t>3. 答案：C</w:t>
        <w:br/>
        <w:br/>
        <w:t>解析：指南车通常被认为是东汉时期的发明，与公输班无关。公输班的主要发明包括云梯（用于攻城的梯子）、木鸢（木制飞行器）和墨斗（木工测量工具）等。</w:t>
        <w:br/>
        <w:br/>
        <w:t>4. 答案：C</w:t>
        <w:br/>
        <w:br/>
        <w:t>解析：公输班与墨子就"攻城"问题进行过著名的辩论。墨子主张"非攻"，反对战争，而公输班则为楚国制造攻城器械，两人就此展开辩论，最终墨子说服了公输班和楚王放弃攻城计划。</w:t>
        <w:br/>
        <w:br/>
        <w:t>5. 答案：C</w:t>
        <w:br/>
        <w:br/>
        <w:t>解析：公输班是鲁国人，鲁国位于今天的山东省南部，是周朝的诸侯国之一。公输班因此也被称为鲁班。</w:t>
        <w:br/>
        <w:br/>
        <w:t>6. 答案：A</w:t>
        <w:br/>
        <w:br/>
        <w:t>解析：公输班，姓公输，名盘，也被称为公输盘、公输子或鲁班。"班"在古代有技巧、技艺精湛的意思，因此也被称为鲁班。</w:t>
        <w:br/>
        <w:br/>
        <w:t>7. 答案：B</w:t>
        <w:br/>
        <w:br/>
        <w:t>解析：公输班不仅擅长木工，还在其他工艺领域有很高造诣，如机械制造、建筑等。他是一位多才多艺的工匠，不仅限于木工。</w:t>
        <w:br/>
        <w:br/>
        <w:t>8. 答案：B</w:t>
        <w:br/>
        <w:br/>
        <w:t>解析：公输班发明的"木车马"是一种能够自动行走的机械装置，被认为是古代自动机械的雏形，体现了他在机械制造方面的高超技艺。</w:t>
        <w:br/>
        <w:br/>
        <w:t>9. 答案：A</w:t>
        <w:br/>
        <w:br/>
        <w:t>解析：根据历史记载，公输班的技艺主要传承自他的父亲。公输班的父亲也是一位著名的工匠，公输班从小跟随父亲学习技艺，并在此基础上不断创新和发展。</w:t>
        <w:br/>
        <w:br/>
        <w:t>10. 答案：D</w:t>
        <w:br/>
        <w:br/>
        <w:t>解析：公输班的主要贡献领域包括军事工程（如云梯）、民用建筑（如房屋、桥梁）和农业技术（如农具）等，但他并不是文学家，没有文学创作方面的贡献。</w:t>
        <w:br/>
        <w:br/>
        <w:t xml:space="preserve"> 二、填空题</w:t>
        <w:br/>
        <w:br/>
        <w:t>1. 答案：工匠；木匠</w:t>
        <w:br/>
        <w:br/>
        <w:t>解析：公输班是春秋末期至战国初期的著名工匠，以其精湛的木工技艺闻名，被后世尊为木匠的祖师爷。这一尊称反映了他在中国木工艺术史上的重要地位。</w:t>
        <w:br/>
        <w:br/>
        <w:t>2. 答案：云梯</w:t>
        <w:br/>
        <w:br/>
        <w:t>解析：公输班曾为楚国制造云梯，这是一种用于攻城的特殊梯子，可以够到较高的城墙，帮助士兵攻城。这一发明体现了公输班在军事工程方面的才能。</w:t>
        <w:br/>
        <w:br/>
        <w:t>3. 答案：攻城</w:t>
        <w:br/>
        <w:br/>
        <w:t>解析：公输班与墨子就"攻城"问题进行了著名的辩论。墨子主张"非攻"，反对战争，而公输班则为楚国制造攻城器械，两人就此展开辩论，最终墨子说服了公输班和楚王放弃攻城计划。</w:t>
        <w:br/>
        <w:br/>
        <w:t>4. 答案：墨斗</w:t>
        <w:br/>
        <w:br/>
        <w:t>解析：墨斗是公输班发明的一种木工测量工具，用于在木料上画直线。它由一个装有墨汁的小盒和一条系有墨线的绳索组成，至今仍是木工常用的基本工具之一。</w:t>
        <w:br/>
        <w:br/>
        <w:t>5. 答案：技巧</w:t>
        <w:br/>
        <w:br/>
        <w:t>解析：公输班的名字"班"在古代与"技巧"同义，反映了他精湛的工艺水平。这也是他被称为"鲁班"的原因，"鲁"指他的出生地鲁国，"班"则代表他的技艺高超。</w:t>
        <w:br/>
        <w:br/>
        <w:t>6. 答案：《墨子》；《孟子》；《庄子》；《史记》；《考工记》</w:t>
        <w:br/>
        <w:br/>
        <w:t>解析：公输班的故事和技艺被记载于多种古代典籍中，主要包括《墨子》（记载了他与墨子的辩论）、《孟子》（提到了他的技艺）、《庄子》（记载了他的发明）、《史记》（记载了他的生平）以及《考工记》（记载了他的工艺成就）等。</w:t>
        <w:br/>
        <w:br/>
        <w:t xml:space="preserve"> 三、判断题</w:t>
        <w:br/>
        <w:br/>
        <w:t>1. 答案：×</w:t>
        <w:br/>
        <w:br/>
        <w:t>解析：公输班是春秋战国时期的著名工匠，而不是军事家。他虽然制造过军事器械如云梯，但他的主要身份和贡献是在工艺技术领域，而非军事战略或指挥。</w:t>
        <w:br/>
        <w:br/>
        <w:t>2. 答案：√</w:t>
        <w:br/>
        <w:br/>
        <w:t>解析：公输班发明的木鸢是一种木制飞行器，据说是他用木头制作的能够飞行的鸟。虽然其具体形态和飞行能力有争议，但它确实被认为是人类最早的飞行器尝试之一，具有重要的历史意义。</w:t>
        <w:br/>
        <w:br/>
        <w:t>3. 答案：×</w:t>
        <w:br/>
        <w:br/>
        <w:t>解析：公输班不仅擅长木工，还在其他工艺领域有很高造诣，如机械制造、建筑、农业工具等。他是一位多才多艺的工匠，在多个技术领域都有创新和贡献。</w:t>
        <w:br/>
        <w:br/>
        <w:t>4. 答案：√</w:t>
        <w:br/>
        <w:br/>
        <w:t>解析：公输班与墨子是同时代的人物，他们都生活在春秋末期至战国初期。两人就"攻城"问题进行过著名的辩论，这一事件在《墨子》中有详细记载。</w:t>
        <w:br/>
        <w:br/>
        <w:t>5. 答案：×</w:t>
        <w:br/>
        <w:br/>
        <w:t>解析：历史记载表明，公输班主要是为楚国制造攻城器械，而不是鲁国。鲁国是他的出生地，而他的主要活动和工作地点是在其他国家，尤其是楚国。</w:t>
        <w:br/>
        <w:br/>
        <w:t>6. 答案：√</w:t>
        <w:br/>
        <w:br/>
        <w:t>解析：公输班的技艺对后世中国建筑和手工业产生了深远影响。他发明的工具和技艺被后世工匠传承和发展，成为中国传统工艺的重要组成部分，对中国的建筑、家具制造、木工艺术等领域都有重要贡献。</w:t>
        <w:br/>
        <w:br/>
        <w:t xml:space="preserve"> 四、多项选择题</w:t>
        <w:br/>
        <w:br/>
        <w:t>1. 答案：A、B、C</w:t>
        <w:br/>
        <w:br/>
        <w:t>解析：公输班的主要发明和贡献包括：云梯（用于攻城的梯子）、木鸢（木制飞行器）和墨斗（木工测量工具）。指南车通常被认为是东汉时期的发明，与公输班无关；石拱桥虽然是中国古代的重要建筑成就，但没有明确证据表明是公输班发明的。</w:t>
        <w:br/>
        <w:br/>
        <w:t>2. 答案：A、C、D、E</w:t>
        <w:br/>
        <w:br/>
        <w:t>解析：关于公输班的历史记载，主要来源于《墨子》（记载了他与墨子的辩论）、《庄子》（记载了他的发明）、《史记》（记载了他的生平）以及《考工记》（记载了他的工艺成就）。《孟子》中虽然提到了一些工匠，但没有专门记载公输班的事迹。</w:t>
        <w:br/>
        <w:br/>
        <w:t xml:space="preserve"> 五、简答题</w:t>
        <w:br/>
        <w:br/>
        <w:t>1. 答案：</w:t>
        <w:br/>
        <w:br/>
        <w:t>公输班与墨子就"攻城"问题进行的辩论是中国古代科技史和思想史上的重要事件。当时，公输班为楚国制造了云梯等攻城器械，准备帮助楚国攻打宋国。墨子得知后，从鲁国赶到楚国，与公输班就"攻城"问题展开辩论。</w:t>
        <w:br/>
        <w:br/>
        <w:t>辩论中，墨子首先从道义上谴责攻城行为，主张"非攻"，认为战争是不义的行为。然后，他与公输班进行了模拟攻城的演示，墨子成功守城，公输班无法攻破。最后，墨子指出，即使公输班能够攻破城池，他也有防御的方法，形成"攻"与"防"的无限循环。</w:t>
        <w:br/>
        <w:br/>
        <w:t>这场辩论的意义在于：首先，它体现了墨家"兼爱"、"非攻"的思想主张；其次，它展示了中国古代工匠在军事工程技术方面的成就；再次，它促进了人们对战争与和平、技术与伦理关系的思考；最后，它也反映了中国古代知识分子与工匠之间的交流与互动。</w:t>
        <w:br/>
        <w:br/>
        <w:t>2. 答案：</w:t>
        <w:br/>
        <w:br/>
        <w:t>公输班的发明创造对中国古代科技发展产生了多方面的重要影响：</w:t>
        <w:br/>
        <w:br/>
        <w:t>首先，在建筑领域，公输班的技艺和发明促进了中国传统建筑技术的发展。他改进的木工工具和建筑技术，使得中国建筑能够发展出独特的木结构体系，如斗拱、榫卯结构等，这些技术至今仍在使用。</w:t>
        <w:br/>
        <w:br/>
        <w:t>其次，在军事工程领域，公输班的发明如云梯等，不仅改变了古代战争的方式，也促进了军事工程技术的发展。他的工作为后来的军事工程提供了技术基础。</w:t>
        <w:br/>
        <w:br/>
        <w:t>再次，在机械制造领域，公输班的发明如木鸢、木车马等，体现了中国古代在机械自动化方面的早期探索，为后来的机械技术发展提供了思路。</w:t>
        <w:br/>
        <w:br/>
        <w:t>此外，公输班的工匠精神和创新理念也影响了中国传统手工业的发展。他精益求精、不断创新的工匠精神，成为中国传统工艺文化的重要组成部分，激励着后世工匠不断追求技艺的完美。</w:t>
        <w:br/>
        <w:br/>
        <w:t>最后，公输班作为工匠的代表，其社会地位和贡献的认可，也促进了中国社会对工匠阶层的尊重，为科技文化的传承和发展创造了良好的社会环境。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