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2025年流感预防知识试题及答案</w:t>
      </w:r>
    </w:p>
    <w:p>
      <w:r>
        <w:br/>
        <w:t xml:space="preserve"> 一、单项选择题（每题2分，共20分）</w:t>
        <w:br/>
        <w:br/>
        <w:t>1. 流感是由哪种病原体引起的急性呼吸道传染病？</w:t>
        <w:br/>
        <w:br/>
        <w:t>A. 细菌</w:t>
        <w:br/>
        <w:br/>
        <w:t>B. 病毒</w:t>
        <w:br/>
        <w:br/>
        <w:t>C. 真菌</w:t>
        <w:br/>
        <w:br/>
        <w:t>D. 寄生虫</w:t>
        <w:br/>
        <w:br/>
        <w:t>2. 2025年世界卫生组织推荐的流感疫苗接种时间是？</w:t>
        <w:br/>
        <w:br/>
        <w:t>A. 1-2月</w:t>
        <w:br/>
        <w:br/>
        <w:t>B. 3-5月</w:t>
        <w:br/>
        <w:br/>
        <w:t>C. 9-10月</w:t>
        <w:br/>
        <w:br/>
        <w:t>D. 11-12月</w:t>
        <w:br/>
        <w:br/>
        <w:t>3. 流感的典型症状不包括以下哪项？</w:t>
        <w:br/>
        <w:br/>
        <w:t>A. 高热</w:t>
        <w:br/>
        <w:br/>
        <w:t>B. 咳嗽</w:t>
        <w:br/>
        <w:br/>
        <w:t>C. 腹泻</w:t>
        <w:br/>
        <w:br/>
        <w:t>D. 肌肉酸痛</w:t>
        <w:br/>
        <w:br/>
        <w:t>4. 流感病毒主要通过哪种途径传播？</w:t>
        <w:br/>
        <w:br/>
        <w:t>A. 血液传播</w:t>
        <w:br/>
        <w:br/>
        <w:t>B. 接触传播</w:t>
        <w:br/>
        <w:br/>
        <w:t>C. 飞沫传播</w:t>
        <w:br/>
        <w:br/>
        <w:t>D. 水源传播</w:t>
        <w:br/>
        <w:br/>
        <w:t>5. 以下哪种人群感染流感后更容易发展为重症？</w:t>
        <w:br/>
        <w:br/>
        <w:t>A. 青壮年</w:t>
        <w:br/>
        <w:br/>
        <w:t>B. 健康儿童</w:t>
        <w:br/>
        <w:br/>
        <w:t>C. 孕妇</w:t>
        <w:br/>
        <w:br/>
        <w:t>D. 运动员</w:t>
        <w:br/>
        <w:br/>
        <w:t>6. 2025年流感季节推荐的洗手方法是？</w:t>
        <w:br/>
        <w:br/>
        <w:t>A. 使用普通肥皂</w:t>
        <w:br/>
        <w:br/>
        <w:t>B. 使用含酒精的洗手液</w:t>
        <w:br/>
        <w:br/>
        <w:t>C. 仅用清水冲洗</w:t>
        <w:br/>
        <w:br/>
        <w:t>D. 使用消毒湿巾</w:t>
        <w:br/>
        <w:br/>
        <w:t>7. 流感病毒在物体表面可存活多长时间？</w:t>
        <w:br/>
        <w:br/>
        <w:t>A. 几分钟</w:t>
        <w:br/>
        <w:br/>
        <w:t>B. 几小时</w:t>
        <w:br/>
        <w:br/>
        <w:t>C. 几天</w:t>
        <w:br/>
        <w:br/>
        <w:t>D. 几周</w:t>
        <w:br/>
        <w:br/>
        <w:t>8. 以下哪种行为可以有效预防流感？</w:t>
        <w:br/>
        <w:br/>
        <w:t>A. 定期开窗通风</w:t>
        <w:br/>
        <w:br/>
        <w:t>B. 长时间佩戴口罩</w:t>
        <w:br/>
        <w:br/>
        <w:t>C. 避免去人群密集场所</w:t>
        <w:br/>
        <w:br/>
        <w:t>D. 以上都是</w:t>
        <w:br/>
        <w:br/>
        <w:t>9. 流感抗病毒药物的最佳使用时间是？</w:t>
        <w:br/>
        <w:br/>
        <w:t>A. 出现症状后24小时内</w:t>
        <w:br/>
        <w:br/>
        <w:t>B. 出现症状后48小时内</w:t>
        <w:br/>
        <w:br/>
        <w:t>C. 出现症状后72小时内</w:t>
        <w:br/>
        <w:br/>
        <w:t>D. 出现症状后1周内</w:t>
        <w:br/>
        <w:br/>
        <w:t>10. 2025年流感疫苗包含几种病毒株？</w:t>
        <w:br/>
        <w:br/>
        <w:t>A. 1种</w:t>
        <w:br/>
        <w:br/>
        <w:t>B. 2种</w:t>
        <w:br/>
        <w:br/>
        <w:t>C. 3种</w:t>
        <w:br/>
        <w:br/>
        <w:t>D. 4种</w:t>
        <w:br/>
        <w:br/>
        <w:t xml:space="preserve"> 二、填空题（每题2分，共12分）</w:t>
        <w:br/>
        <w:br/>
        <w:t>1. 流感病毒根据其核蛋白和基质蛋白抗原性的不同，可分为______、______和______三型。</w:t>
        <w:br/>
        <w:br/>
        <w:t>2. 2025年推荐的流感疫苗接种对象包括______岁以上老年人、______岁以下儿童、孕妇以及有慢性基础疾病的人群。</w:t>
        <w:br/>
        <w:br/>
        <w:t>3. 流感患者通常在症状出现后的______天内具有传染性。</w:t>
        <w:br/>
        <w:br/>
        <w:t>4. 预防流感最有效的非药物干预措施是______和______。</w:t>
        <w:br/>
        <w:br/>
        <w:t>5. 2025年流感季节，医疗机构推荐的口罩类型是______。</w:t>
        <w:br/>
        <w:br/>
        <w:t>6. 流感病毒对______和______敏感，常用这些消毒剂进行环境消毒。</w:t>
        <w:br/>
        <w:br/>
        <w:t xml:space="preserve"> 三、判断题（每题2分，共12分）</w:t>
        <w:br/>
        <w:br/>
        <w:t>1. 流感和普通感冒都是由病毒引起的，症状和治疗方法基本相同。（ ）</w:t>
        <w:br/>
        <w:br/>
        <w:t>2. 接种流感疫苗后可以立即获得免疫保护。（ ）</w:t>
        <w:br/>
        <w:br/>
        <w:t>3. 流感病毒主要通过空气中的飞沫传播，也可以通过接触被污染的物体表面后触摸口、鼻、眼而感染。（ ）</w:t>
        <w:br/>
        <w:br/>
        <w:t>4. 服用抗生素可以有效治疗流感。（ ）</w:t>
        <w:br/>
        <w:br/>
        <w:t>5. 流感疫苗每年都需要接种，因为流感病毒容易发生变异。（ ）</w:t>
        <w:br/>
        <w:br/>
        <w:t>6. 儿童感染流感后通常症状较轻，不需要特别关注。（ ）</w:t>
        <w:br/>
        <w:br/>
        <w:t xml:space="preserve"> 四、多项选择题（每题2分，共4分）</w:t>
        <w:br/>
        <w:br/>
        <w:t>1. 以下哪些人群感染流感后更容易发展为重症？（ ）</w:t>
        <w:br/>
        <w:br/>
        <w:t>A. 65岁及以上老年人</w:t>
        <w:br/>
        <w:br/>
        <w:t>B. 5岁以下儿童</w:t>
        <w:br/>
        <w:br/>
        <w:t>C. 孕妇</w:t>
        <w:br/>
        <w:br/>
        <w:t>D. 肥胖人群</w:t>
        <w:br/>
        <w:br/>
        <w:t>E. 哮喘患者</w:t>
        <w:br/>
        <w:br/>
        <w:t>2. 以下哪些措施可以有效预防流感？（ ）</w:t>
        <w:br/>
        <w:br/>
        <w:t>A. 接种流感疫苗</w:t>
        <w:br/>
        <w:br/>
        <w:t>B. 勤洗手</w:t>
        <w:br/>
        <w:br/>
        <w:t>C. 避免用手触摸口鼻眼</w:t>
        <w:br/>
        <w:br/>
        <w:t>D. 定期开窗通风</w:t>
        <w:br/>
        <w:br/>
        <w:t>E. 咳嗽或打喷嚏时用纸巾或肘部遮挡口鼻</w:t>
        <w:br/>
        <w:br/>
        <w:t xml:space="preserve"> 五、简答题（每题5分，共10分）</w:t>
        <w:br/>
        <w:br/>
        <w:t>1. 简述流感疫苗接种的禁忌人群有哪些？</w:t>
        <w:br/>
        <w:br/>
        <w:t>2. 请简述2025年流感季节的个人防护措施。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解析：流感是由流感病毒引起的急性呼吸道传染病，不是由细菌、真菌或寄生虫引起的。流感病毒属于正黏病毒科，分为甲、乙、丙三型。</w:t>
        <w:br/>
        <w:br/>
        <w:t>2. 答案：C</w:t>
        <w:br/>
        <w:br/>
        <w:t>解析：根据世界卫生组织2025年的建议，最佳流感疫苗接种时间是9-10月，这样可以确保在流感季节开始前获得足够的免疫保护。</w:t>
        <w:br/>
        <w:br/>
        <w:t>3. 答案：C</w:t>
        <w:br/>
        <w:br/>
        <w:t>解析：流感的典型症状包括高热、咳嗽、肌肉酸痛、头痛、乏力等，通常不包括腹泻。腹泻可能是其他呼吸道感染或胃肠道感染的常见症状。</w:t>
        <w:br/>
        <w:br/>
        <w:t>4. 答案：C</w:t>
        <w:br/>
        <w:br/>
        <w:t>解析：流感病毒主要通过飞沫传播，当感染者咳嗽、打喷嚏或说话时，会产生含有病毒的飞沫，被他人吸入后可能导致感染。也可以通过接触被病毒污染的物体表面后触摸口、鼻、眼而感染。</w:t>
        <w:br/>
        <w:br/>
        <w:t>5. 答案：C</w:t>
        <w:br/>
        <w:br/>
        <w:t>解析：孕妇感染流感后更容易发展为重症，因为妊娠期间免疫系统发生改变，心肺负担增加，可能导致严重的并发症，如肺炎。</w:t>
        <w:br/>
        <w:br/>
        <w:t>6. 答案：B</w:t>
        <w:br/>
        <w:br/>
        <w:t>解析：2025年流感季节，医疗机构推荐使用含酒精的洗手液进行手部卫生，因为酒精可以有效灭活流感病毒。普通肥皂和清水虽然也能去除部分病毒，但效果不如含酒精的洗手液。</w:t>
        <w:br/>
        <w:br/>
        <w:t>7. 答案：B</w:t>
        <w:br/>
        <w:br/>
        <w:t>解析：流感病毒在物体表面可存活数小时，具体时间取决于环境条件。在光滑表面如不锈钢和塑料上，病毒可存活24-48小时；在纸巾等多孔表面存活时间较短。</w:t>
        <w:br/>
        <w:br/>
        <w:t>8. 答案：D</w:t>
        <w:br/>
        <w:br/>
        <w:t>解析：定期开窗通风、长时间佩戴口罩、避免去人群密集场所都是预防流感的有效措施。综合采取多种防护措施可以更有效地预防流感。</w:t>
        <w:br/>
        <w:br/>
        <w:t>9. 答案：B</w:t>
        <w:br/>
        <w:br/>
        <w:t>解析：流感抗病毒药物的最佳使用时间是出现症状后48小时内，越早使用效果越好。超过48小时使用，虽然仍有一定效果，但预防并发症的效果会降低。</w:t>
        <w:br/>
        <w:br/>
        <w:t>10. 答案：D</w:t>
        <w:br/>
        <w:br/>
        <w:t>解析：2025年流感疫苗通常包含4种病毒株：两种甲型流感病毒(H1N1和H3N2)和两种乙型流感病毒。这种四价疫苗可以提供更广泛的保护。</w:t>
        <w:br/>
        <w:br/>
        <w:t xml:space="preserve"> 二、填空题</w:t>
        <w:br/>
        <w:br/>
        <w:t>1. 答案：甲型、乙型、丙型</w:t>
        <w:br/>
        <w:br/>
        <w:t>解析：流感病毒根据其核蛋白和基质蛋白抗原性的不同，可分为甲(A)、乙(B)、丙(C)三型。其中甲型流感病毒抗原性变异最频繁，容易引起大流行；乙型变异较慢，引起局部流行；丙型一般只引起轻微症状。</w:t>
        <w:br/>
        <w:br/>
        <w:t>2. 答案：65、6</w:t>
        <w:br/>
        <w:br/>
        <w:t>解析：2025年推荐的流感疫苗接种对象包括65岁及以上老年人、6个月至5岁儿童、孕妇以及有慢性基础疾病的人群。这些人群感染流感后更容易发展为重症。</w:t>
        <w:br/>
        <w:br/>
        <w:t>3. 答案：1-7</w:t>
        <w:br/>
        <w:br/>
        <w:t>解析：流感患者通常在症状出现后的1-7天内具有传染性，成人的传染期一般为5-7天，儿童可能更长，可达10天以上。</w:t>
        <w:br/>
        <w:br/>
        <w:t>4. 答案：勤洗手、避免用手触摸口鼻眼</w:t>
        <w:br/>
        <w:br/>
        <w:t>解析：预防流感最有效的非药物干预措施是勤洗手和避免用手触摸口鼻眼。这些措施可以减少病毒通过接触传播的风险。</w:t>
        <w:br/>
        <w:br/>
        <w:t>5. 答案：医用外科口罩或N95口罩</w:t>
        <w:br/>
        <w:br/>
        <w:t>解析：2025年流感季节，医疗机构推荐的口罩类型是医用外科口罩或N95口罩。这些口罩可以有效阻挡飞沫传播的流感病毒。</w:t>
        <w:br/>
        <w:br/>
        <w:t>6. 答案：含氯消毒剂、75%酒精</w:t>
        <w:br/>
        <w:br/>
        <w:t>解析：流感病毒对含氯消毒剂和75%酒精敏感，常用这些消毒剂进行环境消毒。含氯消毒剂如漂白稀释液，75%酒精可以有效灭活流感病毒。</w:t>
        <w:br/>
        <w:br/>
        <w:t xml:space="preserve"> 三、判断题</w:t>
        <w:br/>
        <w:br/>
        <w:t>1. 答案：×</w:t>
        <w:br/>
        <w:br/>
        <w:t>解析：流感和普通感冒虽然都是呼吸道疾病，但由不同病毒引起，症状严重程度和并发症风险不同。流感通常症状更严重，包括高热、全身酸痛等，且并发症风险更高。</w:t>
        <w:br/>
        <w:br/>
        <w:t>2. 答案：×</w:t>
        <w:br/>
        <w:br/>
        <w:t>解析：接种流感疫苗后通常需要2-4周才能获得充分的免疫保护，不是立即获得。因此，建议在流感季节开始前接种。</w:t>
        <w:br/>
        <w:br/>
        <w:t>3. 答案：√</w:t>
        <w:br/>
        <w:br/>
        <w:t>解析：流感病毒主要通过空气中的飞沫传播，当感染者咳嗽、打喷嚏或说话时，会产生含有病毒的飞沫，被他人吸入后可能导致感染。也可以通过接触被病毒污染的物体表面后触摸口、鼻、眼而感染。</w:t>
        <w:br/>
        <w:br/>
        <w:t>4. 答案：×</w:t>
        <w:br/>
        <w:br/>
        <w:t>解析：抗生素对病毒无效，流感是由病毒引起的，因此服用抗生素不能治疗流感。抗生素仅对细菌感染有效，只有在流感继发细菌感染时才需要使用。</w:t>
        <w:br/>
        <w:br/>
        <w:t>5. 答案：√</w:t>
        <w:br/>
        <w:br/>
        <w:t>解析：流感病毒容易发生抗原漂移和抗原转变，导致疫苗株与流行株不匹配，因此流感疫苗每年都需要接种，以应对不断变化的病毒株。</w:t>
        <w:br/>
        <w:br/>
        <w:t>6. 答案：×</w:t>
        <w:br/>
        <w:br/>
        <w:t>解析：儿童感染流感后症状可能较重，尤其是5岁以下儿童，更容易出现并发症如肺炎、中耳炎等，需要特别关注和及时就医。</w:t>
        <w:br/>
        <w:br/>
        <w:t xml:space="preserve"> 四、多项选择题</w:t>
        <w:br/>
        <w:br/>
        <w:t>1. 答案：ABCDE</w:t>
        <w:br/>
        <w:br/>
        <w:t>解析：65岁及以上老年人、5岁以下儿童（尤其是2岁以下）、孕妇、肥胖人群（BMI≥30）以及患有慢性基础疾病（如哮喘、心脏病、糖尿病等）的人群感染流感后更容易发展为重症，需要特别关注。</w:t>
        <w:br/>
        <w:br/>
        <w:t>2. 答案：ABCDE</w:t>
        <w:br/>
        <w:br/>
        <w:t>解析：接种流感疫苗、勤洗手、避免用手触摸口鼻眼、定期开窗通风、咳嗽或打喷嚏时用纸巾或肘部遮挡口鼻都是预防流感的有效措施。综合采取多种防护措施可以更有效地预防流感。</w:t>
        <w:br/>
        <w:br/>
        <w:t xml:space="preserve"> 五、简答题</w:t>
        <w:br/>
        <w:br/>
        <w:t>1. 答案：</w:t>
        <w:br/>
        <w:br/>
        <w:t>流感疫苗接种的禁忌人群包括：</w:t>
        <w:br/>
        <w:br/>
        <w:t>(1) 对疫苗成分严重过敏者；</w:t>
        <w:br/>
        <w:br/>
        <w:t>(2) 有严重过敏史者；</w:t>
        <w:br/>
        <w:br/>
        <w:t>(3) 患有急性发热性疾病者，应待症状消退后再接种；</w:t>
        <w:br/>
        <w:br/>
        <w:t>(4) 有吉兰-巴雷综合征病史者，需谨慎评估；</w:t>
        <w:br/>
        <w:br/>
        <w:t>(5) 严重免疫功能低下者，可能无法产生足够的免疫应答。</w:t>
        <w:br/>
        <w:br/>
        <w:t>解析：流感疫苗虽然安全有效，但并非所有人都适合接种。对疫苗成分严重过敏者接种后可能发生严重过敏反应；急性发热性疾病患者应待症状消退后再接种，以免加重病情；吉兰-巴雷综合征患者接种流感疫苗后可能增加复发风险；严重免疫功能低下者可能无法产生足够的免疫应答，需要医生评估后决定是否接种。</w:t>
        <w:br/>
        <w:br/>
        <w:t>2. 答案：</w:t>
        <w:br/>
        <w:br/>
        <w:t>2025年流感季节的个人防护措施包括：</w:t>
        <w:br/>
        <w:br/>
        <w:t>(1) 接种流感疫苗，尤其是高危人群；</w:t>
        <w:br/>
        <w:br/>
        <w:t>(2) 勤洗手，使用肥皂和流动水或含酒精的洗手液；</w:t>
        <w:br/>
        <w:br/>
        <w:t>(3) 避免用手触摸口、鼻、眼；</w:t>
        <w:br/>
        <w:br/>
        <w:t>(4) 在人群密集场所或医疗机构佩戴口罩；</w:t>
        <w:br/>
        <w:br/>
        <w:t>(5) 咳嗽或打喷嚏时用纸巾或肘部遮挡口鼻；</w:t>
        <w:br/>
        <w:br/>
        <w:t>(6) 定期开窗通风，保持室内空气流通；</w:t>
        <w:br/>
        <w:br/>
        <w:t>(7) 避免与有呼吸道症状者密切接触；</w:t>
        <w:br/>
        <w:br/>
        <w:t>(8) 保持健康生活方式，均衡饮食，充足睡眠，适度锻炼；</w:t>
        <w:br/>
        <w:br/>
        <w:t>(9) 如出现流感症状，及时就医并居家休息，避免传染他人。</w:t>
        <w:br/>
        <w:br/>
        <w:t>解析：个人防护是预防流感的重要措施。接种流感疫苗是最有效的预防手段；良好的手卫生可以减少病毒传播；佩戴口罩可以阻挡飞沫传播；保持社交距离和避免与感染者接触可以减少感染机会；健康生活方式有助于增强免疫力；出现症状及时就医可以早期治疗并防止传播。综合采取这些措施可以有效地预防流感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