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2025年电气规程规范试题及答案</w:t>
      </w:r>
    </w:p>
    <w:p>
      <w:r>
        <w:br/>
        <w:t xml:space="preserve"> 一、单项选择题（每题2分，共20分）</w:t>
        <w:br/>
        <w:br/>
        <w:t>1. 根据《电气装置安装工程接地装置施工及验收规范》，接地装置的接地电阻值应符合设计要求，当设计无规定时，一般不大于（ ）欧姆。</w:t>
        <w:br/>
        <w:br/>
        <w:t>A. 1</w:t>
        <w:br/>
        <w:br/>
        <w:t>B. 4</w:t>
        <w:br/>
        <w:br/>
        <w:t>C. 10</w:t>
        <w:br/>
        <w:br/>
        <w:t>D. 30</w:t>
        <w:br/>
        <w:br/>
        <w:t>2. 电气设备在正常运行时，其外壳应采取（ ）措施。</w:t>
        <w:br/>
        <w:br/>
        <w:t>A. 不接地</w:t>
        <w:br/>
        <w:br/>
        <w:t>B. 保护接地</w:t>
        <w:br/>
        <w:br/>
        <w:t>C. 工作接地</w:t>
        <w:br/>
        <w:br/>
        <w:t>D. 防雷接地</w:t>
        <w:br/>
        <w:br/>
        <w:t>3. 根据《低压配电设计规范》，当采用TN-S系统时，PE线与N线的关系是（ ）。</w:t>
        <w:br/>
        <w:br/>
        <w:t>A. PE线与N线合并</w:t>
        <w:br/>
        <w:br/>
        <w:t>B. PE线与N线在变压器处合并</w:t>
        <w:br/>
        <w:br/>
        <w:t>C. PE线与N线全程分开</w:t>
        <w:br/>
        <w:br/>
        <w:t>D. PE线与N线可根据实际情况决定是否合并</w:t>
        <w:br/>
        <w:br/>
        <w:t>4. 电气火灾监控系统中的剩余电流动作保护器（RCD）的动作电流值一般不应超过（ ）mA。</w:t>
        <w:br/>
        <w:br/>
        <w:t>A. 10</w:t>
        <w:br/>
        <w:br/>
        <w:t>B. 30</w:t>
        <w:br/>
        <w:br/>
        <w:t>C. 100</w:t>
        <w:br/>
        <w:br/>
        <w:t>D. 300</w:t>
        <w:br/>
        <w:br/>
        <w:t>5. 根据《建筑物防雷设计规范》，第二类防雷建筑物每根引下线的冲击接地电阻不应大于（ ）欧姆。</w:t>
        <w:br/>
        <w:br/>
        <w:t>A. 5</w:t>
        <w:br/>
        <w:br/>
        <w:t>B. 10</w:t>
        <w:br/>
        <w:br/>
        <w:t>C. 20</w:t>
        <w:br/>
        <w:br/>
        <w:t>D. 30</w:t>
        <w:br/>
        <w:br/>
        <w:t>6. 电气装置中，保护接地的接地电阻值一般要求不大于（ ）欧姆。</w:t>
        <w:br/>
        <w:br/>
        <w:t>A. 1</w:t>
        <w:br/>
        <w:br/>
        <w:t>B. 4</w:t>
        <w:br/>
        <w:br/>
        <w:t>C. 10</w:t>
        <w:br/>
        <w:br/>
        <w:t>D. 30</w:t>
        <w:br/>
        <w:br/>
        <w:t>7. 根据《爆炸危险环境电力装置设计规范》，在爆炸危险区域1区内，电缆线路应采用（ ）。</w:t>
        <w:br/>
        <w:br/>
        <w:t>A. 铠装电缆</w:t>
        <w:br/>
        <w:br/>
        <w:t>B. 非铠装电缆</w:t>
        <w:br/>
        <w:br/>
        <w:t>C. 橡皮绝缘电缆</w:t>
        <w:br/>
        <w:br/>
        <w:t>D. 塑料绝缘电缆</w:t>
        <w:br/>
        <w:br/>
        <w:t>8. 电气设备绝缘电阻的测量周期一般为（ ）。</w:t>
        <w:br/>
        <w:br/>
        <w:t>A. 每月一次</w:t>
        <w:br/>
        <w:br/>
        <w:t>B. 每季度一次</w:t>
        <w:br/>
        <w:br/>
        <w:t>C. 每半年一次</w:t>
        <w:br/>
        <w:br/>
        <w:t>D. 每年一次</w:t>
        <w:br/>
        <w:br/>
        <w:t>9. 根据《电力工程电缆设计标准》，直埋电缆与一般建筑物基础平行敷设时的最小净距应为（ ）米。</w:t>
        <w:br/>
        <w:br/>
        <w:t>A. 0.5</w:t>
        <w:br/>
        <w:br/>
        <w:t>B. 1.0</w:t>
        <w:br/>
        <w:br/>
        <w:t>C. 1.5</w:t>
        <w:br/>
        <w:br/>
        <w:t>D. 2.0</w:t>
        <w:br/>
        <w:br/>
        <w:t>10. 电气安全用具中，绝缘手套的耐压试验周期为（ ）。</w:t>
        <w:br/>
        <w:br/>
        <w:t>A. 3个月</w:t>
        <w:br/>
        <w:br/>
        <w:t>B. 6个月</w:t>
        <w:br/>
        <w:br/>
        <w:t>C. 12个月</w:t>
        <w:br/>
        <w:br/>
        <w:t>D. 24个月</w:t>
        <w:br/>
        <w:br/>
        <w:t xml:space="preserve"> 二、填空题（每题2分，共10分）</w:t>
        <w:br/>
        <w:br/>
        <w:t>1. 根据《建筑电气工程施工质量验收规范》，接地装置的焊接应采用搭接焊，搭接长度应为圆钢直径的________倍。</w:t>
        <w:br/>
        <w:br/>
        <w:t>2. 电气设备正常运行时，其外壳应采取________措施，以防止人员触电。</w:t>
        <w:br/>
        <w:br/>
        <w:t>3. 根据《低压配电设计规范》，TN-S系统中，PE线上________装设开关或熔断器。</w:t>
        <w:br/>
        <w:br/>
        <w:t>4. 电气火灾监控系统的基本功能包括故障报警、________和________。</w:t>
        <w:br/>
        <w:br/>
        <w:t>5. 根据《建筑物防雷设计规范》，防直击雷装置由接闪器、引下线和________三部分组成。</w:t>
        <w:br/>
        <w:br/>
        <w:t xml:space="preserve"> 三、判断题（每题2分，共10分）</w:t>
        <w:br/>
        <w:br/>
        <w:t>1. 在TN-S系统中，PE线和N线可以在建筑物入口处合并后再分开。（ ）</w:t>
        <w:br/>
        <w:br/>
        <w:t>2. 电气设备绝缘电阻值越高，说明设备的绝缘性能越好。（ ）</w:t>
        <w:br/>
        <w:br/>
        <w:t>3. 根据《爆炸危险环境电力装置设计规范》，在爆炸危险区域2区内，可以采用塑料护套电缆。（ ）</w:t>
        <w:br/>
        <w:br/>
        <w:t>4. 电气设备接地电阻值越小，说明接地效果越好。（ ）</w:t>
        <w:br/>
        <w:br/>
        <w:t>5. 根据《电力工程电缆设计标准》，电缆与热力管道平行敷设时的最小净距应为2米。（ ）</w:t>
        <w:br/>
        <w:br/>
        <w:t xml:space="preserve"> 四、多项选择题（每题2分，共4分）</w:t>
        <w:br/>
        <w:br/>
        <w:t>1. 根据《建筑电气工程施工质量验收规范》，下列哪些属于接地装置分项工程的主控项目？（ ）</w:t>
        <w:br/>
        <w:br/>
        <w:t>A. 接地装置的材质和规格</w:t>
        <w:br/>
        <w:br/>
        <w:t>B. 接地装置的连接</w:t>
        <w:br/>
        <w:br/>
        <w:t>C. 接地电阻值</w:t>
        <w:br/>
        <w:br/>
        <w:t>D. 接地装置的埋设深度</w:t>
        <w:br/>
        <w:br/>
        <w:t>2. 下列哪些措施可以有效预防电气火灾？（ ）</w:t>
        <w:br/>
        <w:br/>
        <w:t>A. 安装剩余电流动作保护器</w:t>
        <w:br/>
        <w:br/>
        <w:t>B. 定期检查电气设备绝缘状况</w:t>
        <w:br/>
        <w:br/>
        <w:t>C. 电气线路过载保护</w:t>
        <w:br/>
        <w:br/>
        <w:t>D. 使用大功率电器时不需要特别关注线路容量</w:t>
        <w:br/>
        <w:br/>
        <w:t xml:space="preserve"> 五、简答题（每题5分，共10分）</w:t>
        <w:br/>
        <w:br/>
        <w:t>1. 简述TN-S系统的特点及其适用场所。</w:t>
        <w:br/>
        <w:br/>
        <w:t>2. 简述电气设备接地电阻测试的注意事项。</w:t>
        <w:br/>
        <w:br/>
        <w:t xml:space="preserve"> 参考答案及解析</w:t>
        <w:br/>
        <w:br/>
        <w:t xml:space="preserve"> 一、单项选择题</w:t>
        <w:br/>
        <w:br/>
        <w:t>1. B</w:t>
        <w:br/>
        <w:br/>
        <w:t>解析：根据《电气装置安装工程接地装置施工及验收规范》规定，接地装置的接地电阻值应符合设计要求，当设计无规定时，一般不大于4欧姆。这是为了保证人身安全和设备正常运行的基本要求。</w:t>
        <w:br/>
        <w:br/>
        <w:t>2. B</w:t>
        <w:br/>
        <w:br/>
        <w:t>解析：电气设备在正常运行时，其外壳应采取保护接地措施。保护接地是将电气设备不带电的金属部分与接地装置连接，当设备发生绝缘损坏导致外壳带电时，通过接地装置将电流导入大地，防止人员触电。</w:t>
        <w:br/>
        <w:br/>
        <w:t>3. C</w:t>
        <w:br/>
        <w:br/>
        <w:t>解析：根据《低压配电设计规范》，当采用TN-S系统时，PE线（保护地线）与N线（中性线）全程分开。这种系统的特点是PE线和N线在变压器处分开后，在整个系统中不再有任何电气连接，能够有效避免中性线电位波动对接地系统的影响，提高安全性。</w:t>
        <w:br/>
        <w:br/>
        <w:t>4. B</w:t>
        <w:br/>
        <w:br/>
        <w:t>解析：根据《电气火灾监控系统设计规范》，剩余电流动作保护器（RCD）的动作电流值一般不应超过30mA。这是因为人体能够安全承受的电流约为30mA，超过此值可能导致心室颤动甚至死亡。</w:t>
        <w:br/>
        <w:br/>
        <w:t>5. B</w:t>
        <w:br/>
        <w:br/>
        <w:t>解析：根据《建筑物防雷设计规范》，第二类防雷建筑物每根引下线的冲击接地电阻不应大于10欧姆。这是为了确保雷电流能够安全导入大地，减少雷击对建筑物和设备的损害。</w:t>
        <w:br/>
        <w:br/>
        <w:t>6. B</w:t>
        <w:br/>
        <w:br/>
        <w:t>解析：根据《电气装置安装工程接地装置施工及验收规范》，电气装置中保护接地的接地电阻值一般要求不大于4欧姆。这是为了保证在发生接地故障时，保护装置能够可靠动作，切断电源，保障人身安全。</w:t>
        <w:br/>
        <w:br/>
        <w:t>7. A</w:t>
        <w:br/>
        <w:br/>
        <w:t>解析：根据《爆炸危险环境电力装置设计规范》，在爆炸危险区域1区内，电缆线路应采用铠装电缆。铠装电缆具有更好的机械强度和防爆性能，能够在恶劣环境中保证电力系统的安全运行。</w:t>
        <w:br/>
        <w:br/>
        <w:t>8. B</w:t>
        <w:br/>
        <w:br/>
        <w:t>解析：根据《电气装置安装工程电气设备交接试验标准》，电气设备绝缘电阻的测量周期一般为每季度一次。定期测量绝缘电阻可以及时发现设备绝缘性能的变化，预防绝缘故障的发生。</w:t>
        <w:br/>
        <w:br/>
        <w:t>9. B</w:t>
        <w:br/>
        <w:br/>
        <w:t>解析：根据《电力工程电缆设计标准》，直埋电缆与一般建筑物基础平行敷设时的最小净距应为1.0米。这是为了防止建筑物基础对电缆造成机械损伤和电磁干扰。</w:t>
        <w:br/>
        <w:br/>
        <w:t>10. B</w:t>
        <w:br/>
        <w:br/>
        <w:t>解析：根据《电力安全工作规程》，电气安全用具中，绝缘手套的耐压试验周期为6个月。定期进行耐压试验可以确保绝缘手套的绝缘性能符合要求，保障作业人员的安全。</w:t>
        <w:br/>
        <w:br/>
        <w:t xml:space="preserve"> 二、填空题</w:t>
        <w:br/>
        <w:br/>
        <w:t>1. 6</w:t>
        <w:br/>
        <w:br/>
        <w:t>解析：根据《建筑电气工程施工质量验收规范》，接地装置的焊接应采用搭接焊，圆钢的搭接长度应为直径的6倍，扁钢应为宽度的2倍，且至少有三个棱边焊接。这是为了保证接地装置连接的可靠性和导电性能。</w:t>
        <w:br/>
        <w:br/>
        <w:t>2. 保护接地</w:t>
        <w:br/>
        <w:br/>
        <w:t>解析：电气设备正常运行时，其外壳应采取保护接地措施。保护接地是将电气设备不带电的金属部分与接地装置连接，当设备发生绝缘损坏导致外壳带电时，通过接地装置将电流导入大地，防止人员触电。</w:t>
        <w:br/>
        <w:br/>
        <w:t>3. 不得</w:t>
        <w:br/>
        <w:br/>
        <w:t>解析：根据《低压配电设计规范》，TN-S系统中，PE线上不得装设开关或熔断器。这是为了保证PE线的连续性和可靠性，确保在发生接地故障时，保护装置能够可靠动作，切断电源。</w:t>
        <w:br/>
        <w:br/>
        <w:t>4. 故障定位、信息记录</w:t>
        <w:br/>
        <w:br/>
        <w:t>解析：电气火灾监控系统的基本功能包括故障报警、故障定位和信息记录。这些功能可以帮助及时发现电气火灾隐患，准确判断故障位置，并记录相关数据，为事故分析和预防提供依据。</w:t>
        <w:br/>
        <w:br/>
        <w:t>5. 接地装置</w:t>
        <w:br/>
        <w:br/>
        <w:t>解析：根据《建筑物防雷设计规范》，防直击雷装置由接闪器、引下线和接地装置三部分组成。接闪器用于拦截雷电流，引下线用于传导雷电流，接地装置将雷电流安全导入大地。</w:t>
        <w:br/>
        <w:br/>
        <w:t xml:space="preserve"> 三、判断题</w:t>
        <w:br/>
        <w:br/>
        <w:t>1. ×</w:t>
        <w:br/>
        <w:br/>
        <w:t>解析：在TN-S系统中，PE线和N线全程不得有任何电气连接，包括在建筑物入口处。这是TN-S系统的基本特点，也是其安全性的重要保障。如果PE线和N线合并，会导致系统失去TN-S系统的优势，降低安全性。</w:t>
        <w:br/>
        <w:br/>
        <w:t>2. √</w:t>
        <w:br/>
        <w:br/>
        <w:t>解析：电气设备绝缘电阻值越高，说明设备的绝缘性能越好。绝缘电阻是衡量电气设备绝缘性能的重要指标，通常用兆欧表测量。绝缘电阻值越高，表示绝缘材料对电流的阻碍能力越强，绝缘性能越好。</w:t>
        <w:br/>
        <w:br/>
        <w:t>3. √</w:t>
        <w:br/>
        <w:br/>
        <w:t>解析：根据《爆炸危险环境电力装置设计规范》，在爆炸危险区域2区内，可以采用塑料护套电缆。2区为爆炸危险程度较低的区域，塑料护套电缆在此区域使用是符合规范要求的。但在1区等更危险的区域，则需要采用铠装电缆等更高级别的防护措施。</w:t>
        <w:br/>
        <w:br/>
        <w:t>4. √</w:t>
        <w:br/>
        <w:br/>
        <w:t>解析：电气设备接地电阻值越小，说明接地效果越好。接地电阻是衡量接地装置性能的重要指标，接地电阻值越小，表示接地装置对电流的阻碍能力越小，接地效果越好，能够更有效地将故障电流导入大地，保障人身和设备安全。</w:t>
        <w:br/>
        <w:br/>
        <w:t>5. ×</w:t>
        <w:br/>
        <w:br/>
        <w:t>解析：根据《电力工程电缆设计标准》，电缆与热力管道平行敷设时的最小净距应为2米，但当采取隔热措施后，净距可适当减小。因此，题目中的说法不够准确，缺少了"当采取隔热措施后"这一条件。</w:t>
        <w:br/>
        <w:br/>
        <w:t xml:space="preserve"> 四、多项选择题</w:t>
        <w:br/>
        <w:br/>
        <w:t>1. ABC</w:t>
        <w:br/>
        <w:br/>
        <w:t>解析：根据《建筑电气工程施工质量验收规范》，接地装置分项工程的主控项目包括：接地装置的材质和规格、接地装置的连接、接地电阻值。这些项目直接关系到接地装置的安全性和可靠性，必须严格控制。而接地装置的埋设深度属于一般项目，虽然也有要求，但不是主控项目。</w:t>
        <w:br/>
        <w:br/>
        <w:t>2. ABC</w:t>
        <w:br/>
        <w:br/>
        <w:t>解析：可以有效预防电气火灾的措施包括：安装剩余电流动作保护器（RCD）、定期检查电气设备绝缘状况、电气线路过载保护。这些措施能够及时发现电气隐患，防止因漏电、短路或过载导致的电气火灾。而"使用大功率电器时不需要特别关注线路容量"是错误的做法，可能会导致线路过载，增加电气火灾风险。</w:t>
        <w:br/>
        <w:br/>
        <w:t xml:space="preserve"> 五、简答题</w:t>
        <w:br/>
        <w:br/>
        <w:t>1. TN-S系统的特点及其适用场所：</w:t>
        <w:br/>
        <w:br/>
        <w:t>TN-S系统的特点：</w:t>
        <w:br/>
        <w:br/>
        <w:t>- PE线（保护地线）和N线（中性线）在整个系统中全程分开，没有任何电气连接</w:t>
        <w:br/>
        <w:br/>
        <w:t>- 设备外壳直接连接到PE线上，形成保护接零</w:t>
        <w:br/>
        <w:br/>
        <w:t>- 系统正常运行时，PE线上无电流通过，电位为零</w:t>
        <w:br/>
        <w:br/>
        <w:t>- 发生接地故障时，故障电流较大，保护装置能够可靠动作</w:t>
        <w:br/>
        <w:br/>
        <w:t>适用场所：</w:t>
        <w:br/>
        <w:br/>
        <w:t>- 医院、手术室等对安全性要求高的场所</w:t>
        <w:br/>
        <w:br/>
        <w:t>- 电子设备、计算机房等对电磁干扰敏感的场所</w:t>
        <w:br/>
        <w:br/>
        <w:t>- 重要公共建筑、高层建筑等人员密集场所</w:t>
        <w:br/>
        <w:br/>
        <w:t>- 有精密仪器的工业场所</w:t>
        <w:br/>
        <w:br/>
        <w:t>- 对供电可靠性要求较高的场所</w:t>
        <w:br/>
        <w:br/>
        <w:t>2. 电气设备接地电阻测试的注意事项：</w:t>
        <w:br/>
        <w:br/>
        <w:t>- 测试前应将被测设备断开电源，并确保设备已完全放电</w:t>
        <w:br/>
        <w:br/>
        <w:t>- 测试时应使用合格的接地电阻测试仪，并按照说明书正确操作</w:t>
        <w:br/>
        <w:br/>
        <w:t>- 测试电极应按照直线布置，电流极与被测接地装置的距离应为接地装置最长对角线的3-5倍，电压极位于两者中间</w:t>
        <w:br/>
        <w:br/>
        <w:t>- 测试时应避免在雨后或土壤湿度较大时进行，以免影响测试结果</w:t>
        <w:br/>
        <w:br/>
        <w:t>- 对于大型接地系统，应采用电流-电压法进行测试，以提高测试精度</w:t>
        <w:br/>
        <w:br/>
        <w:t>- 测试时应记录环境温度、土壤湿度等参数，以便对测试结果进行修正</w:t>
        <w:br/>
        <w:br/>
        <w:t>- 测试结果应与设计值或规范要求进行比较，判断是否合格</w:t>
        <w:br/>
        <w:br/>
        <w:t>- 测试完成后，应妥善保管测试记录，作为设备维护和管理的依据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