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黑体" w:hAnsi="黑体"/>
          <w:b/>
          <w:i w:val="0"/>
          <w:sz w:val="36"/>
        </w:rPr>
        <w:t>2024年演出经纪人之演出经纪实务真题</w:t>
      </w:r>
    </w:p>
    <w:p/>
    <w:p>
      <w:pPr>
        <w:jc w:val="center"/>
      </w:pPr>
      <w:r>
        <w:rPr>
          <w:rFonts w:ascii="黑体" w:hAnsi="黑体"/>
          <w:b/>
          <w:sz w:val="28"/>
        </w:rPr>
        <w:t>第一部分  单选题(300题)</w:t>
      </w:r>
    </w:p>
    <w:p>
      <w:r>
        <w:t>1、《阳光照耀着塔什库尔干》是根据歌曲《美丽的塔什库尔干》和笛子曲（   ）而创作的。</w:t>
        <w:br/>
        <w:t>A.《小牧牛》</w:t>
        <w:br/>
        <w:t>B.《黄莺亮翅》</w:t>
        <w:br/>
        <w:t>C.《牧民新歌》</w:t>
        <w:br/>
        <w:t>D.《帕米尔的春天》</w:t>
        <w:br/>
        <w:br/>
        <w:t xml:space="preserve">【答案】：D </w:t>
      </w:r>
    </w:p>
    <w:p>
      <w:r>
        <w:t>2、《俄勒克特拉》是以下哪位的作品（   ）</w:t>
        <w:br/>
        <w:t>A.阿里斯托芬</w:t>
        <w:br/>
        <w:t>B.索福克勒斯</w:t>
        <w:br/>
        <w:t>C.埃斯库罗斯</w:t>
        <w:br/>
        <w:t>D.欧里庇得斯</w:t>
        <w:br/>
        <w:br/>
        <w:t xml:space="preserve">【答案】：D </w:t>
      </w:r>
    </w:p>
    <w:p>
      <w:r>
        <w:t>3、演出合同的有关规定不包括（   　　）。</w:t>
        <w:br/>
        <w:t>A.仲裁和诉讼争议解决方式只能选择一种</w:t>
        <w:br/>
        <w:t>B.不可抗力可以滥用</w:t>
        <w:br/>
        <w:t>C.合同主体应具备一定的资质和授权</w:t>
        <w:br/>
        <w:t>D.合同当事人的主要权利义务与违约责任相对应</w:t>
        <w:br/>
        <w:br/>
        <w:t xml:space="preserve">【答案】：B </w:t>
      </w:r>
    </w:p>
    <w:p>
      <w:r>
        <w:t>4、被誉为“古典芭蕾之父”的法国芭蕾大师马里乌斯~彼季帕创作了（   ）部芭蕾舞剧。</w:t>
        <w:br/>
        <w:t>A.52</w:t>
        <w:br/>
        <w:t>B.53</w:t>
        <w:br/>
        <w:t>C.54</w:t>
        <w:br/>
        <w:t>D.55</w:t>
        <w:br/>
        <w:br/>
        <w:t xml:space="preserve">【答案】：B </w:t>
      </w:r>
    </w:p>
    <w:p>
      <w:r>
        <w:t>5、申请举办营业性涉外演出，应提交资金安排计划书和复印件，以下不属于该证明文件的是（   ）</w:t>
        <w:br/>
        <w:t>A.申请单位开户银行出具的法人存款证明</w:t>
        <w:br/>
        <w:t>B.银行等金融机构同意贷款的证明</w:t>
        <w:br/>
        <w:t>C.其他单位同意借款、赞助的证明</w:t>
        <w:br/>
        <w:t>D.其他单位出具的同意担保证明</w:t>
        <w:br/>
        <w:br/>
        <w:t xml:space="preserve">【答案】：D </w:t>
      </w:r>
    </w:p>
    <w:p>
      <w:r>
        <w:t>6、下面选项中哪个不属于十四个坚持内容?（　　）</w:t>
        <w:br/>
        <w:t>A.坚持党对一切工作的领导</w:t>
        <w:br/>
        <w:t>B.坚持全面建设小康社会</w:t>
        <w:br/>
        <w:t>C.坚持全面深化改革</w:t>
        <w:br/>
        <w:t>D.坚持新发展理念</w:t>
        <w:br/>
        <w:br/>
        <w:t xml:space="preserve">【答案】：B </w:t>
      </w:r>
    </w:p>
    <w:p>
      <w:r>
        <w:t>7、关于演出市场细分的描述，说法有误的是（   ）。</w:t>
        <w:br/>
        <w:t>A.宏观细分一般是对客户或买方数据的第一次删减；微观细分基于客户变量的更细微部分</w:t>
        <w:br/>
        <w:t>B.演出市场细分的主要内容有宏观细分和微观细分两种</w:t>
        <w:br/>
        <w:t>C.演出市场细分的作用是通过对演出市场的细分，进一步确定演出经营者未来主要经营的演出产品的方向及其在演出行业中的定位，并最终建立演出市场中独有的品牌</w:t>
        <w:br/>
        <w:t>D.市场细分是在特定产品或服务市场里，企业确认和分析有类似特征的买方子集的过程</w:t>
        <w:br/>
        <w:br/>
        <w:t xml:space="preserve">【答案】：B </w:t>
      </w:r>
    </w:p>
    <w:p>
      <w:r>
        <w:t>8、曹禺的话剧处女作是（   ）。</w:t>
        <w:br/>
        <w:t>A.《日出》</w:t>
        <w:br/>
        <w:t>B.《原野》</w:t>
        <w:br/>
        <w:t>C.《雷雨》</w:t>
        <w:br/>
        <w:t>D.《北京人》</w:t>
        <w:br/>
        <w:br/>
        <w:t xml:space="preserve">【答案】：C </w:t>
      </w:r>
    </w:p>
    <w:p>
      <w:r>
        <w:t>9、根据《著作权法》规定，下列选项中依照本法不享有著作权的是（   ）</w:t>
        <w:br/>
        <w:t>A.中国某作家在国外出版的小说</w:t>
        <w:br/>
        <w:t>B.外国某歌手在国外发行的作品</w:t>
        <w:br/>
        <w:t>C.某演出公司在中国创作的作品</w:t>
        <w:br/>
        <w:t>D.外国某作家在中国未发表的小说</w:t>
        <w:br/>
        <w:br/>
        <w:t xml:space="preserve">【答案】：D </w:t>
      </w:r>
    </w:p>
    <w:p>
      <w:r>
        <w:t>10、威尔第创作的《弄臣》剧情取自作家（   ）的小说。</w:t>
        <w:br/>
        <w:t>A.雨果</w:t>
        <w:br/>
        <w:t>B.大仲马</w:t>
        <w:br/>
        <w:t>C.乔治桑</w:t>
        <w:br/>
        <w:t>D.梅里美</w:t>
        <w:br/>
        <w:br/>
        <w:t xml:space="preserve">【答案】：A </w:t>
      </w:r>
    </w:p>
    <w:p>
      <w:r>
        <w:t>11、2013年文化部下发《文化部关于做好取消和下放营业性演出审批项目工作的通知》，通知要求：省级文化主管部门应当根据《营业性演出管理条例》及其《实施细则》的规定，自受理申请之日起（   ）内作出决定。</w:t>
        <w:br/>
        <w:t>A.10日</w:t>
        <w:br/>
        <w:t>B.20日</w:t>
        <w:br/>
        <w:t>C.30日</w:t>
        <w:br/>
        <w:t>D.40日</w:t>
        <w:br/>
        <w:br/>
        <w:t xml:space="preserve">【答案】：B </w:t>
      </w:r>
    </w:p>
    <w:p>
      <w:r>
        <w:t>12、鼓励各地探索对重点营业性演出门票销售实行（　　）管理。</w:t>
        <w:br/>
        <w:t>A.人工智能</w:t>
        <w:br/>
        <w:t>B.计算机</w:t>
        <w:br/>
        <w:t>C.实名制</w:t>
        <w:br/>
        <w:t>D.网络化</w:t>
        <w:br/>
        <w:br/>
        <w:t xml:space="preserve">【答案】：C </w:t>
      </w:r>
    </w:p>
    <w:p>
      <w:r>
        <w:t>13、因违反《营业性演出管理条例》规定被文化主管部门吊销营业性演出许可证，或者被工商行政管理部门吊销营业执照或者责令变更登记的，自受到行政处罚之日起，当事人为单位的，其法定代表人、主要负责人（   ）年内不得担任文艺表演团体、演出经纪机构或者演出场所经营单位的法定代表人、主要负责人。</w:t>
        <w:br/>
        <w:t>A.1</w:t>
        <w:br/>
        <w:t>B.2</w:t>
        <w:br/>
        <w:t>C.3</w:t>
        <w:br/>
        <w:t>D.5</w:t>
        <w:br/>
        <w:br/>
        <w:t xml:space="preserve">【答案】：D </w:t>
      </w:r>
    </w:p>
    <w:p>
      <w:r>
        <w:t>14、根据《营业性演出管理条例》已经备案的演出场所经营单位可以在（   ）举办营业性演出</w:t>
        <w:br/>
        <w:t>A.任何演出场所</w:t>
        <w:br/>
        <w:t>B.合作的演出场所</w:t>
        <w:br/>
        <w:t>C.本单位经营的演出场所</w:t>
        <w:br/>
        <w:t>D.所在地县级范围内的演出场所</w:t>
        <w:br/>
        <w:br/>
        <w:t xml:space="preserve">【答案】：C </w:t>
      </w:r>
    </w:p>
    <w:p>
      <w:r>
        <w:t>15、坚定不移走中国特色社会主义法治道路，完善以（   ）为核心的中国特色社会主义法律体系。</w:t>
        <w:br/>
        <w:t>A.党的领导</w:t>
        <w:br/>
        <w:t>B.宪法</w:t>
        <w:br/>
        <w:t>C.制度建设</w:t>
        <w:br/>
        <w:t>D.强化立法</w:t>
        <w:br/>
        <w:br/>
        <w:t xml:space="preserve">【答案】：B </w:t>
      </w:r>
    </w:p>
    <w:p>
      <w:r>
        <w:t>16、以下舞蹈作品由戴爱莲编导的是（   ）。</w:t>
        <w:br/>
        <w:t>A.《飞天》</w:t>
        <w:br/>
        <w:t>B.《小刀会》</w:t>
        <w:br/>
        <w:t>C.《春江花月夜》</w:t>
        <w:br/>
        <w:t>D.《丝路花雨》</w:t>
        <w:br/>
        <w:br/>
        <w:t xml:space="preserve">【答案】：A </w:t>
      </w:r>
    </w:p>
    <w:p>
      <w:r>
        <w:t>17、演出项目的（   　　）包括确定目标观众群的构成、观众的数量、观众的审美偏好和消费习惯、观众购买意愿和实际购买力等。</w:t>
        <w:br/>
        <w:t>A.价值定位</w:t>
        <w:br/>
        <w:t>B.市场定位</w:t>
        <w:br/>
        <w:t>C.产品定位</w:t>
        <w:br/>
        <w:t>D.观众定位</w:t>
        <w:br/>
        <w:br/>
        <w:t xml:space="preserve">【答案】：D </w:t>
      </w:r>
    </w:p>
    <w:p>
      <w:r>
        <w:t>18、被称为曲圣的是哪位戏剧名家（   　　）</w:t>
        <w:br/>
        <w:t>A.关汉卿</w:t>
        <w:br/>
        <w:t>B.王实甫</w:t>
        <w:br/>
        <w:t>C.马致远</w:t>
        <w:br/>
        <w:t>D.汤显祖</w:t>
        <w:br/>
        <w:br/>
        <w:t xml:space="preserve">【答案】：A </w:t>
      </w:r>
    </w:p>
    <w:p>
      <w:r>
        <w:t>19、以下不属于京剧的四大名旦的表演艺术家是（   　　）。</w:t>
        <w:br/>
        <w:t>A.尚小云</w:t>
        <w:br/>
        <w:t>B.荀慧生</w:t>
        <w:br/>
        <w:t>C.程砚秋</w:t>
        <w:br/>
        <w:t>D.严凤英</w:t>
        <w:br/>
        <w:br/>
        <w:t xml:space="preserve">【答案】：D </w:t>
      </w:r>
    </w:p>
    <w:p>
      <w:r>
        <w:t>20、《睡美人》是（   ）经典舞蹈。</w:t>
        <w:br/>
        <w:t>A.当代芭蕾</w:t>
        <w:br/>
        <w:t>B.宫廷舞</w:t>
        <w:br/>
        <w:t>C.古典芭蕾</w:t>
        <w:br/>
        <w:t>D.现代芭蕾</w:t>
        <w:br/>
        <w:br/>
        <w:t xml:space="preserve">【答案】：C </w:t>
      </w:r>
    </w:p>
    <w:p>
      <w:r>
        <w:t>21、根据《营业性演出管理条例》，属于文化主管部门核验的文件是（   ）</w:t>
        <w:br/>
        <w:t>A.演出经纪人员资格证书换发</w:t>
        <w:br/>
        <w:t>B.演出主办单位营业性演出许可证</w:t>
        <w:br/>
        <w:t>C.舞台，看台搭建公司资质证明</w:t>
        <w:br/>
        <w:t>D.大型活动安全方案</w:t>
        <w:br/>
        <w:br/>
        <w:t xml:space="preserve">【答案】：B </w:t>
      </w:r>
    </w:p>
    <w:p>
      <w:r>
        <w:t>22、9月27日，我国在酒泉卫星发射中心用（   ）运载火箭，成功将吉林一号高分02D卫星发射升空。</w:t>
        <w:br/>
        <w:t>A.长征五号甲</w:t>
        <w:br/>
        <w:t>B.长征五号乙</w:t>
        <w:br/>
        <w:t>C.快舟一号甲</w:t>
        <w:br/>
        <w:t>D.快舟一号乙</w:t>
        <w:br/>
        <w:br/>
        <w:t xml:space="preserve">【答案】：C </w:t>
      </w:r>
    </w:p>
    <w:p>
      <w:r>
        <w:t>23、（   　　）是指不同国家和地区之间，在国际分工的条件下，按照一定的规则， 从事以经济、技术、信息、劳务和金融活动的总和。</w:t>
        <w:br/>
        <w:t>A.金融市场</w:t>
        <w:br/>
        <w:t>B.国际市场</w:t>
        <w:br/>
        <w:t>C.演出市场</w:t>
        <w:br/>
        <w:t>D.国内市场</w:t>
        <w:br/>
        <w:br/>
        <w:t xml:space="preserve">【答案】：B </w:t>
      </w:r>
    </w:p>
    <w:p>
      <w:r>
        <w:t>24、唱作念打的“作”是（   ）</w:t>
        <w:br/>
        <w:t>A.歌唱</w:t>
        <w:br/>
        <w:t>B.表演</w:t>
        <w:br/>
        <w:t>C.念白</w:t>
        <w:br/>
        <w:t>D.武功</w:t>
        <w:br/>
        <w:br/>
        <w:t xml:space="preserve">【答案】：B </w:t>
      </w:r>
    </w:p>
    <w:p>
      <w:r>
        <w:t>25、舞美主要功能是根据剧节目对舞台表演的（   ）进行设计制作</w:t>
        <w:br/>
        <w:t>A.灯光设备</w:t>
        <w:br/>
        <w:t>B.便用材料</w:t>
        <w:br/>
        <w:t>C.环境布景</w:t>
        <w:br/>
        <w:t>D.费用</w:t>
        <w:br/>
        <w:br/>
        <w:t xml:space="preserve">【答案】：C </w:t>
      </w:r>
    </w:p>
    <w:p>
      <w:r>
        <w:t>26、演出前应有风险预案。风险预案中应不包括（　　）</w:t>
        <w:br/>
        <w:t>A.防舞台机械意外坠落</w:t>
        <w:br/>
        <w:t>B.防火</w:t>
        <w:br/>
        <w:t>C.防滑</w:t>
        <w:br/>
        <w:t>D.防演职人员意外跌落</w:t>
        <w:br/>
        <w:br/>
        <w:t xml:space="preserve">【答案】：C </w:t>
      </w:r>
    </w:p>
    <w:p>
      <w:r>
        <w:t>27、以电子数据交换、电子邮件等方式能够有形地表现所载内容，并可以随时调取查用的数据电文，视为（　　）形式。</w:t>
        <w:br/>
        <w:t>A.口头</w:t>
        <w:br/>
        <w:t>B.书面</w:t>
        <w:br/>
        <w:t>C.其他</w:t>
        <w:br/>
        <w:t>D.以上均不是</w:t>
        <w:br/>
        <w:br/>
        <w:t xml:space="preserve">【答案】：B </w:t>
      </w:r>
    </w:p>
    <w:p>
      <w:r>
        <w:t>28、被公认为是中国新时期以来小剧场戏剧运动发端的小剧场话剧是（   ）</w:t>
        <w:br/>
        <w:t>A.北京人民艺术剧院上演的《绝对信号》</w:t>
        <w:br/>
        <w:t>B.上海青年话剧团演出的《母亲的歌》</w:t>
        <w:br/>
        <w:t>C.中国青年艺术剧院演出的《挂在墙上的老B.》</w:t>
        <w:br/>
        <w:t>D.哈尔滨话剧院的《人人都来夜总会》</w:t>
        <w:br/>
        <w:br/>
        <w:t xml:space="preserve">【答案】：A </w:t>
      </w:r>
    </w:p>
    <w:p>
      <w:r>
        <w:t>29、安全管理策划方案应不包括（　　）。</w:t>
        <w:br/>
        <w:t>A.举办场地曾经发生事故的应对方案</w:t>
        <w:br/>
        <w:t>B.规模与人流量控制方案</w:t>
        <w:br/>
        <w:t>C.舞台看台安全方案</w:t>
        <w:br/>
        <w:t>D.消防安全应急预案</w:t>
        <w:br/>
        <w:br/>
        <w:t xml:space="preserve">【答案】：D </w:t>
      </w:r>
    </w:p>
    <w:p>
      <w:r>
        <w:t>30、申请举办营业性涉外或港澳台演出，应在演出日期（   ）申请材料提交负责审批的文化主管部门。</w:t>
        <w:br/>
        <w:t>A.20日</w:t>
        <w:br/>
        <w:t>B.30日</w:t>
        <w:br/>
        <w:t>C.3日</w:t>
        <w:br/>
        <w:t>D.10日</w:t>
        <w:br/>
        <w:br/>
        <w:t xml:space="preserve">【答案】：A </w:t>
      </w:r>
    </w:p>
    <w:p>
      <w:r>
        <w:t>31、《皇后喜剧芭蕾》被认为是第一部真正的芭蕾，它取材于（   ）</w:t>
        <w:br/>
        <w:t>A.丹麦童话</w:t>
        <w:br/>
        <w:t>B.俄罗斯传说</w:t>
        <w:br/>
        <w:t>C.法国诗人名作</w:t>
        <w:br/>
        <w:t>D.荷马史诗</w:t>
        <w:br/>
        <w:br/>
        <w:t xml:space="preserve">【答案】：D </w:t>
      </w:r>
    </w:p>
    <w:p>
      <w:r>
        <w:t>32、根据《网络表演经纪机构管理办法》，网络表演经纪机构应当配备满足业务需要的网络表演经纪人员。网络表演经纪人员与所签约网络表演者人数比例原则上不低于（   ）。</w:t>
        <w:br/>
        <w:t>A.1：20</w:t>
        <w:br/>
        <w:t>B.1：30</w:t>
        <w:br/>
        <w:t>C.1：50</w:t>
        <w:br/>
        <w:t>D.1：100</w:t>
        <w:br/>
        <w:br/>
        <w:t xml:space="preserve">【答案】：D </w:t>
      </w:r>
    </w:p>
    <w:p>
      <w:r>
        <w:t>33、芭蕾传入我国的时间约在（   ）</w:t>
        <w:br/>
        <w:t>A.20世纪20年代0</w:t>
        <w:br/>
        <w:t>B.20世纪030年代</w:t>
        <w:br/>
        <w:t>C.20世纪040年代0</w:t>
        <w:br/>
        <w:t>D.20世纪050年代</w:t>
        <w:br/>
        <w:br/>
        <w:t xml:space="preserve">【答案】：A </w:t>
      </w:r>
    </w:p>
    <w:p>
      <w:r>
        <w:t>34、在文化市场突发事件应急处置过程中，未采取必要防范措施导致发生次生、衍生事件的，应当对负有直接责任的负责人或者工作人员依法给予处分；构成犯罪的，依法追究（　　）。</w:t>
        <w:br/>
        <w:t>A.民事责任</w:t>
        <w:br/>
        <w:t>B.刑事责任</w:t>
        <w:br/>
        <w:t>C.侵权责任</w:t>
        <w:br/>
        <w:t>D.行政责任</w:t>
        <w:br/>
        <w:br/>
        <w:t xml:space="preserve">【答案】：B </w:t>
      </w:r>
    </w:p>
    <w:p>
      <w:r>
        <w:t>35、京剧中扮演喜剧角色的是以下哪一个（   ）</w:t>
        <w:br/>
        <w:t>A.生</w:t>
        <w:br/>
        <w:t>B.旦</w:t>
        <w:br/>
        <w:t>C.净</w:t>
        <w:br/>
        <w:t>D.丑</w:t>
        <w:br/>
        <w:br/>
        <w:t xml:space="preserve">【答案】：D </w:t>
      </w:r>
    </w:p>
    <w:p>
      <w:r>
        <w:t>36、以下不属于演出市场主体的是（   ）</w:t>
        <w:br/>
        <w:t>A.歌舞团</w:t>
        <w:br/>
        <w:t>B.音乐厅</w:t>
        <w:br/>
        <w:t>C.观众</w:t>
        <w:br/>
        <w:t>D.黄牛党</w:t>
        <w:br/>
        <w:br/>
        <w:t xml:space="preserve">【答案】：D </w:t>
      </w:r>
    </w:p>
    <w:p>
      <w:r>
        <w:t>37、独舞《春江花月夜》，表演者陈爱莲，1957年在（   ）首演。</w:t>
        <w:br/>
        <w:t>A.中央歌舞团</w:t>
        <w:br/>
        <w:t>B.甘肃省歌舞团</w:t>
        <w:br/>
        <w:t>C.北京舞蹈学校</w:t>
        <w:br/>
        <w:t>D.上海歌剧院舞蹈团</w:t>
        <w:br/>
        <w:br/>
        <w:t xml:space="preserve">【答案】：C </w:t>
      </w:r>
    </w:p>
    <w:p>
      <w:r>
        <w:t>38、下列关于国家大剧院歌剧院舞台的主要数据标准描述错误的是（   ）。</w:t>
        <w:br/>
        <w:t>A.台口宽度，18.6米</w:t>
        <w:br/>
        <w:t>B.主舞台深度，32.6米</w:t>
        <w:br/>
        <w:t>C.后舞台宽度，24.6米</w:t>
        <w:br/>
        <w:t>D.左右侧台深度，25.6米</w:t>
        <w:br/>
        <w:br/>
        <w:t xml:space="preserve">【答案】：D </w:t>
      </w:r>
    </w:p>
    <w:p>
      <w:r>
        <w:t>39、以下选项对于演出主要特征描述不正确的是（   ）</w:t>
        <w:br/>
        <w:t>A.演出的非物质形态决定了不能先消费后付款</w:t>
        <w:br/>
        <w:t>B.每一场演出都是表演者艺术生产和艺术再创作的过程</w:t>
        <w:br/>
        <w:t>C.随着宣传渠道的扩展，现场演出的受众面可以是无限的</w:t>
        <w:br/>
        <w:t>D.一场演出的有效经营活动都应在演出开始前完成</w:t>
        <w:br/>
        <w:br/>
        <w:t xml:space="preserve">【答案】：C </w:t>
      </w:r>
    </w:p>
    <w:p>
      <w:r>
        <w:t>40、（   ）是中国精神最深层、最根本的内容，也是文艺创作的永恒追求。</w:t>
        <w:br/>
        <w:t>A.为人民服务</w:t>
        <w:br/>
        <w:t>B.爱国主义</w:t>
        <w:br/>
        <w:t>C.改革创新</w:t>
        <w:br/>
        <w:t>D.推动社会实践发展</w:t>
        <w:br/>
        <w:br/>
        <w:t xml:space="preserve">【答案】：B </w:t>
      </w:r>
    </w:p>
    <w:p>
      <w:r>
        <w:t>41、被称为“中国第一只白天鹅”是（   ）。</w:t>
        <w:br/>
        <w:t>A.吴晓邦</w:t>
        <w:br/>
        <w:t>B.白淑湘</w:t>
        <w:br/>
        <w:t>C.王玫</w:t>
        <w:br/>
        <w:t>D.秦立明</w:t>
        <w:br/>
        <w:br/>
        <w:t xml:space="preserve">【答案】：B </w:t>
      </w:r>
    </w:p>
    <w:p>
      <w:r>
        <w:t>42、2021年10月14日，我国在太原卫星发射中心采用长征号丁运载火箭，成功发射首颗太阳探测科学技术试验卫星（   ）。</w:t>
        <w:br/>
        <w:t>A.“羲和号”</w:t>
        <w:br/>
        <w:t>B.“夸父号”</w:t>
        <w:br/>
        <w:t>C.“天马号”</w:t>
        <w:br/>
        <w:t>D.“天问号”</w:t>
        <w:br/>
        <w:br/>
        <w:t xml:space="preserve">【答案】：A </w:t>
      </w:r>
    </w:p>
    <w:p>
      <w:r>
        <w:t>43、被称为“现代芭蕾的处女作”，“第一部无情节芭蕾”的是（   ）</w:t>
        <w:br/>
        <w:t>A.《天鹅之死》</w:t>
        <w:br/>
        <w:t>B.《天鹅湖》</w:t>
        <w:br/>
        <w:t>C.《仙女们》</w:t>
        <w:br/>
        <w:t>D.《睡美人》</w:t>
        <w:br/>
        <w:br/>
        <w:t xml:space="preserve">【答案】：C </w:t>
      </w:r>
    </w:p>
    <w:p>
      <w:r>
        <w:t>44、被称为“古典芭蕾之父”的是（   ）。</w:t>
        <w:br/>
        <w:t>A.马里乌斯·彼季帕</w:t>
        <w:br/>
        <w:t>B.乔治·巴兰钦</w:t>
        <w:br/>
        <w:t>C.鲁道夫·努里耶夫</w:t>
        <w:br/>
        <w:t>D.米哈伊尔·福金</w:t>
        <w:br/>
        <w:br/>
        <w:t xml:space="preserve">【答案】：A </w:t>
      </w:r>
    </w:p>
    <w:p>
      <w:r>
        <w:t>45、市场经济是以（   ）作为配置社会经济资源基本手段的经济形式，是商品生产充分发展的产物。</w:t>
        <w:br/>
        <w:t>A.市场</w:t>
        <w:br/>
        <w:t>B.政府</w:t>
        <w:br/>
        <w:t>C.市场或政府</w:t>
        <w:br/>
        <w:t>D.市场和政府</w:t>
        <w:br/>
        <w:br/>
        <w:t xml:space="preserve">【答案】：A </w:t>
      </w:r>
    </w:p>
    <w:p>
      <w:r>
        <w:t>46、十九大报告中指出，我们党深刻认识到，实现中华民族伟大复兴，必须建立（   ）。</w:t>
        <w:br/>
        <w:t>A.中国特色社会主义先进制度</w:t>
        <w:br/>
        <w:t>B.中国特色社会主义制度</w:t>
        <w:br/>
        <w:t>C.符合我国实际的先进社会制度</w:t>
        <w:br/>
        <w:t>D.新时代中国特色社会主义理论体系</w:t>
        <w:br/>
        <w:br/>
        <w:t xml:space="preserve">【答案】：C </w:t>
      </w:r>
    </w:p>
    <w:p>
      <w:r>
        <w:t>47、经纪活动中经纪主体只提供服务，不从事直接经营，不占有商品。属于（   　　）特点</w:t>
        <w:br/>
        <w:t>A.广泛性</w:t>
        <w:br/>
        <w:t>B.中立性</w:t>
        <w:br/>
        <w:t>C.报酬性</w:t>
        <w:br/>
        <w:t>D.合法执业地位</w:t>
        <w:br/>
        <w:br/>
        <w:t xml:space="preserve">【答案】：B </w:t>
      </w:r>
    </w:p>
    <w:p>
      <w:r>
        <w:t>48、《上海屋檐下》是以下哪位的作品（   　　）</w:t>
        <w:br/>
        <w:t>A.田汉</w:t>
        <w:br/>
        <w:t>B.欧阳予倩</w:t>
        <w:br/>
        <w:t>C.吴祖光</w:t>
        <w:br/>
        <w:t>D.夏衍</w:t>
        <w:br/>
        <w:br/>
        <w:t xml:space="preserve">【答案】：D </w:t>
      </w:r>
    </w:p>
    <w:p>
      <w:r>
        <w:t>49、对舞台布景中的硬景描述不正确的有（   　　）</w:t>
        <w:br/>
        <w:t>A.利用轻便的代用材料做成的主体框架结构的布景</w:t>
        <w:br/>
        <w:t>B.体积大、不便于巡演搬运</w:t>
        <w:br/>
        <w:t>C.成本较低，效果不如软景好</w:t>
        <w:br/>
        <w:t>D.立体感、空间透视感和真实感强</w:t>
        <w:br/>
        <w:br/>
        <w:t xml:space="preserve">【答案】：C </w:t>
      </w:r>
    </w:p>
    <w:p>
      <w:r>
        <w:t>50、以下舞蹈作品由杨丽萍编导的是（   ）</w:t>
        <w:br/>
        <w:t>A.《黄土黄》</w:t>
        <w:br/>
        <w:t>B.《长鼓舞》</w:t>
        <w:br/>
        <w:t>C.《雀之灵》</w:t>
        <w:br/>
        <w:t>D.《盅碗舞》</w:t>
        <w:br/>
        <w:br/>
        <w:t xml:space="preserve">【答案】：C </w:t>
      </w:r>
    </w:p>
    <w:p>
      <w:r>
        <w:t>51、十九大报告中指出，（   ）是当代中国精神的集中体现，凝结着全体人民共同的价值追求。</w:t>
        <w:br/>
        <w:t>A.中华优秀传统文化</w:t>
        <w:br/>
        <w:t>B.社会主义核心价值观</w:t>
        <w:br/>
        <w:t>C.新时代中国特色社会主义思想</w:t>
        <w:br/>
        <w:t>D.中国梦</w:t>
        <w:br/>
        <w:br/>
        <w:t xml:space="preserve">【答案】：B </w:t>
      </w:r>
    </w:p>
    <w:p>
      <w:r>
        <w:t>52、（   ）通过驯化，部分地改变动物的自然动作，使他们服从外界的指示，作出一些经过特殊训练的规定动作。</w:t>
        <w:br/>
        <w:t>A.智能化驯化</w:t>
        <w:br/>
        <w:t>B.拟人化驯化</w:t>
        <w:br/>
        <w:t>C.技巧动作驯化</w:t>
        <w:br/>
        <w:t>D.动物本能展示</w:t>
        <w:br/>
        <w:br/>
        <w:t xml:space="preserve">【答案】：C </w:t>
      </w:r>
    </w:p>
    <w:p>
      <w:r>
        <w:t>53、演出项目C单场成本60万，单场总票款还是200万时。风险系数为（   　　）</w:t>
        <w:br/>
        <w:t>A.30%</w:t>
        <w:br/>
        <w:t>B.50%</w:t>
        <w:br/>
        <w:t>C.60%</w:t>
        <w:br/>
        <w:t>D.70%</w:t>
        <w:br/>
        <w:br/>
        <w:t xml:space="preserve">【答案】：A </w:t>
      </w:r>
    </w:p>
    <w:p>
      <w:r>
        <w:t>54、演出制作团队由（   ）构成。</w:t>
        <w:br/>
        <w:t>A.艺术创作组、舞台管理组、策划营销组</w:t>
        <w:br/>
        <w:t>B.艺术创作组、舞台管理组、资金营销组</w:t>
        <w:br/>
        <w:t>C.舞台管理组、策划营销组、宣传推广组</w:t>
        <w:br/>
        <w:t>D.艺术创作组、舞台管理组、舞台技术组</w:t>
        <w:br/>
        <w:br/>
        <w:t xml:space="preserve">【答案】：D </w:t>
      </w:r>
    </w:p>
    <w:p>
      <w:r>
        <w:t>55、2021年7月11日是第（   ）个中国航海日。</w:t>
        <w:br/>
        <w:t>A.7</w:t>
        <w:br/>
        <w:t>B.10</w:t>
        <w:br/>
        <w:t>C.12</w:t>
        <w:br/>
        <w:t>D.17</w:t>
        <w:br/>
        <w:br/>
        <w:t xml:space="preserve">【答案】：D </w:t>
      </w:r>
    </w:p>
    <w:p>
      <w:r>
        <w:t>56、（   ）是芭蕾舞蹈较为典型的舞段模式。</w:t>
        <w:br/>
        <w:t>A.多人舞，双人舞</w:t>
        <w:br/>
        <w:t>B.多人舞，独立舞</w:t>
        <w:br/>
        <w:t>C.双人舞，性格舞</w:t>
        <w:br/>
        <w:t>D.双人舞，独立舞</w:t>
        <w:br/>
        <w:br/>
        <w:t xml:space="preserve">【答案】：C </w:t>
      </w:r>
    </w:p>
    <w:p>
      <w:r>
        <w:t>57、下述关于二十世纪著名音乐家的表述，错误的是。（   　　）</w:t>
        <w:br/>
        <w:t>A.勋伯格美籍奥地利作曲家</w:t>
        <w:br/>
        <w:t>B.贝尔格奥地利作曲家</w:t>
        <w:br/>
        <w:t>C.斯特拉文斯基美籍俄国作曲家</w:t>
        <w:br/>
        <w:t>D.彭德列茨基俄国作曲家</w:t>
        <w:br/>
        <w:t>E.梅西安法国作曲家</w:t>
        <w:br/>
        <w:t xml:space="preserve">【答案】：D </w:t>
      </w:r>
    </w:p>
    <w:p>
      <w:r>
        <w:t>58、我国现行宪法于（　　）年公布施行</w:t>
        <w:br/>
        <w:t>A.1962</w:t>
        <w:br/>
        <w:t>B.1972</w:t>
        <w:br/>
        <w:t>C.1982</w:t>
        <w:br/>
        <w:t>D.1992</w:t>
        <w:br/>
        <w:br/>
        <w:t xml:space="preserve">【答案】：C </w:t>
      </w:r>
    </w:p>
    <w:p>
      <w:r>
        <w:t>59、根据《营业性演出管理条例》举办营业性演出，应当向（　　）。提交申请，该主管部门应当自受理申请之日起（　　）。内做出决定。</w:t>
        <w:br/>
        <w:t>A.国务院文化主管部门，20日</w:t>
        <w:br/>
        <w:t>B.演出所在地县级人民政府文化主管部门，3日</w:t>
        <w:br/>
        <w:t>C.演出所在地省、自治区、直辖市人民政府文化主管部门，10日</w:t>
        <w:br/>
        <w:t>D.演出所在地级人民政府文化主管部门，5日</w:t>
        <w:br/>
        <w:br/>
        <w:t xml:space="preserve">【答案】：B </w:t>
      </w:r>
    </w:p>
    <w:p>
      <w:r>
        <w:t>60、加强党的军队建设，开展“（   ）”主题教育，推进军人荣誉体系建设，培养有灵魂，有本事、有血性、有品德的新时代革命军人，永葆人民军队性质、宗旨、特色。</w:t>
        <w:br/>
        <w:t>A.传承红色基因、担当强军重任</w:t>
        <w:br/>
        <w:t>B.不忘初心、牢记使命</w:t>
        <w:br/>
        <w:t>C.学习践行强军目标，做新一代革命军人</w:t>
        <w:br/>
        <w:t>D.三严三实</w:t>
        <w:br/>
        <w:br/>
        <w:t xml:space="preserve">【答案】：A </w:t>
      </w:r>
    </w:p>
    <w:p>
      <w:r>
        <w:t>61、中国第一本舞蹈理论的专著是（   ）</w:t>
        <w:br/>
        <w:t>A.《舞蹈新论》</w:t>
        <w:br/>
        <w:t>B.《舞论集》</w:t>
        <w:br/>
        <w:t>C.《新舞蹈艺术概论》</w:t>
        <w:br/>
        <w:t>D.《舞蹈学研究》</w:t>
        <w:br/>
        <w:br/>
        <w:t xml:space="preserve">【答案】：C </w:t>
      </w:r>
    </w:p>
    <w:p>
      <w:r>
        <w:t>62、根据《反不正当竞争法》规定，以下关于投标招标说法错误的是（   ）</w:t>
        <w:br/>
        <w:t>A.投标者不得串通投标抬高标价和压低标价</w:t>
        <w:br/>
        <w:t>B.投标者和招标者不得相互勾结</w:t>
        <w:br/>
        <w:t>C.投标者和招标者不得以暗箱操作排挤竞争对手的公平竞争</w:t>
        <w:br/>
        <w:t>D.投标者不得临时停止或退出投标</w:t>
        <w:br/>
        <w:br/>
        <w:t xml:space="preserve">【答案】：D </w:t>
      </w:r>
    </w:p>
    <w:p>
      <w:r>
        <w:t>63、根据《营业性演出管理条例》，营业性演出需要变更申请材料所列事项时，应当（　　）</w:t>
        <w:br/>
        <w:t>A.提交变更申请</w:t>
        <w:br/>
        <w:t>B.重新报批</w:t>
        <w:br/>
        <w:t>C.提交变更说明</w:t>
        <w:br/>
        <w:t>D.提交补充材料</w:t>
        <w:br/>
        <w:br/>
        <w:t xml:space="preserve">【答案】：B </w:t>
      </w:r>
    </w:p>
    <w:p>
      <w:r>
        <w:t>64、任何组织或者个人不得招用未满（   ）的未成年人，国家另有规定的除外。</w:t>
        <w:br/>
        <w:t>A.12周岁</w:t>
        <w:br/>
        <w:t>B.14周岁</w:t>
        <w:br/>
        <w:t>C.16周岁</w:t>
        <w:br/>
        <w:t>D.18周岁</w:t>
        <w:br/>
        <w:br/>
        <w:t xml:space="preserve">【答案】：C </w:t>
      </w:r>
    </w:p>
    <w:p>
      <w:r>
        <w:t>65、洽谈签约艺人的戏剧演出活动的效益考量点不包括（   　　）</w:t>
        <w:br/>
        <w:t>A.导演</w:t>
        <w:br/>
        <w:t>B.剧本</w:t>
        <w:br/>
        <w:t>C.发行公司</w:t>
        <w:br/>
        <w:t>D.同一剧目中其它主要演员</w:t>
        <w:br/>
        <w:br/>
        <w:t xml:space="preserve">【答案】：C </w:t>
      </w:r>
    </w:p>
    <w:p>
      <w:r>
        <w:t>66、《窦娥冤》、《赵氏孤儿》、《浣纱记》、《汉宫秋》、《墙头马上》五部作品的作者分别是（   　　）</w:t>
        <w:br/>
        <w:t>A.纪君祥、关汉卿、白朴、梁伯龙、马致远</w:t>
        <w:br/>
        <w:t>B.马致远、关汉卿、梁伯龙、纪君祥、白朴</w:t>
        <w:br/>
        <w:t>C.关汉卿、纪君祥、白朴、梁伯龙、马致远</w:t>
        <w:br/>
        <w:t>D.关汉卿、纪君祥、梁伯龙、马致远、白朴</w:t>
        <w:br/>
        <w:br/>
        <w:t xml:space="preserve">【答案】：D </w:t>
      </w:r>
    </w:p>
    <w:p>
      <w:r>
        <w:t>67、剧场或剧院运营准入应具备主管部门的备案,剧场（　　）是备案的必要条件。</w:t>
        <w:br/>
        <w:t>A.生产安全</w:t>
        <w:br/>
        <w:t>B.安全认证</w:t>
        <w:br/>
        <w:t>C.安全监管</w:t>
        <w:br/>
        <w:t>D.经营安全</w:t>
        <w:br/>
        <w:br/>
        <w:t xml:space="preserve">【答案】：B </w:t>
      </w:r>
    </w:p>
    <w:p>
      <w:r>
        <w:t>68、崔美善表演代表作品有（   ）。</w:t>
        <w:br/>
        <w:t>A.《孔雀舞》</w:t>
        <w:br/>
        <w:t>B.《雁舞》</w:t>
        <w:br/>
        <w:t>C.《马刀舞》</w:t>
        <w:br/>
        <w:t>D.《牧马舞》</w:t>
        <w:br/>
        <w:br/>
        <w:t xml:space="preserve">【答案】：A </w:t>
      </w:r>
    </w:p>
    <w:p>
      <w:r>
        <w:t>69、《义勇军进行曲》是中华人民共和国国歌，它的词典作者分别是（   ）</w:t>
        <w:br/>
        <w:t>A.词：田汉，曲：聂耳</w:t>
        <w:br/>
        <w:t>B.词：聂耳，曲：田汉</w:t>
        <w:br/>
        <w:t>C.词：田汉，曲：冼星海</w:t>
        <w:br/>
        <w:t>D.词：李叔同，曲：冼星海</w:t>
        <w:br/>
        <w:br/>
        <w:t xml:space="preserve">【答案】：A </w:t>
      </w:r>
    </w:p>
    <w:p>
      <w:r>
        <w:t>70、下列选项与遵义会议有关的是（   ）。</w:t>
        <w:br/>
        <w:t>A.生死攸关，历史转折</w:t>
        <w:br/>
        <w:t>B.三军会师，长征胜利</w:t>
        <w:br/>
        <w:t>C.开天辟地，党的诞生</w:t>
        <w:br/>
        <w:t>D.星星之火，可以燎原</w:t>
        <w:br/>
        <w:br/>
        <w:t xml:space="preserve">【答案】：A </w:t>
      </w:r>
    </w:p>
    <w:p>
      <w:r>
        <w:t>71、巴罗克时期最伟大的康塔塔作者是（   ）。</w:t>
        <w:br/>
        <w:t>A.维瓦尔第</w:t>
        <w:br/>
        <w:t>B.巴赫</w:t>
        <w:br/>
        <w:t>C.亨德尔</w:t>
        <w:br/>
        <w:t>D.奥涅格</w:t>
        <w:br/>
        <w:br/>
        <w:t xml:space="preserve">【答案】：B </w:t>
      </w:r>
    </w:p>
    <w:p>
      <w:r>
        <w:t>72、被称为“现代芭蕾之父”的是（   ）。</w:t>
        <w:br/>
        <w:t>A.马里乌斯·彼季帕</w:t>
        <w:br/>
        <w:t>B.乔治·巴兰钦</w:t>
        <w:br/>
        <w:t>C.鲁道夫·努里耶夫</w:t>
        <w:br/>
        <w:t>D.米哈伊尔·福金</w:t>
        <w:br/>
        <w:br/>
        <w:t xml:space="preserve">【答案】：D </w:t>
      </w:r>
    </w:p>
    <w:p>
      <w:r>
        <w:t>73、以下不需要舞台专业岗位应设置岗位从业能力考核标准，按照从业能力持证上岗的是（　　）。</w:t>
        <w:br/>
        <w:t>A.舞台音响</w:t>
        <w:br/>
        <w:t>B.舞台系统</w:t>
        <w:br/>
        <w:t>C.舞台视频</w:t>
        <w:br/>
        <w:t>D.舞台通讯</w:t>
        <w:br/>
        <w:br/>
        <w:t xml:space="preserve">【答案】：B </w:t>
      </w:r>
    </w:p>
    <w:p>
      <w:r>
        <w:t>74、以下关于维护观众进出场秩序的说法正确的是（   ）</w:t>
        <w:br/>
        <w:t>A.根据安保情况及入口数合理安排观众进场时间（   观看演出的群众人数）</w:t>
        <w:br/>
        <w:t>B.入场观众人数拥挤时应当及时增加检票人员</w:t>
        <w:br/>
        <w:t>C.入场观众人数过多时应暂停检票以广播等设备说明并稳定观众情绪（   终止）</w:t>
        <w:br/>
        <w:t>D.演出结束后开放出场门并引导观众按合理路线离场（   前）</w:t>
        <w:br/>
        <w:br/>
        <w:t xml:space="preserve">【答案】：B </w:t>
      </w:r>
    </w:p>
    <w:p>
      <w:r>
        <w:t>75、发展是解决我国一切问题的基础和关键，发展必须是（　　），必须坚定不移贯彻创新、协调、绿色、开放、共享的发展理念。</w:t>
        <w:br/>
        <w:t>A.全面发展</w:t>
        <w:br/>
        <w:t>B.稳定发展</w:t>
        <w:br/>
        <w:t>C.快速发展</w:t>
        <w:br/>
        <w:t>D.科学发展</w:t>
        <w:br/>
        <w:br/>
        <w:t xml:space="preserve">【答案】：D </w:t>
      </w:r>
    </w:p>
    <w:p>
      <w:r>
        <w:t>76、以下有关舞台工程说法，有误的是（   )。</w:t>
        <w:br/>
        <w:t>A.舞美主要功能是根据剧节目对舞台表演的环境布景进行设计制作</w:t>
        <w:br/>
        <w:t>B.舞台工程由舞美、灯光和音响三个技术专业组成</w:t>
        <w:br/>
        <w:t>C.一般在固定表演舞台的大型场馆举办文化活动应首先搭建一个临时基础舞台</w:t>
        <w:br/>
        <w:t>D.临时搭建的机械舞台部分不宜过于庞大和复杂，要在确保安全的前提下进行</w:t>
        <w:br/>
        <w:br/>
        <w:t xml:space="preserve">【答案】：C </w:t>
      </w:r>
    </w:p>
    <w:p>
      <w:r>
        <w:t>77、享有“中国戏曲之母”的美称，堪称中国戏曲中的“阳春白雪”的剧种是（   　　）。</w:t>
        <w:br/>
        <w:t>A.昆曲</w:t>
        <w:br/>
        <w:t>B.京剧</w:t>
        <w:br/>
        <w:t>C.评剧</w:t>
        <w:br/>
        <w:t>D.越剧</w:t>
        <w:br/>
        <w:br/>
        <w:t xml:space="preserve">【答案】：A </w:t>
      </w:r>
    </w:p>
    <w:p>
      <w:r>
        <w:t>78、戏剧的功能不包括（   ）。</w:t>
        <w:br/>
        <w:t>A.表演功能</w:t>
        <w:br/>
        <w:t>B.交流功能</w:t>
        <w:br/>
        <w:t>C.娱乐功能</w:t>
        <w:br/>
        <w:t>D.教育功能</w:t>
        <w:br/>
        <w:br/>
        <w:t xml:space="preserve">【答案】：A </w:t>
      </w:r>
    </w:p>
    <w:p>
      <w:r>
        <w:t>79、（   ）被称为法国文学史上卓越的资产阶级民主作家，“法兰西的莎士比亚”。</w:t>
        <w:br/>
        <w:t>A.雨果</w:t>
        <w:br/>
        <w:t>B.博马舍</w:t>
        <w:br/>
        <w:t>C.席勒</w:t>
        <w:br/>
        <w:t>D.莫里哀</w:t>
        <w:br/>
        <w:br/>
        <w:t xml:space="preserve">【答案】：A </w:t>
      </w:r>
    </w:p>
    <w:p>
      <w:r>
        <w:t>80、在中国文学史上，首次表达了愿普天下有情人都成眷属思想的作品是（   　　）</w:t>
        <w:br/>
        <w:t>A.《汉宫秋》</w:t>
        <w:br/>
        <w:t>B.《西厢记》</w:t>
        <w:br/>
        <w:t>C.《长生殿》</w:t>
        <w:br/>
        <w:t>D.《牡丹亭》</w:t>
        <w:br/>
        <w:br/>
        <w:t xml:space="preserve">【答案】：B </w:t>
      </w:r>
    </w:p>
    <w:p>
      <w:r>
        <w:t>81、根据《网络表演经纪机构管理办法》，网络表演经纪机构应当遵守宪法和有关法律、法规，坚持为人民服务、为社会主义服务的方向，以（   ）为引领，不断丰富人民群众的文化生活。</w:t>
        <w:br/>
        <w:t>A.安全第一原则</w:t>
        <w:br/>
        <w:t>B.弘扬爱国主义精神</w:t>
        <w:br/>
        <w:t>C.社会主义核心价值观</w:t>
        <w:br/>
        <w:t>D.社会主义服务精神</w:t>
        <w:br/>
        <w:br/>
        <w:t xml:space="preserve">【答案】：C </w:t>
      </w:r>
    </w:p>
    <w:p>
      <w:r>
        <w:t>82、风险系数为（   ）属于低风险项目，只要市场预测准确操作过程无重大失误和意外，项目应该可行。</w:t>
        <w:br/>
        <w:t>A.50%</w:t>
        <w:br/>
        <w:t>B.40%</w:t>
        <w:br/>
        <w:t>C.30%</w:t>
        <w:br/>
        <w:t>D.20%</w:t>
        <w:br/>
        <w:br/>
        <w:t xml:space="preserve">【答案】：C </w:t>
      </w:r>
    </w:p>
    <w:p>
      <w:r>
        <w:t>83、经纪人谈判技能不包括（   　　）</w:t>
        <w:br/>
        <w:t>A.了解有关法律法规</w:t>
        <w:br/>
        <w:t>B.了解供需方的信用背景</w:t>
        <w:br/>
        <w:t>C.签订条款完善的经纪合同</w:t>
        <w:br/>
        <w:t>D.以公平公正为原则</w:t>
        <w:br/>
        <w:br/>
        <w:t xml:space="preserve">【答案】：D </w:t>
      </w:r>
    </w:p>
    <w:p>
      <w:r>
        <w:t>84、艺术总监是一个剧目创作生产的总召集人和艺术质量的总负责人，以下对其主要职责描述错误的是（   ）</w:t>
        <w:br/>
        <w:t>A.与制作人一起组织必要的剧目价值论证会，确定剧目生产</w:t>
        <w:br/>
        <w:t>B.严格检查、监督各部门的创作生产进度和艺术质量</w:t>
        <w:br/>
        <w:t>C.制定尽可能详细的剧目生产时间安排计划</w:t>
        <w:br/>
        <w:t>D.协调各部门之间的工作，处理剧组的日常事务</w:t>
        <w:br/>
        <w:br/>
        <w:t xml:space="preserve">【答案】：D </w:t>
      </w:r>
    </w:p>
    <w:p>
      <w:r>
        <w:t>85、以下哪些不是易卜生的代表作（   ）。</w:t>
        <w:br/>
        <w:t>A.《社会支柱》</w:t>
        <w:br/>
        <w:t>B.《玩偶之家》</w:t>
        <w:br/>
        <w:t>C.《人民公敌》</w:t>
        <w:br/>
        <w:t>D.《万尼亚舅舅》</w:t>
        <w:br/>
        <w:br/>
        <w:t xml:space="preserve">【答案】：D </w:t>
      </w:r>
    </w:p>
    <w:p>
      <w:r>
        <w:t>86、中国人民政治协商会议第一届全体会议于（   ）。</w:t>
        <w:br/>
        <w:t>A.1945年1月在重庆召开</w:t>
        <w:br/>
        <w:t>B.1948年5月在西柏坡召开</w:t>
        <w:br/>
        <w:t>C.1949年9月在北平召开</w:t>
        <w:br/>
        <w:t>D.1954年9月在北京召开</w:t>
        <w:br/>
        <w:br/>
        <w:t xml:space="preserve">【答案】：C </w:t>
      </w:r>
    </w:p>
    <w:p>
      <w:r>
        <w:t>87、关于内资文艺表演团体设立，说法正确是的（   　　）。</w:t>
        <w:br/>
        <w:t>A.内资文艺表演团体设立，由市级文化和旅游行政部门负责审批。</w:t>
        <w:br/>
        <w:t>B.内资文艺表演团体设立，由县级文化和旅游行政部门负责审批。</w:t>
        <w:br/>
        <w:t>C.内资文艺表演团体设立，由省级文化和旅游行政部门负责审批。</w:t>
        <w:br/>
        <w:t>D.内资文艺表演团体设立，由文化和旅游行政部门负责审批。</w:t>
        <w:br/>
        <w:br/>
        <w:t xml:space="preserve">【答案】：B </w:t>
      </w:r>
    </w:p>
    <w:p>
      <w:r>
        <w:t>88、以下属于筝独奏的是（   ）。</w:t>
        <w:br/>
        <w:t>A.梅花三弄</w:t>
        <w:br/>
        <w:t>B.十面埋伏</w:t>
        <w:br/>
        <w:t>C.春江花月夜</w:t>
        <w:br/>
        <w:t>D.渔舟唱晚</w:t>
        <w:br/>
        <w:br/>
        <w:t xml:space="preserve">【答案】：D </w:t>
      </w:r>
    </w:p>
    <w:p>
      <w:r>
        <w:t>89、根据《经纪人管理办法》规定，经纪人和委托人签订经纪合同，应当附有（   ）的签名</w:t>
        <w:br/>
        <w:t>A.管理该项经纪业务的部门</w:t>
        <w:br/>
        <w:t>B.执行该项经纪业务的经纪执业人员</w:t>
        <w:br/>
        <w:t>C.执行该项经纪业务的经纪公司负责人</w:t>
        <w:br/>
        <w:t>D.审核该项经纪业务的主管部门</w:t>
        <w:br/>
        <w:br/>
        <w:t xml:space="preserve">【答案】：B </w:t>
      </w:r>
    </w:p>
    <w:p>
      <w:r>
        <w:t>90、欧洲文艺复兴戏剧代表人物洛卜·德·维迦的代表作有（   ）</w:t>
        <w:br/>
        <w:t>A.《狗占马槽》、《温莎的风流娘儿们》</w:t>
        <w:br/>
        <w:t>B.《羊泉村》、《狗占马槽》</w:t>
        <w:br/>
        <w:t>C.《麦克白》、《羊泉村》</w:t>
        <w:br/>
        <w:t>D.《李尔王》、《麦克白》</w:t>
        <w:br/>
        <w:br/>
        <w:t xml:space="preserve">【答案】：B </w:t>
      </w:r>
    </w:p>
    <w:p>
      <w:r>
        <w:t>91、“闲人系列”话剧的作者是（   ）</w:t>
        <w:br/>
        <w:t>A.杨利民</w:t>
        <w:br/>
        <w:t>B.颜海平</w:t>
        <w:br/>
        <w:t>C.何纪平</w:t>
        <w:br/>
        <w:t>D.过士行</w:t>
        <w:br/>
        <w:br/>
        <w:t xml:space="preserve">【答案】：D </w:t>
      </w:r>
    </w:p>
    <w:p>
      <w:r>
        <w:t>92、以下对江南丝竹描述不正确的是（   ）</w:t>
        <w:br/>
        <w:t>A.丝竹乐是指由丝弦和竹管乐器演奏的音乐形式</w:t>
        <w:br/>
        <w:t>B.主要曲目有《行街》、《四合如意》、《三六》、《平湖秋色》等</w:t>
        <w:br/>
        <w:t>C.其中二胡和笛子是主奏乐器，音乐以细腻、优雅为特色</w:t>
        <w:br/>
        <w:t>D.流行于江苏、浙江和安徽一带</w:t>
        <w:br/>
        <w:br/>
        <w:t xml:space="preserve">【答案】：B </w:t>
      </w:r>
    </w:p>
    <w:p>
      <w:r>
        <w:t>93、以下对唱念做打描述不正确的是（   ）</w:t>
        <w:br/>
        <w:t>A.唱：歌唱</w:t>
        <w:br/>
        <w:t>B.念：念白</w:t>
        <w:br/>
        <w:t>C.做：身形</w:t>
        <w:br/>
        <w:t>D.打：武功</w:t>
        <w:br/>
        <w:br/>
        <w:t xml:space="preserve">【答案】：C </w:t>
      </w:r>
    </w:p>
    <w:p>
      <w:r>
        <w:t>94、马克思主义中国化的最新成果是（   ）。</w:t>
        <w:br/>
        <w:t>A.邓小平理论</w:t>
        <w:br/>
        <w:t>B.科学发展观</w:t>
        <w:br/>
        <w:t>C.习近平新时代中国特色社会主义思想</w:t>
        <w:br/>
        <w:t>D.“三个代表”重要思想</w:t>
        <w:br/>
        <w:br/>
        <w:t xml:space="preserve">【答案】：C </w:t>
      </w:r>
    </w:p>
    <w:p>
      <w:r>
        <w:t>95、早期由吴晓邦先生从日本引进中国的现代舞，被称为（   ）。</w:t>
        <w:br/>
        <w:t>A.当代舞蹈</w:t>
        <w:br/>
        <w:t>B.新舞蹈</w:t>
        <w:br/>
        <w:t>C.新概念舞蹈</w:t>
        <w:br/>
        <w:t>D.创新舞蹈</w:t>
        <w:br/>
        <w:br/>
        <w:t xml:space="preserve">【答案】：B </w:t>
      </w:r>
    </w:p>
    <w:p>
      <w:r>
        <w:t>96、享有“中国戏曲之母”的美称，堪称中国戏曲中的“阳春白雪”的剧种是（   ）。</w:t>
        <w:br/>
        <w:t>A.昆剧</w:t>
        <w:br/>
        <w:t>B.京剧</w:t>
        <w:br/>
        <w:t>C.评剧</w:t>
        <w:br/>
        <w:t>D.越剧</w:t>
        <w:br/>
        <w:br/>
        <w:t xml:space="preserve">【答案】：A </w:t>
      </w:r>
    </w:p>
    <w:p>
      <w:r>
        <w:t>97、文艺表演团体（   　　）进入经营</w:t>
        <w:br/>
        <w:t>A.允许外资</w:t>
        <w:br/>
        <w:t>B.不允许外资</w:t>
        <w:br/>
        <w:t>C.允许外资合资经营</w:t>
        <w:br/>
        <w:t>D.允许外商独资经营</w:t>
        <w:br/>
        <w:br/>
        <w:t xml:space="preserve">【答案】：B </w:t>
      </w:r>
    </w:p>
    <w:p>
      <w:r>
        <w:t>98、根据《营业性演出管理条例》，演出场所容纳的观众数量应当（   ）</w:t>
        <w:br/>
        <w:t>A.和演出场所的座位数一样</w:t>
        <w:br/>
        <w:t>B.报文化主管部门进行审批</w:t>
        <w:br/>
        <w:t>C.由演出举办单位按照安全第一的原则自行决定</w:t>
        <w:br/>
        <w:t>D.报公安部门核准</w:t>
        <w:br/>
        <w:br/>
        <w:t xml:space="preserve">【答案】：D </w:t>
      </w:r>
    </w:p>
    <w:p>
      <w:r>
        <w:t>99、根据《营业性演出条理条例实施细则》规定，文艺表演团体和演出经纪机构的营业性演出许可证包括1份正本和2份副本，有效期为（   ）</w:t>
        <w:br/>
        <w:t>A.1年</w:t>
        <w:br/>
        <w:t>B.2年</w:t>
        <w:br/>
        <w:t>C.3年</w:t>
        <w:br/>
        <w:t>D.4年</w:t>
        <w:br/>
        <w:br/>
        <w:t xml:space="preserve">【答案】：A </w:t>
      </w:r>
    </w:p>
    <w:p>
      <w:r>
        <w:t>100、对中国演出行业协会的主要作用，描述有误的是（   ）</w:t>
        <w:br/>
        <w:t>A.积极配合文化主管部门进行工作</w:t>
        <w:br/>
        <w:t>B.负责做好工商行政工作</w:t>
        <w:br/>
        <w:t>C.制订行业规范，并通过评选等活动，树立行业典范</w:t>
        <w:br/>
        <w:t>D.促进国内外演出文化交流</w:t>
        <w:br/>
        <w:br/>
        <w:t xml:space="preserve">【答案】：B </w:t>
      </w:r>
    </w:p>
    <w:p>
      <w:r>
        <w:t>101、按照国家统一规定发给干部、职工的安家费、退职费、基本养老金或者退休费、离休费、离休生活补助费,应当（　　）。</w:t>
        <w:br/>
        <w:t>A.征收个人所得税</w:t>
        <w:br/>
        <w:t>B.免征个人所得税</w:t>
        <w:br/>
        <w:t>C.减半征收个人所得税</w:t>
        <w:br/>
        <w:t>D.适当减征个人所得税</w:t>
        <w:br/>
        <w:br/>
        <w:t xml:space="preserve">【答案】：B </w:t>
      </w:r>
    </w:p>
    <w:p>
      <w:r>
        <w:t>102、根据《营业性演出管理条例》规定，以从事营业性演出为职业的个体演员和以从事营业性演出的居间、代理活动为职业的个体演出经纪人，应当依法到（   ）办理注册登记，领取营业执照。</w:t>
        <w:br/>
        <w:t>A.公安部门</w:t>
        <w:br/>
        <w:t>B.消防部门</w:t>
        <w:br/>
        <w:t>C.工商行政管理部门</w:t>
        <w:br/>
        <w:t>D.文化主管部门</w:t>
        <w:br/>
        <w:br/>
        <w:t xml:space="preserve">【答案】：C </w:t>
      </w:r>
    </w:p>
    <w:p>
      <w:r>
        <w:t>103、《玩偶之家》、《伪君子》、《奥赛罗》的作者分别是（   　　）</w:t>
        <w:br/>
        <w:t>A.莫里哀、雨果、莎士比亚</w:t>
        <w:br/>
        <w:t>B.易卜生、莫里哀、莎士比亚</w:t>
        <w:br/>
        <w:t>C.易卜生、维迦、雨果</w:t>
        <w:br/>
        <w:t>D.雨果、莫里哀、博马舍</w:t>
        <w:br/>
        <w:br/>
        <w:t xml:space="preserve">【答案】：B </w:t>
      </w:r>
    </w:p>
    <w:p>
      <w:r>
        <w:t>104、国家林草局消息，“十四五”期间，全国规划完成（   ）亿亩国土绿化任务。</w:t>
        <w:br/>
        <w:t>A.3</w:t>
        <w:br/>
        <w:t>B.5</w:t>
        <w:br/>
        <w:t>C.7</w:t>
        <w:br/>
        <w:t>D.10</w:t>
        <w:br/>
        <w:br/>
        <w:t xml:space="preserve">【答案】：B </w:t>
      </w:r>
    </w:p>
    <w:p>
      <w:r>
        <w:t>105、演出装台或拆台持续作业时间不应超过（　　），不应出现疲劳工作的现象。</w:t>
        <w:br/>
        <w:t>A.6小时</w:t>
        <w:br/>
        <w:t>B.8小时</w:t>
        <w:br/>
        <w:t>C.10小时</w:t>
        <w:br/>
        <w:t>D.12小时</w:t>
        <w:br/>
        <w:br/>
        <w:t xml:space="preserve">【答案】：B </w:t>
      </w:r>
    </w:p>
    <w:p>
      <w:r>
        <w:t>106、必须坚持国家利益至上，以（　　）为宗旨，以（　　）为根本，统筹外部安全和内部安全、国土安全和国民安全、传统安全和非传统安全、自身安全和共同安全，完善国家安全制度体系，加强国家安全能力建设，坚决维护国家主权、安全、发展利益。</w:t>
        <w:br/>
        <w:t>A.人民安全，政治安全</w:t>
        <w:br/>
        <w:t>B.政治安全，人民安全</w:t>
        <w:br/>
        <w:t>C.人民安全，国家安全</w:t>
        <w:br/>
        <w:t>D.国家安全，人民安全</w:t>
        <w:br/>
        <w:br/>
        <w:t xml:space="preserve">【答案】：A </w:t>
      </w:r>
    </w:p>
    <w:p>
      <w:r>
        <w:t>107、全国碳排放权交易市场上线交易启动仪式7月16日上午以视频连线形式举行，全国碳市场的碳排放权注册登记系统由（   ）牵头建设、运行和维护，交易系统由（   ）牵头建设、运行和维护，数据报送系统依托全国排污许可证管理信息平台建成。</w:t>
        <w:br/>
        <w:t>A.湖北省；广东省</w:t>
        <w:br/>
        <w:t>B.湖北省；上海市</w:t>
        <w:br/>
        <w:t>C.上海市；湖北省</w:t>
        <w:br/>
        <w:t>D.广东省；上海市</w:t>
        <w:br/>
        <w:br/>
        <w:t xml:space="preserve">【答案】：B </w:t>
      </w:r>
    </w:p>
    <w:p>
      <w:r>
        <w:t>108、专业音乐厅的舞台是敞开式的，观众席可以延伸到舞台两侧，甚至到舞台后面。根据演出场所的主要功能该舞台分类属于（   　　）</w:t>
        <w:br/>
        <w:t>A.演出节目的类别分类</w:t>
        <w:br/>
        <w:t>B.多功能综合性演出场所</w:t>
        <w:br/>
        <w:t>C.演出场所的规模分类</w:t>
        <w:br/>
        <w:t>D.专用演出场所</w:t>
        <w:br/>
        <w:br/>
        <w:t xml:space="preserve">【答案】：D </w:t>
      </w:r>
    </w:p>
    <w:p>
      <w:r>
        <w:t>109、十九大报告中指出，人民生活不断改善，深入贯彻（   ）的发展思想，一大批惠民举措落地实施，人民获得感显著增强。</w:t>
        <w:br/>
        <w:t>A.科学发展观</w:t>
        <w:br/>
        <w:t>B.五位一体</w:t>
        <w:br/>
        <w:t>C.以人民为中心</w:t>
        <w:br/>
        <w:t>D.新时代中国特色社会主义</w:t>
        <w:br/>
        <w:br/>
        <w:t xml:space="preserve">【答案】：C </w:t>
      </w:r>
    </w:p>
    <w:p>
      <w:r>
        <w:t>110、演出场所经营单位应当自领取营业执照之日起20日内向所在地（   ）人民政府文化主管部门备案。</w:t>
        <w:br/>
        <w:t>A.省、自治区、直辖市</w:t>
        <w:br/>
        <w:t>B.市级</w:t>
        <w:br/>
        <w:t>C.县级</w:t>
        <w:br/>
        <w:t>D.国务院</w:t>
        <w:br/>
        <w:br/>
        <w:t xml:space="preserve">【答案】：C </w:t>
      </w:r>
    </w:p>
    <w:p>
      <w:r>
        <w:t>111、签约戏剧演出活动的报价考量点不包括（   　　）。</w:t>
        <w:br/>
        <w:t>A.报价与演出所需的时间量成正比</w:t>
        <w:br/>
        <w:t>B.艺人的市场价值通过其知名度、影响力、美誉度来判定</w:t>
        <w:br/>
        <w:t>C.同剧中其它艺人出演价位作为参考</w:t>
        <w:br/>
        <w:t>D.剧本内容以及该剧导演作为判断</w:t>
        <w:br/>
        <w:br/>
        <w:t xml:space="preserve">【答案】：D </w:t>
      </w:r>
    </w:p>
    <w:p>
      <w:r>
        <w:t>112、“中国现代舞蹈之父”是（   ）。</w:t>
        <w:br/>
        <w:t>A.吴晓邦</w:t>
        <w:br/>
        <w:t>B.裕容龄</w:t>
        <w:br/>
        <w:t>C.郭明达</w:t>
        <w:br/>
        <w:t>D.曹诚远</w:t>
        <w:br/>
        <w:br/>
        <w:t xml:space="preserve">【答案】：A </w:t>
      </w:r>
    </w:p>
    <w:p>
      <w:r>
        <w:t>113、“天下第一丑”、“江南第一武生”、“旦行一代宗师”分别指的是（   ）</w:t>
        <w:br/>
        <w:t>A.马连良、盖叫天、梅兰芳</w:t>
        <w:br/>
        <w:t>B.盖叫天、马连良、梅兰芳</w:t>
        <w:br/>
        <w:t>C.刘赶三、张二奎、尚小云</w:t>
        <w:br/>
        <w:t>D.刘赶三、盖叫天、梅兰芳</w:t>
        <w:br/>
        <w:br/>
        <w:t xml:space="preserve">【答案】：D </w:t>
      </w:r>
    </w:p>
    <w:p>
      <w:r>
        <w:t>114、演出项目的生命周期（   　　）。</w:t>
        <w:br/>
        <w:t>A.萌芽，发生，发展，衰退</w:t>
        <w:br/>
        <w:t>B.萌芽、震荡、成熟，衰退</w:t>
        <w:br/>
        <w:t>C.发生，发展，成熟，衰退</w:t>
        <w:br/>
        <w:t>D.萌芽，成长，成熟，衰退</w:t>
        <w:br/>
        <w:br/>
        <w:t xml:space="preserve">【答案】：C </w:t>
      </w:r>
    </w:p>
    <w:p>
      <w:r>
        <w:t>115、按照经济活动方式分，经纪人包括居间经纪人、行纪经纪人和代理经纪人，以下表述不正确的有（   　　）</w:t>
        <w:br/>
        <w:t>A.经纪人最明显的特点是不具体代表买卖任何一方，没有代为订约的权利</w:t>
        <w:br/>
        <w:t>B.居间经纪人指以自己的名义为他人提供交易信息及条件，促成他人交易成功的经纪人</w:t>
        <w:br/>
        <w:t>C.行纪经纪人指受委托人委托，以经纪人自己的名义与第三方进行交易，交易过程中出现的法律责任由经纪人直接承担</w:t>
        <w:br/>
        <w:t>D.代理经纪人指受委托人委托，以委托人的名义与第三方进行交易，交易过程中出现的法律责任由委托人直接承担</w:t>
        <w:br/>
        <w:br/>
        <w:t xml:space="preserve">【答案】：A </w:t>
      </w:r>
    </w:p>
    <w:p>
      <w:r>
        <w:t>116、可以在演出过程中中止或停止演出的情况有（   ）。</w:t>
        <w:br/>
        <w:t>A.个别演员因故无法到场</w:t>
        <w:br/>
        <w:t>B.上座率不高</w:t>
        <w:br/>
        <w:t>C.遭遇不可抗力</w:t>
        <w:br/>
        <w:t>D.场外大量观众聚集</w:t>
        <w:br/>
        <w:br/>
        <w:t xml:space="preserve">【答案】：C </w:t>
      </w:r>
    </w:p>
    <w:p>
      <w:r>
        <w:t>117、在芭蕾史上，第一个运用脚尖舞闻名世界的芭蕾大师是（   ）。</w:t>
        <w:br/>
        <w:t>A.阿莉娜?约卡鲁</w:t>
        <w:br/>
        <w:t>B.玛丽?塔里奥尼</w:t>
        <w:br/>
        <w:t>C.爱德华?华森</w:t>
        <w:br/>
        <w:t>D.米哈伊?巴瑞辛尼科夫</w:t>
        <w:br/>
        <w:br/>
        <w:t xml:space="preserve">【答案】：B </w:t>
      </w:r>
    </w:p>
    <w:p>
      <w:r>
        <w:t>118、（   　　）是指创作和制作什么样的演出产品来满足目标消费者或目标消费市场的需求。</w:t>
        <w:br/>
        <w:t>A.演出价值定位</w:t>
        <w:br/>
        <w:t>B.演出市场定位</w:t>
        <w:br/>
        <w:t>C.演出产品定位</w:t>
        <w:br/>
        <w:t>D.演出观众定位</w:t>
        <w:br/>
        <w:br/>
        <w:t xml:space="preserve">【答案】：C </w:t>
      </w:r>
    </w:p>
    <w:p>
      <w:r>
        <w:t>119、十九大报告中指出，推动文化事业和文化产业发展，要深化文化体制改革，完善文化管理体制，加快构建把（   ）放在首位、（   ）相统一的体制机制。</w:t>
        <w:br/>
        <w:t>A.经济效益，社会效益和经济效益</w:t>
        <w:br/>
        <w:t>B.社会效益，社会效益和经济效益</w:t>
        <w:br/>
        <w:t>C.文化事业，发展社会效益和经济效益</w:t>
        <w:br/>
        <w:t>D.文化产业，发展社会效益和经济效益</w:t>
        <w:br/>
        <w:br/>
        <w:t xml:space="preserve">【答案】：B </w:t>
      </w:r>
    </w:p>
    <w:p>
      <w:r>
        <w:t>120、北京评书的代表是（   ）。</w:t>
        <w:br/>
        <w:t>A.张震佐</w:t>
        <w:br/>
        <w:t>B.连丽如</w:t>
        <w:br/>
        <w:t>C.袁阔成</w:t>
        <w:br/>
        <w:t>D.刘立福</w:t>
        <w:br/>
        <w:br/>
        <w:t xml:space="preserve">【答案】：B </w:t>
      </w:r>
    </w:p>
    <w:p>
      <w:r>
        <w:t>121、市场是商品经济的范畴，关于市场的含义，说法不正确的是（   ）</w:t>
        <w:br/>
        <w:t>A.集贸市场属于市场</w:t>
        <w:br/>
        <w:t>B.市场由市场主体和客体构成</w:t>
        <w:br/>
        <w:t>C.商品的管理者和消费者构成了市场的主体</w:t>
        <w:br/>
        <w:t>D.各种商品和服务构成市场的客体</w:t>
        <w:br/>
        <w:br/>
        <w:t xml:space="preserve">【答案】：C </w:t>
      </w:r>
    </w:p>
    <w:p>
      <w:r>
        <w:t>122、山东快书最有名的流派有三个：（   )、杨立德流派及刘司昌流派。</w:t>
        <w:br/>
        <w:t>A.高大钧流派</w:t>
        <w:br/>
        <w:t>B.高小钧流派</w:t>
        <w:br/>
        <w:t>C.高元钧流派</w:t>
        <w:br/>
        <w:t>D.孙镇业流派</w:t>
        <w:br/>
        <w:br/>
        <w:t xml:space="preserve">【答案】：C </w:t>
      </w:r>
    </w:p>
    <w:p>
      <w:r>
        <w:t>123、个体演出经纪人应当依法到（   ）办理注册登记，领取营业执照</w:t>
        <w:br/>
        <w:t>A.工商行政管理部门</w:t>
        <w:br/>
        <w:t>B.行政管理部门</w:t>
        <w:br/>
        <w:t>C.文化管理部门</w:t>
        <w:br/>
        <w:t>D.演出安全管理部门</w:t>
        <w:br/>
        <w:br/>
        <w:t xml:space="preserve">【答案】：A </w:t>
      </w:r>
    </w:p>
    <w:p>
      <w:r>
        <w:t>124、11月13日上午，中国首条（   ）高铁——新建福（州）厦（门）铁路湄洲湾跨海大桥成功合龙，这意味着新建福厦铁路关键控制性节点已顺利打通。新建福厦铁路设计时速350公里，正线全长277.42公里，共设8座车站，建成通车后，福州、厦门将实现“一小时生活圈”。</w:t>
        <w:br/>
        <w:t>A.跨海</w:t>
        <w:br/>
        <w:t>B.跨桥</w:t>
        <w:br/>
        <w:t>C.跨山</w:t>
        <w:br/>
        <w:t>D.海底</w:t>
        <w:br/>
        <w:br/>
        <w:t xml:space="preserve">【答案】：A </w:t>
      </w:r>
    </w:p>
    <w:p>
      <w:r>
        <w:t>125、民歌《白娘子》是以（   ）曲调填词的。</w:t>
        <w:br/>
        <w:t>A.孟姜女调</w:t>
        <w:br/>
        <w:t>B.剪靛花调</w:t>
        <w:br/>
        <w:t>C.鲜花调</w:t>
        <w:br/>
        <w:t>D.绣荷包调</w:t>
        <w:br/>
        <w:br/>
        <w:t xml:space="preserve">【答案】：A </w:t>
      </w:r>
    </w:p>
    <w:p>
      <w:r>
        <w:t>126、行纪经纪人是指（   　　）</w:t>
        <w:br/>
        <w:t>A.指以自己的名义为他人提供交易信息及条件，促成他人交易成功的经纪人</w:t>
        <w:br/>
        <w:t>B.不具体代表买卖任何一方，一般没有代为订约的权利</w:t>
        <w:br/>
        <w:t>C.指受委托人委托，以经纪人自己的名义与第三方进行交易，交易过程中出现的法律责任由经纪人直接承担</w:t>
        <w:br/>
        <w:t>D.指受委托人委托，以委托人的名义与第三方进行交易，交易过程中出现的法律责任由委托人直接承担</w:t>
        <w:br/>
        <w:br/>
        <w:t xml:space="preserve">【答案】：C </w:t>
      </w:r>
    </w:p>
    <w:p>
      <w:r>
        <w:t>127、属于中国传统戏法的是（   　　）。</w:t>
        <w:br/>
        <w:t>A.幻术</w:t>
        <w:br/>
        <w:t>B.心理魔术</w:t>
        <w:br/>
        <w:t>C.小手彩</w:t>
        <w:br/>
        <w:t>D.逃脱魔术</w:t>
        <w:br/>
        <w:br/>
        <w:t xml:space="preserve">【答案】：C </w:t>
      </w:r>
    </w:p>
    <w:p>
      <w:r>
        <w:t>128、部分经纪合约，按照（   　　），可分为唱片经纪约、演出经纪约、影视经纪约、广告经纪约等不同类型。</w:t>
        <w:br/>
        <w:t>A.经纪事务的对象</w:t>
        <w:br/>
        <w:t>B.经纪事务的作用</w:t>
        <w:br/>
        <w:t>C.经纪事务的内容</w:t>
        <w:br/>
        <w:t>D.经纪事务的类型</w:t>
        <w:br/>
        <w:br/>
        <w:t xml:space="preserve">【答案】：C </w:t>
      </w:r>
    </w:p>
    <w:p>
      <w:r>
        <w:t>129、以下属于二人转主要表演形式的是（   ）</w:t>
        <w:br/>
        <w:t>A.甲、乙二人表演，一逗一捧</w:t>
        <w:br/>
        <w:t>B.甲、乙二人扮成一旦一丑，载歌载舞，分行当说唱表演</w:t>
        <w:br/>
        <w:t>C.甲、乙二人一说一唱，载歌载舞，互相捧逗</w:t>
        <w:br/>
        <w:t>D.三人或三人以上演出，一人伴奏，其他人分行当轮递坐唱</w:t>
        <w:br/>
        <w:br/>
        <w:t xml:space="preserve">【答案】：B </w:t>
      </w:r>
    </w:p>
    <w:p>
      <w:r>
        <w:t>130、下列器乐独奏作品中，作品和作者对应不正确的是。（   　　）</w:t>
        <w:br/>
        <w:t>A.贺绿汀《牧童短笛》</w:t>
        <w:br/>
        <w:t>B.王燕樵《彝族舞曲》</w:t>
        <w:br/>
        <w:t>C.华彦钧（   阿炳）《二泉映月》</w:t>
        <w:br/>
        <w:t>D.马思聪《思乡曲》</w:t>
        <w:br/>
        <w:br/>
        <w:t xml:space="preserve">【答案】：B </w:t>
      </w:r>
    </w:p>
    <w:p>
      <w:r>
        <w:t>131、十九大报告指出，（   ）是指导党和人民实现中华民族伟大复兴的正确理论。</w:t>
        <w:br/>
        <w:t>A.中国特色社会主义制度</w:t>
        <w:br/>
        <w:t>B.中国特色社会主义道路</w:t>
        <w:br/>
        <w:t>C.中国特色社会主义理论体系</w:t>
        <w:br/>
        <w:t>D.中国特色社会主义</w:t>
        <w:br/>
        <w:br/>
        <w:t xml:space="preserve">【答案】：C </w:t>
      </w:r>
    </w:p>
    <w:p>
      <w:r>
        <w:t>132、举办大型群众性活动，承办者应当在活动举办日的（   ）前向公安机关提出安全许可申请。</w:t>
        <w:br/>
        <w:t>A.10日</w:t>
        <w:br/>
        <w:t>B.15日</w:t>
        <w:br/>
        <w:t>C.20日</w:t>
        <w:br/>
        <w:t>D.30日</w:t>
        <w:br/>
        <w:br/>
        <w:t xml:space="preserve">【答案】：C </w:t>
      </w:r>
    </w:p>
    <w:p>
      <w:r>
        <w:t>133、只有社会主义才能救中国，只有（　　）才能发展中国、发展社会主义、发展马克思主义。</w:t>
        <w:br/>
        <w:t>A.中国特色社会主义</w:t>
        <w:br/>
        <w:t>B.创新</w:t>
        <w:br/>
        <w:t>C.改革开放</w:t>
        <w:br/>
        <w:t>D.坚持新发展理念</w:t>
        <w:br/>
        <w:br/>
        <w:t xml:space="preserve">【答案】：C </w:t>
      </w:r>
    </w:p>
    <w:p>
      <w:r>
        <w:t>134、以下哪些类型的演出活动对音响的要求不是很高，投入相对较少。（   　　）</w:t>
        <w:br/>
        <w:t>A.歌剧</w:t>
        <w:br/>
        <w:t>B.音乐剧</w:t>
        <w:br/>
        <w:t>C.交响音乐会</w:t>
        <w:br/>
        <w:t>D.舞剧</w:t>
        <w:br/>
        <w:br/>
        <w:t xml:space="preserve">【答案】：D </w:t>
      </w:r>
    </w:p>
    <w:p>
      <w:r>
        <w:t>135、根据《营业性演出管理条例》规定,营业性演出冠以“中国”、“中华”、“全国”、“国际”等字样的，由县级人民政府文化主管部门责令改正，没收违法所得，并处违法所得（   ）的罚款。</w:t>
        <w:br/>
        <w:t>A.3倍以上5倍以下</w:t>
        <w:br/>
        <w:t>B.5倍以上8倍以下</w:t>
        <w:br/>
        <w:t>C.5倍以上10倍以下</w:t>
        <w:br/>
        <w:t>D.8倍以上10倍以下</w:t>
        <w:br/>
        <w:br/>
        <w:t xml:space="preserve">【答案】：A </w:t>
      </w:r>
    </w:p>
    <w:p>
      <w:r>
        <w:t>136、影响演出产品定价的内部因素不包括（   ）。</w:t>
        <w:br/>
        <w:t>A.经济状况</w:t>
        <w:br/>
        <w:t>B.周期</w:t>
        <w:br/>
        <w:t>C.管理费用</w:t>
        <w:br/>
        <w:t>D.演出制作成本</w:t>
        <w:br/>
        <w:br/>
        <w:t xml:space="preserve">【答案】：A </w:t>
      </w:r>
    </w:p>
    <w:p>
      <w:r>
        <w:t>137、1949年3月，中共中央在（   ）召开七届二中全会，提出了党的工作重心由农村转移到城市。</w:t>
        <w:br/>
        <w:t>A.西柏坡</w:t>
        <w:br/>
        <w:t>B.延安</w:t>
        <w:br/>
        <w:t>C.苏联</w:t>
        <w:br/>
        <w:t>D.北京</w:t>
        <w:br/>
        <w:br/>
        <w:t xml:space="preserve">【答案】：A </w:t>
      </w:r>
    </w:p>
    <w:p>
      <w:r>
        <w:t>138、危险源直接导致的财产损害不包含（　　）</w:t>
        <w:br/>
        <w:t>A.装置损毁</w:t>
        <w:br/>
        <w:t>B.设施损坏</w:t>
        <w:br/>
        <w:t>C.设备损害</w:t>
        <w:br/>
        <w:t>D.器材失灵</w:t>
        <w:br/>
        <w:br/>
        <w:t xml:space="preserve">【答案】：A </w:t>
      </w:r>
    </w:p>
    <w:p>
      <w:r>
        <w:t>139、以下关于演出制作团队的表述不正确的是（   ）</w:t>
        <w:br/>
        <w:t>A.各组之间是分工合作的关系</w:t>
        <w:br/>
        <w:t>B.有艺术创作组、舞台管理组、舞台技术组三部分组成</w:t>
        <w:br/>
        <w:t>C.成功的演出制作团队的良好合作</w:t>
        <w:br/>
        <w:t>D.总负责人在团队中的灵魂地位是团队合作的关键</w:t>
        <w:br/>
        <w:br/>
        <w:t xml:space="preserve">【答案】：D </w:t>
      </w:r>
    </w:p>
    <w:p>
      <w:r>
        <w:t>140、根据《外国人入境完成短期营业性演出活动的办理程序和工作指引》，外国演员应当在工作证明上注明的起始工作日期前到申请驻外签证机关申请（   ），逾期，中国驻外签证机关将不予受理。</w:t>
        <w:br/>
        <w:t>A.M字签证</w:t>
        <w:br/>
        <w:t>B.Z字签证</w:t>
        <w:br/>
        <w:t>C.F字签证</w:t>
        <w:br/>
        <w:t>D.G字签证</w:t>
        <w:br/>
        <w:br/>
        <w:t xml:space="preserve">【答案】：B </w:t>
      </w:r>
    </w:p>
    <w:p>
      <w:r>
        <w:t>141、演出开始入场验票时，下列情况处理正确的是（   ）</w:t>
        <w:br/>
        <w:t>A.当入场观众达到核准数量，持票观众仍可放行进入</w:t>
        <w:br/>
        <w:t>B.当入场观众达到核准数量仍有观众等待入场的，应立即终止验票并向演出所在地县级人民政府公安部门报告</w:t>
        <w:br/>
        <w:t>C.发现观众持有观众区域以外的门票或者假票的，应当拒绝其入场并同时向演出所在地县级人民政府报告</w:t>
        <w:br/>
        <w:t>D.当发现进入演出场所的观众达到核准数量仍有观众等待入场，应报告演出所在地文化主管部门，尽快解决</w:t>
        <w:br/>
        <w:br/>
        <w:t xml:space="preserve">【答案】：B </w:t>
      </w:r>
    </w:p>
    <w:p>
      <w:r>
        <w:t>142、5年以上的舞台幕布应（　　）</w:t>
        <w:br/>
        <w:t>A.进行安全检测</w:t>
        <w:br/>
        <w:t>B.必要的安全检修</w:t>
        <w:br/>
        <w:t>C.检测防火性能</w:t>
        <w:br/>
        <w:t>D.应有第三方的安全认证</w:t>
        <w:br/>
        <w:br/>
        <w:t xml:space="preserve">【答案】：C </w:t>
      </w:r>
    </w:p>
    <w:p>
      <w:r>
        <w:t>143、节庆类营业性演出活动，是指冠以“节、周、月、季”等字样，演出场次（   ）以上、持续时间一天以上的主题性演出活动。</w:t>
        <w:br/>
        <w:t>A.1场</w:t>
        <w:br/>
        <w:t>B.4场</w:t>
        <w:br/>
        <w:t>C.2场</w:t>
        <w:br/>
        <w:t>D.3场</w:t>
        <w:br/>
        <w:br/>
        <w:t xml:space="preserve">【答案】：D </w:t>
      </w:r>
    </w:p>
    <w:p>
      <w:r>
        <w:t>144、成本波动较小的是演出产品生命周期哪个阶段的特点（   ）</w:t>
        <w:br/>
        <w:t>A.发生期</w:t>
        <w:br/>
        <w:t>B.发展期</w:t>
        <w:br/>
        <w:t>C.成熟期</w:t>
        <w:br/>
        <w:t>D.衰退期</w:t>
        <w:br/>
        <w:br/>
        <w:t xml:space="preserve">【答案】：C </w:t>
      </w:r>
    </w:p>
    <w:p>
      <w:r>
        <w:t>145、对于引进演出项目的不同生命周期主要经营策略，表达错误的是（   ）</w:t>
        <w:br/>
        <w:t>A.对于已进入衰退时期的剧节目和演员可以发掘其新的开发价值</w:t>
        <w:br/>
        <w:t>B.成熟的项目，要注意控制签约金额，避免争抢造成的价格虚高</w:t>
        <w:br/>
        <w:t>C.处于发展期的演出项目，以高价收入，建立长期合作机制</w:t>
        <w:br/>
        <w:t>D.要用专业的眼光判断引进的演出项目的生命周期</w:t>
        <w:br/>
        <w:br/>
        <w:t xml:space="preserve">【答案】：C </w:t>
      </w:r>
    </w:p>
    <w:p>
      <w:r>
        <w:t>146、根据《著作权法》规定，以下说法错误的是（   ）</w:t>
        <w:br/>
        <w:t>A.两人以上合作创作的作品，著作权由合作作者共同享有</w:t>
        <w:br/>
        <w:t>B.没有参加创作的人，不能成为合作作者</w:t>
        <w:br/>
        <w:t>C.合作作品行便著作权时不得侵犯合作作品整体的著作权</w:t>
        <w:br/>
        <w:t>D.合作作品可以分割便用，作者对各自创作的部分不单独享有著作权</w:t>
        <w:br/>
        <w:br/>
        <w:t xml:space="preserve">【答案】：D </w:t>
      </w:r>
    </w:p>
    <w:p>
      <w:r>
        <w:t>147、票价对演出项目最终的收益情况起举足轻重的作用，以下有关票价确定描述错误的是（   ）</w:t>
        <w:br/>
        <w:t>A.根据演出场所观众人数多少及剧场环境条件确定票价档位划分</w:t>
        <w:br/>
        <w:t>B.每档价位的门票数量比例一般呈枣核型</w:t>
        <w:br/>
        <w:t>C.各个价位票的差额要根据总体售票方案重点推销某个价位等因素确定</w:t>
        <w:br/>
        <w:t>D.最高票价一半代表着该演出项目的规格档次和水平，因此越高越好</w:t>
        <w:br/>
        <w:br/>
        <w:t xml:space="preserve">【答案】：D </w:t>
      </w:r>
    </w:p>
    <w:p>
      <w:r>
        <w:t>148、《茶花女》歌剧作品出自（   　　）</w:t>
        <w:br/>
        <w:t>A.威尔第</w:t>
        <w:br/>
        <w:t>B.穆索尔斯基</w:t>
        <w:br/>
        <w:t>C.柴可夫斯基</w:t>
        <w:br/>
        <w:t>D.马勒</w:t>
        <w:br/>
        <w:br/>
        <w:t xml:space="preserve">【答案】：A </w:t>
      </w:r>
    </w:p>
    <w:p>
      <w:r>
        <w:t>149、属于经纪人在从事媒体公关时应该具备基本概念和原则的是（   ）</w:t>
        <w:br/>
        <w:t>A.控制媒体，避免负面报道</w:t>
        <w:br/>
        <w:t>B.加大宣传经费和广告投入</w:t>
        <w:br/>
        <w:t>C.策略明晰，主动沟通</w:t>
        <w:br/>
        <w:t>D.面对负面报道第一时间做出回应</w:t>
        <w:br/>
        <w:br/>
        <w:t xml:space="preserve">【答案】：C </w:t>
      </w:r>
    </w:p>
    <w:p>
      <w:r>
        <w:t>150、按照经济活动方式分，经纪人包括居间经纪人、行纪经纪人和代理经纪人，以下表述不正确的有（   ）</w:t>
        <w:br/>
        <w:t>A.经纪人最明显的特点是不具体代表买卖任何一方，没有代为订约的权利</w:t>
        <w:br/>
        <w:t>B.居间经纪人指以自己的名义为他人提供交易信息及条件，促成他人交易成功的经纪人</w:t>
        <w:br/>
        <w:t>C.行纪经纪人指受委托人委托，以经纪人自己的名义与第三方进行交易，交易过程中出现的法律责任由经纪人直接承担</w:t>
        <w:br/>
        <w:t>D.代理经纪人指受委托人委托，以委托人的名义与第三方进行交易，交易过程中出现的法律责任由委托人这届承担</w:t>
        <w:br/>
        <w:br/>
        <w:t xml:space="preserve">【答案】：A </w:t>
      </w:r>
    </w:p>
    <w:p>
      <w:r>
        <w:t>151、《GB/T36729—2018演出安全》不适用于（　　）。</w:t>
        <w:br/>
        <w:t>A.文艺表演</w:t>
        <w:br/>
        <w:t>B.境外演出团体在中国举办的演出活动</w:t>
        <w:br/>
        <w:t>C.中国境内举办的任何演出活动</w:t>
        <w:br/>
        <w:t>D.中国文艺表演团体在境外举办的演出活动</w:t>
        <w:br/>
        <w:br/>
        <w:t xml:space="preserve">【答案】：D </w:t>
      </w:r>
    </w:p>
    <w:p>
      <w:r>
        <w:t>152、（　　）是立足于社会层面培有社会主义核心价值所提出的价值目标和现实要求。</w:t>
        <w:br/>
        <w:t>A.富强、民主、文明、和谐</w:t>
        <w:br/>
        <w:t>B.自由、平等、公正、法治</w:t>
        <w:br/>
        <w:t>C.爱国、敬业、诚信、友善</w:t>
        <w:br/>
        <w:t>D.勤学、修德、明辨、笃实</w:t>
        <w:br/>
        <w:br/>
        <w:t xml:space="preserve">【答案】：B </w:t>
      </w:r>
    </w:p>
    <w:p>
      <w:r>
        <w:t>153、英国威廉.莎士比亚代表作不包括（   ）。</w:t>
        <w:br/>
        <w:t>A.《李尔王》</w:t>
        <w:br/>
        <w:t>B.《哈姆雷特》</w:t>
        <w:br/>
        <w:t>C.《羊泉村》</w:t>
        <w:br/>
        <w:t>D.《麦克白》</w:t>
        <w:br/>
        <w:br/>
        <w:t xml:space="preserve">【答案】：C </w:t>
      </w:r>
    </w:p>
    <w:p>
      <w:r>
        <w:t>154、下列哪位被称为“现代美国戏剧之父”。</w:t>
        <w:br/>
        <w:t>A.尤金·奥尼尔</w:t>
        <w:br/>
        <w:t>B.尤金·尤奈斯库</w:t>
        <w:br/>
        <w:t>C.阿瑟·密勒</w:t>
        <w:br/>
        <w:t>D.爱德华·阿尔比</w:t>
        <w:br/>
        <w:br/>
        <w:t xml:space="preserve">【答案】：A </w:t>
      </w:r>
    </w:p>
    <w:p>
      <w:r>
        <w:t>155、徽班进京后由演唱徽调、昆腔演变为京剧的十三位奠基人之一是（   　　）。</w:t>
        <w:br/>
        <w:t>A.谭鑫培</w:t>
        <w:br/>
        <w:t>B.马连良</w:t>
        <w:br/>
        <w:t>C.程长庚</w:t>
        <w:br/>
        <w:t>D.尚小云</w:t>
        <w:br/>
        <w:br/>
        <w:t xml:space="preserve">【答案】：C </w:t>
      </w:r>
    </w:p>
    <w:p>
      <w:r>
        <w:t>156、西方音乐历史上，代表着较高的知识阶层的审美要求是（   ）。</w:t>
        <w:br/>
        <w:t>A.音乐剧</w:t>
        <w:br/>
        <w:t>B.歌剧</w:t>
        <w:br/>
        <w:t>C.清唱剧</w:t>
        <w:br/>
        <w:t>D.艺术歌曲</w:t>
        <w:br/>
        <w:br/>
        <w:t xml:space="preserve">【答案】：D </w:t>
      </w:r>
    </w:p>
    <w:p>
      <w:r>
        <w:t>157、奥尼尔以表现主义手法创作的第一部作品是（   ）。</w:t>
        <w:br/>
        <w:t>A.《天边外》</w:t>
        <w:br/>
        <w:t>B.《毛猿》</w:t>
        <w:br/>
        <w:t>C.《悲悼》</w:t>
        <w:br/>
        <w:t>D.《琼斯皇帝》</w:t>
        <w:br/>
        <w:br/>
        <w:t xml:space="preserve">【答案】：D </w:t>
      </w:r>
    </w:p>
    <w:p>
      <w:r>
        <w:t>158、坚持总体国家安全观。统筹发展和安全，增强忧患意识，做到居安思危，是我们党治国理政的一个重大原则。必须坚持国家利益至上，以人民安全为宗旨，以（   ）为根本。</w:t>
        <w:br/>
        <w:t>A.政治安全</w:t>
        <w:br/>
        <w:t>B.国土安全</w:t>
        <w:br/>
        <w:t>C.军事安全</w:t>
        <w:br/>
        <w:t>D.文化安全</w:t>
        <w:br/>
        <w:br/>
        <w:t xml:space="preserve">【答案】：A </w:t>
      </w:r>
    </w:p>
    <w:p>
      <w:r>
        <w:t>159、一般情况下，在体育场馆等场所举办的临时搭建舞台的演出，装台时间为（   ）。</w:t>
        <w:br/>
        <w:t>A.1-2天</w:t>
        <w:br/>
        <w:t>B.2-3天</w:t>
        <w:br/>
        <w:t>C.3-5天</w:t>
        <w:br/>
        <w:t>D.5-7天</w:t>
        <w:br/>
        <w:br/>
        <w:t xml:space="preserve">【答案】：D </w:t>
      </w:r>
    </w:p>
    <w:p>
      <w:r>
        <w:t>160、演出市场的主体是从事演出交易活动的组织和个人，以下不属于演出市场主体的是（   　　）</w:t>
        <w:br/>
        <w:t>A.某省级歌舞剧团</w:t>
        <w:br/>
        <w:t>B.某市音乐厅</w:t>
        <w:br/>
        <w:t>C.购买音乐剧门票的观众</w:t>
        <w:br/>
        <w:t>D.倒卖演唱会门票的“黄牛”</w:t>
        <w:br/>
        <w:br/>
        <w:t xml:space="preserve">【答案】：D </w:t>
      </w:r>
    </w:p>
    <w:p>
      <w:r>
        <w:t>161、舞台管理组的内容不包括：（   　　）</w:t>
        <w:br/>
        <w:t>A.演员纪律</w:t>
        <w:br/>
        <w:t>B.配合导演进行技术合成</w:t>
        <w:br/>
        <w:t>C.舞美制造</w:t>
        <w:br/>
        <w:t>D.排练场地及其他</w:t>
        <w:br/>
        <w:br/>
        <w:t xml:space="preserve">【答案】：C </w:t>
      </w:r>
    </w:p>
    <w:p>
      <w:r>
        <w:t>162、根据《营业性演出管理条例实施细则》规定,文艺表演团体和演出经纪机构的营业性演出许可证，除（   ）可以依法暂扣或者吊销外，其他任何单位和个人不得收缴、扣押。</w:t>
        <w:br/>
        <w:t>A.工商部门</w:t>
        <w:br/>
        <w:t>B.公安部门</w:t>
        <w:br/>
        <w:t>C.文化和旅游主管部门</w:t>
        <w:br/>
        <w:t>D.中国演出行业协会</w:t>
        <w:br/>
        <w:br/>
        <w:t xml:space="preserve">【答案】：C </w:t>
      </w:r>
    </w:p>
    <w:p>
      <w:r>
        <w:t>163、（   　　）是推拉台左右行程的必要空间</w:t>
        <w:br/>
        <w:t>A.主舞台</w:t>
        <w:br/>
        <w:t>B.侧台</w:t>
        <w:br/>
        <w:t>C.后舞台</w:t>
        <w:br/>
        <w:t>D.后台</w:t>
        <w:br/>
        <w:br/>
        <w:t xml:space="preserve">【答案】：B </w:t>
      </w:r>
    </w:p>
    <w:p>
      <w:r>
        <w:t>164、外国投资者依法在中国自由贸易试验区内投资设立演出经纪机构，由（   　　）审批</w:t>
        <w:br/>
        <w:t>A.由自由贸易试验区所在地省级演出行业协会</w:t>
        <w:br/>
        <w:t>B.由自由贸易试验区所在地省级文化和旅游行政部门</w:t>
        <w:br/>
        <w:t>C.中国演出行业协会</w:t>
        <w:br/>
        <w:t>D.文化和旅游部</w:t>
        <w:br/>
        <w:br/>
        <w:t xml:space="preserve">【答案】：B </w:t>
      </w:r>
    </w:p>
    <w:p>
      <w:r>
        <w:t>165、2021年11月13日晚，联合国气候变化大会在（   ）闭幕，各缔约方就《巴黎协定》实施细则达成共识。</w:t>
        <w:br/>
        <w:t>A.中国北京</w:t>
        <w:br/>
        <w:t>B.日本东京</w:t>
        <w:br/>
        <w:t>C.美国纽约</w:t>
        <w:br/>
        <w:t>D.英国格拉斯哥</w:t>
        <w:br/>
        <w:br/>
        <w:t xml:space="preserve">【答案】：D </w:t>
      </w:r>
    </w:p>
    <w:p>
      <w:r>
        <w:t>166、（   ）被列为芭蕾史上“第一部无情节芭蕾”。</w:t>
        <w:br/>
        <w:t>A.《天鹅之死》</w:t>
        <w:br/>
        <w:t>B.《仙女们》</w:t>
        <w:br/>
        <w:t>C.《阿波罗》</w:t>
        <w:br/>
        <w:t>D.《小夜曲》</w:t>
        <w:br/>
        <w:br/>
        <w:t xml:space="preserve">【答案】：B </w:t>
      </w:r>
    </w:p>
    <w:p>
      <w:r>
        <w:t>167、芭蕾舞是哪国传来的外国语。（   ）</w:t>
        <w:br/>
        <w:t>A.英国</w:t>
        <w:br/>
        <w:t>B.意大利</w:t>
        <w:br/>
        <w:t>C.法国</w:t>
        <w:br/>
        <w:t>D.俄国</w:t>
        <w:br/>
        <w:br/>
        <w:t xml:space="preserve">【答案】：B </w:t>
      </w:r>
    </w:p>
    <w:p>
      <w:r>
        <w:t>168、（   ）是国家治理体系和治理能力现代化的深厚支撑。</w:t>
        <w:br/>
        <w:t>A.发展社会主义先进文化、建设社会主义法治国家</w:t>
        <w:br/>
        <w:t>B.坚持党的领导、广泛凝聚人民力量</w:t>
        <w:br/>
        <w:t>C.广泛凝聚人民力量、建设社会主义法治国家</w:t>
        <w:br/>
        <w:t>D.发展社会主义先进文化、广泛凝聚人民力量</w:t>
        <w:br/>
        <w:br/>
        <w:t xml:space="preserve">【答案】：D </w:t>
      </w:r>
    </w:p>
    <w:p>
      <w:r>
        <w:t>169、下列有关预收款的说法错误的是（   ）</w:t>
        <w:br/>
        <w:t>A.经营者可以采取预收款方式提供商品或者服务</w:t>
        <w:br/>
        <w:t>B.经营者采取预收款方式但未按照约定提供的，应当按照消费者的要求履行约定</w:t>
        <w:br/>
        <w:t>C.经营者采取预收款方式但未按照约定提供的，应当退回预付款</w:t>
        <w:br/>
        <w:t>D.经营者退回预付款时，还应当承担预付款的利息和消费者预期损失</w:t>
        <w:br/>
        <w:br/>
        <w:t xml:space="preserve">【答案】：D </w:t>
      </w:r>
    </w:p>
    <w:p>
      <w:r>
        <w:t>170、以下少数民族民歌中，主要为猎手夸耀箭术时所唱，歌唱时伴有简单的舞蹈动作。这说的是（   ）</w:t>
        <w:br/>
        <w:t>A.蒙古族长调</w:t>
        <w:br/>
        <w:t>B.藏族箭歌</w:t>
        <w:br/>
        <w:t>C.朝鲜族抒情谣</w:t>
        <w:br/>
        <w:t>D.苗族飞哥</w:t>
        <w:br/>
        <w:br/>
        <w:t xml:space="preserve">【答案】：B </w:t>
      </w:r>
    </w:p>
    <w:p>
      <w:r>
        <w:t>171、根据《著作权法》规定，表演者部分权利保护期为五十年，截止于该表演发生后第五十年的12月月31日，以下不受保护期限制的是（   ）</w:t>
        <w:br/>
        <w:t>A.保护表演形象不受歪曲</w:t>
        <w:br/>
        <w:t>B.许可他人从现场直播和公开传送其现场表演，并获得报酬</w:t>
        <w:br/>
        <w:t>C.许可他人录音录像，并获得报酬</w:t>
        <w:br/>
        <w:t>D.许可他人通过信息网络向公众传播其表演，并获得报酬</w:t>
        <w:br/>
        <w:br/>
        <w:t xml:space="preserve">【答案】：A </w:t>
      </w:r>
    </w:p>
    <w:p>
      <w:r>
        <w:t>172、根据《红岩》改编的歌剧是（   　　）</w:t>
        <w:br/>
        <w:t>A.白毛女</w:t>
        <w:br/>
        <w:t>B.江姐</w:t>
        <w:br/>
        <w:t>C.刘三姐</w:t>
        <w:br/>
        <w:t>D.洪湖赤卫队</w:t>
        <w:br/>
        <w:br/>
        <w:t xml:space="preserve">【答案】：B </w:t>
      </w:r>
    </w:p>
    <w:p>
      <w:r>
        <w:t>173、演出的第一要素是（   　　）</w:t>
        <w:br/>
        <w:t>A.演员</w:t>
        <w:br/>
        <w:t>B.演出场所</w:t>
        <w:br/>
        <w:t>C.观众</w:t>
        <w:br/>
        <w:t>D.演出艺术创作组</w:t>
        <w:br/>
        <w:br/>
        <w:t xml:space="preserve">【答案】：A </w:t>
      </w:r>
    </w:p>
    <w:p>
      <w:r>
        <w:t>174、音乐是一种非语义性和（   ）的性质的艺术。</w:t>
        <w:br/>
        <w:t>A.非比喻性</w:t>
        <w:br/>
        <w:t>B.非抽象性</w:t>
        <w:br/>
        <w:t>C.非造型性</w:t>
        <w:br/>
        <w:t>D.非形象性</w:t>
        <w:br/>
        <w:br/>
        <w:t xml:space="preserve">【答案】：C </w:t>
      </w:r>
    </w:p>
    <w:p>
      <w:r>
        <w:t>175、以下有关成本领先战略的描述，错误的是（   ）</w:t>
        <w:br/>
        <w:t>A.要严格控制成本和间接费用，警觉地追求成本降低</w:t>
        <w:br/>
        <w:t>B.尽管竞争压力较大，但回报率仍要在演出行业平均水平以上</w:t>
        <w:br/>
        <w:t>C.促成相对一般竞争对手来说更低的成本，但不是以牺牲质量、服务或其他为代价</w:t>
        <w:br/>
        <w:t>D.把重点放在创造一种观众或者企业客户认为独特或者优良的并且愿意为其支付高价的演出项目上</w:t>
        <w:br/>
        <w:br/>
        <w:t xml:space="preserve">【答案】：D </w:t>
      </w:r>
    </w:p>
    <w:p>
      <w:r>
        <w:t>176、关于我国演出市场的形成以下说法不正确的是（   ）</w:t>
        <w:br/>
        <w:t>A.1866年上海建成的兰心剧场是西方艺术形式传入我国后建成的</w:t>
        <w:br/>
        <w:t>B.“勾栏”“瓦肆”指北宋汴京、南宋杭州等地出现的表演各种伎艺的场所</w:t>
        <w:br/>
        <w:t>C.百戏是古代是民间的乐舞，杂技，武术等出现的表演艺术的统称</w:t>
        <w:br/>
        <w:t>D.改革开放后，我国对旧有的民营剧团进行“改人、改戏、改制”形成了以国有艺术表演团体和剧场为主的计划演出体制</w:t>
        <w:br/>
        <w:br/>
        <w:t xml:space="preserve">【答案】：D </w:t>
      </w:r>
    </w:p>
    <w:p>
      <w:r>
        <w:t>177、演出场所和演出活动应具备安全保卫措施和安全保护措施，避免事故发生。属于（　　）</w:t>
        <w:br/>
        <w:t>A.事前防护</w:t>
        <w:br/>
        <w:t>B.事中检查</w:t>
        <w:br/>
        <w:t>C.事后控制</w:t>
        <w:br/>
        <w:t>D.事后保护</w:t>
        <w:br/>
        <w:br/>
        <w:t xml:space="preserve">【答案】：D </w:t>
      </w:r>
    </w:p>
    <w:p>
      <w:r>
        <w:t>178、根据《营业性演出管理条例实施细则》规定,依法登记的文艺表演团体申请从事营业性演出活动，应当向文化和旅游主管部门提交的文件不包括（   ）</w:t>
        <w:br/>
        <w:t>A.营业执照和从事的艺术类型</w:t>
        <w:br/>
        <w:t>B.主要负责人的有效身份证件</w:t>
        <w:br/>
        <w:t>C.演出经纪人资格证书</w:t>
        <w:br/>
        <w:t>D.与业务相适应的演出器材设备书面声明</w:t>
        <w:br/>
        <w:br/>
        <w:t xml:space="preserve">【答案】：C </w:t>
      </w:r>
    </w:p>
    <w:p>
      <w:r>
        <w:t>179、哪首民歌在国外被当作中国民间音乐的代表？</w:t>
        <w:br/>
        <w:t>A.《孟姜女》</w:t>
        <w:br/>
        <w:t>B.《绣荷包》</w:t>
        <w:br/>
        <w:t>C.《走西口》</w:t>
        <w:br/>
        <w:t>D.《茉莉花》</w:t>
        <w:br/>
        <w:br/>
        <w:t xml:space="preserve">【答案】：D </w:t>
      </w:r>
    </w:p>
    <w:p>
      <w:r>
        <w:t>180、在规范性文件中正式提出要签订演出合同的是哪一年（   ）。</w:t>
        <w:br/>
        <w:t>A.1990年</w:t>
        <w:br/>
        <w:t>B.1991年</w:t>
        <w:br/>
        <w:t>C.1992年</w:t>
        <w:br/>
        <w:t>D.1993年</w:t>
        <w:br/>
        <w:br/>
        <w:t xml:space="preserve">【答案】：B </w:t>
      </w:r>
    </w:p>
    <w:p>
      <w:r>
        <w:t>181、演出市场的营销基本概念包括项目策划、艺术笠产、宣传推广、票务销售等笠产与流通的全过程，并最终实现满足消费获得利润的经营目标，这一切的前提与核心是（   ）</w:t>
        <w:br/>
        <w:t>A.演出经营策略</w:t>
        <w:br/>
        <w:t>B.观众需求</w:t>
        <w:br/>
        <w:t>C.演出表演者</w:t>
        <w:br/>
        <w:t>D.文化主管部门</w:t>
        <w:br/>
        <w:br/>
        <w:t xml:space="preserve">【答案】：B </w:t>
      </w:r>
    </w:p>
    <w:p>
      <w:r>
        <w:t>182、《江姐》的剧情是根据小说《红岩》改编的，贯穿全剧的主题歌是（   ）</w:t>
        <w:br/>
        <w:t>A.歌唱祖国</w:t>
        <w:br/>
        <w:t>B.绣红旗</w:t>
        <w:br/>
        <w:t>C.红梅赞</w:t>
        <w:br/>
        <w:t>D.一条大河</w:t>
        <w:br/>
        <w:br/>
        <w:t xml:space="preserve">【答案】：C </w:t>
      </w:r>
    </w:p>
    <w:p>
      <w:r>
        <w:t>183、文化市场经营单位的主要负责人是本单位安全生产的（　　），对落实本单位安全生产主体责任全面负责；</w:t>
        <w:br/>
        <w:t>A.无责任人</w:t>
        <w:br/>
        <w:t>B.次要负责人</w:t>
        <w:br/>
        <w:t>C.主要负责人</w:t>
        <w:br/>
        <w:t>D.第一责任人</w:t>
        <w:br/>
        <w:br/>
        <w:t xml:space="preserve">【答案】：D </w:t>
      </w:r>
    </w:p>
    <w:p>
      <w:r>
        <w:t>184、以下选项中曹禺先生创作的作品是（   ）</w:t>
        <w:br/>
        <w:t>A.茶馆、龙须沟、日出、屈原</w:t>
        <w:br/>
        <w:t>B.日出、原野、茶馆、北京人</w:t>
        <w:br/>
        <w:t>C.日出、北京人、原野、雷雨</w:t>
        <w:br/>
        <w:t>D.雷雨、北京人、茶馆、原野</w:t>
        <w:br/>
        <w:br/>
        <w:t xml:space="preserve">【答案】：C </w:t>
      </w:r>
    </w:p>
    <w:p>
      <w:r>
        <w:t>185、被誉为“美国现代舞之父”的是（   ）。</w:t>
        <w:br/>
        <w:t>A.米哈伊尔·福金</w:t>
        <w:br/>
        <w:t>B.丹尼丝·肖恩</w:t>
        <w:br/>
        <w:t>C.马里乌斯·彼季帕</w:t>
        <w:br/>
        <w:t>D.何塞·利蒙</w:t>
        <w:br/>
        <w:br/>
        <w:t xml:space="preserve">【答案】：B </w:t>
      </w:r>
    </w:p>
    <w:p>
      <w:r>
        <w:t>186、以下选项中属于古希腊戏剧家阿里斯托芬的代表作的一组是（   ）</w:t>
        <w:br/>
        <w:t>A.《美狄亚》、《安德洛玛刻》</w:t>
        <w:br/>
        <w:t>B.《被缚的普罗米修斯》、《俄瑞斯忒亚》</w:t>
        <w:br/>
        <w:t>C.《阿卡奈人》、《鸟》</w:t>
        <w:br/>
        <w:t>D.《俄狄浦斯王》、《安提戈涅》</w:t>
        <w:br/>
        <w:br/>
        <w:t xml:space="preserve">【答案】：C </w:t>
      </w:r>
    </w:p>
    <w:p>
      <w:r>
        <w:t>187、以下不属于营业性演出的是（   ）</w:t>
        <w:br/>
        <w:t>A.在学校举办歌友会进行唱片宣传</w:t>
        <w:br/>
        <w:t>B.有明星参加的企业年会</w:t>
        <w:br/>
        <w:t>C.学校师生联欢演出</w:t>
        <w:br/>
        <w:t>D.票款全部捐赠公益事业的募捐义演</w:t>
        <w:br/>
        <w:br/>
        <w:t xml:space="preserve">【答案】：C </w:t>
      </w:r>
    </w:p>
    <w:p>
      <w:r>
        <w:t>188、准确的（   　　）有利于维护、巩固现有观众群,并有效扩大潜在的观众群。</w:t>
        <w:br/>
        <w:t>A.价值定位</w:t>
        <w:br/>
        <w:t>B.市场定位</w:t>
        <w:br/>
        <w:t>C.产品定位</w:t>
        <w:br/>
        <w:t>D.观众定位</w:t>
        <w:br/>
        <w:br/>
        <w:t xml:space="preserve">【答案】：D </w:t>
      </w:r>
    </w:p>
    <w:p>
      <w:r>
        <w:t>189、欣赏音乐需要有更多的预先准备，这是音乐的（   ）和（   ）是渗透到人们的日常生活中的。</w:t>
        <w:br/>
        <w:t>A.组成，节奏</w:t>
        <w:br/>
        <w:t>B.组成，规则</w:t>
        <w:br/>
        <w:t>C.材料，规则</w:t>
        <w:br/>
        <w:t>D.材料，节奏</w:t>
        <w:br/>
        <w:br/>
        <w:t xml:space="preserve">【答案】：C </w:t>
      </w:r>
    </w:p>
    <w:p>
      <w:r>
        <w:t>190、十九大报告中提到，实现中华民族伟大复兴是近代以来中华民族最伟大的梦想，我们党深刻认识到，实现中华民族伟大复兴，必须推翻压在中国人民头上的（   ）三座大山，必须建立符合我国实际的先进（   ），必须合乎时代潮流、顺应人民意愿，勇于改革开放，让党和人民事业始终充满奋勇前进的强大动力。</w:t>
        <w:br/>
        <w:t>A.帝国主义、封建主义、官僚主义、政治制度</w:t>
        <w:br/>
        <w:t>B.帝国主义、封建主义、官僚资本主义、社会制度</w:t>
        <w:br/>
        <w:t>C.封建主义、殖民主义、资本主义、思想制度</w:t>
        <w:br/>
        <w:t>D.封建主义、殖民主义、帝国主义、政治制度</w:t>
        <w:br/>
        <w:br/>
        <w:t xml:space="preserve">【答案】：B </w:t>
      </w:r>
    </w:p>
    <w:p>
      <w:r>
        <w:t>191、在芭蕾世界中，一向有“一只白鸟和一只红鸟”的说法，“红鸟”指的是（   ）。</w:t>
        <w:br/>
        <w:t>A.《天鹅湖》</w:t>
        <w:br/>
        <w:t>B.《仙女》</w:t>
        <w:br/>
        <w:t>C.《火鸟》</w:t>
        <w:br/>
        <w:t>D.《天鹅之死》</w:t>
        <w:br/>
        <w:br/>
        <w:t xml:space="preserve">【答案】：C </w:t>
      </w:r>
    </w:p>
    <w:p>
      <w:r>
        <w:t>192、被称为“中国第一只白天鹅”的舞蹈演员是（   ）</w:t>
        <w:br/>
        <w:t>A.白淑湘</w:t>
        <w:br/>
        <w:t>B.吴晓邦</w:t>
        <w:br/>
        <w:t>C.曹诚渊</w:t>
        <w:br/>
        <w:t>D.王玫</w:t>
        <w:br/>
        <w:br/>
        <w:t xml:space="preserve">【答案】：A </w:t>
      </w:r>
    </w:p>
    <w:p>
      <w:r>
        <w:t>193、恰恰音乐来源于（   ）</w:t>
        <w:br/>
        <w:t>A.古巴</w:t>
        <w:br/>
        <w:t>B.巴西</w:t>
        <w:br/>
        <w:t>C.非洲</w:t>
        <w:br/>
        <w:t>D.欧美</w:t>
        <w:br/>
        <w:br/>
        <w:t xml:space="preserve">【答案】：A </w:t>
      </w:r>
    </w:p>
    <w:p>
      <w:r>
        <w:t>194、十九大报告中指出，（   ）是近代以来中华民族最伟大的梦想。</w:t>
        <w:br/>
        <w:t>A.实现中华民族伟大复兴</w:t>
        <w:br/>
        <w:t>B.全面建成社会主义现代化</w:t>
        <w:br/>
        <w:t>C.全面建成小康社会</w:t>
        <w:br/>
        <w:t>D.实现共产主义</w:t>
        <w:br/>
        <w:br/>
        <w:t xml:space="preserve">【答案】：A </w:t>
      </w:r>
    </w:p>
    <w:p>
      <w:r>
        <w:t>195、要完善国家安全战略和国家安全政策，坚决维护国家（   ），统筹推进各项安全工作。健全国家安全体系，加强国家安全法治保障，提高防范和抵御安全风险能力。</w:t>
        <w:br/>
        <w:t>A.主权安全</w:t>
        <w:br/>
        <w:t>B.国民安全</w:t>
        <w:br/>
        <w:t>C.政治安全</w:t>
        <w:br/>
        <w:t>D.国土安全</w:t>
        <w:br/>
        <w:br/>
        <w:t xml:space="preserve">【答案】：C </w:t>
      </w:r>
    </w:p>
    <w:p>
      <w:r>
        <w:t>196、根据《营业性演出管理条例》举办营业性演出，应当向（   ）提交申请，该主管部门应当自受理申请之日起（   ）内做出决定。</w:t>
        <w:br/>
        <w:t>A.国务院文化主管部门，20日</w:t>
        <w:br/>
        <w:t>B.演出所在地县级人民政府文化主管部门，3日</w:t>
        <w:br/>
        <w:t>C.演出所在地省、自治区、直辖市人民政府文化主管部门，10日</w:t>
        <w:br/>
        <w:t>D.演出所在地夏级人民政府文化主管部门，5日</w:t>
        <w:br/>
        <w:br/>
        <w:t xml:space="preserve">【答案】：B </w:t>
      </w:r>
    </w:p>
    <w:p>
      <w:r>
        <w:t>197、根据《文化和旅游部关于深化“放管服”改革促进演出市场繁荣发展的通知》，以营利为目的，通过互联网为公众实时提供现场文艺表演活动的，应当按照《营业性演出管理条例》等有关规定办理报批手续，并由取得（   ）的互联网文化单位提供在线传播服务。</w:t>
        <w:br/>
        <w:t>A.网络文化经营许可证</w:t>
        <w:br/>
        <w:t>B.营业性演出许可证</w:t>
        <w:br/>
        <w:t>C.演出经纪人资格证</w:t>
        <w:br/>
        <w:t>D.广播电视节目制作许可证</w:t>
        <w:br/>
        <w:br/>
        <w:t xml:space="preserve">【答案】：A </w:t>
      </w:r>
    </w:p>
    <w:p>
      <w:r>
        <w:t>198、根据《营业性演出管理条例实施细则》规定,募捐义演结束后（   ）日内，演出举办单位或者演员应当将演出收支结算报审批机关备案。</w:t>
        <w:br/>
        <w:t>A.10</w:t>
        <w:br/>
        <w:t>B.20</w:t>
        <w:br/>
        <w:t>C.30</w:t>
        <w:br/>
        <w:t>D.40</w:t>
        <w:br/>
        <w:br/>
        <w:t xml:space="preserve">【答案】：A </w:t>
      </w:r>
    </w:p>
    <w:p>
      <w:r>
        <w:t>199、嘻哈文化包括几个部分？（   ）</w:t>
        <w:br/>
        <w:t>A.1</w:t>
        <w:br/>
        <w:t>B.2</w:t>
        <w:br/>
        <w:t>C.3</w:t>
        <w:br/>
        <w:t>D.4</w:t>
        <w:br/>
        <w:br/>
        <w:t xml:space="preserve">【答案】：D </w:t>
      </w:r>
    </w:p>
    <w:p>
      <w:r>
        <w:t>200、（　　）大型维修工程的验收，应有第三方的安全认证。</w:t>
        <w:br/>
        <w:t>A.3年及3年以上</w:t>
        <w:br/>
        <w:t>B.5年及5年以上</w:t>
        <w:br/>
        <w:t>C.5年10年以下</w:t>
        <w:br/>
        <w:t>D.5年15年以下</w:t>
        <w:br/>
        <w:br/>
        <w:t xml:space="preserve">【答案】：B </w:t>
      </w:r>
    </w:p>
    <w:p>
      <w:r>
        <w:t>201、经纪人可以从经纪合同中规定的经纪业务的委托方处获得佣金，关于佣金的说法错误的是（   ）</w:t>
        <w:br/>
        <w:t>A.佣金在产生的原因、作用的结果和作用的范围上与回扣相似</w:t>
        <w:br/>
        <w:t>B.佣金在所反映的经济关系和性质上与回扣相同</w:t>
        <w:br/>
        <w:t>C.佣金与信息费在性质上是不同的</w:t>
        <w:br/>
        <w:t>D.佣金是经纪人从事经纪活动的主观目的</w:t>
        <w:br/>
        <w:br/>
        <w:t xml:space="preserve">【答案】：B </w:t>
      </w:r>
    </w:p>
    <w:p>
      <w:r>
        <w:t>202、下列活动不适用于《大型群众性活动安全管理条例》的是（   ）</w:t>
        <w:br/>
        <w:t>A.演唱会</w:t>
        <w:br/>
        <w:t>B.庙会</w:t>
        <w:br/>
        <w:t>C.音乐厅的日常活动</w:t>
        <w:br/>
        <w:t>D.人才招聘会</w:t>
        <w:br/>
        <w:br/>
        <w:t xml:space="preserve">【答案】：C </w:t>
      </w:r>
    </w:p>
    <w:p>
      <w:r>
        <w:t>203、申请举办营业性涉外或者涉港澳台演出，应该在演出日期（   ）前将申请材料提交负责审批的文化主管部门</w:t>
        <w:br/>
        <w:t>A.3</w:t>
        <w:br/>
        <w:t>B.7</w:t>
        <w:br/>
        <w:t>C.10</w:t>
        <w:br/>
        <w:t>D.20</w:t>
        <w:br/>
        <w:br/>
        <w:t xml:space="preserve">【答案】：D </w:t>
      </w:r>
    </w:p>
    <w:p>
      <w:r>
        <w:t>204、剧院和演出院团应建立演出安全（　　），警示演职人员安全意识。</w:t>
        <w:br/>
        <w:t>A.管理制度</w:t>
        <w:br/>
        <w:t>B.巡检制度</w:t>
        <w:br/>
        <w:t>C.教育制度</w:t>
        <w:br/>
        <w:t>D.禁止声明</w:t>
        <w:br/>
        <w:br/>
        <w:t xml:space="preserve">【答案】：C </w:t>
      </w:r>
    </w:p>
    <w:p>
      <w:r>
        <w:t>205、十九大报告中指出，深化机构和行政体制改革，转变政府职能，深化简政放权，创新监管方式，增强政府公信力和执行力，建设人民满意的（   ）政府。</w:t>
        <w:br/>
        <w:t>A.法治型</w:t>
        <w:br/>
        <w:t>B.创新型</w:t>
        <w:br/>
        <w:t>C.廉洁型</w:t>
        <w:br/>
        <w:t>D.服务型</w:t>
        <w:br/>
        <w:br/>
        <w:t xml:space="preserve">【答案】：D </w:t>
      </w:r>
    </w:p>
    <w:p>
      <w:r>
        <w:t>206、依据《营业性演出管理条例》《营业性演出管理条例实施细则》，举办营业性演出活动，应向（   　　）行政部门申请，经批准后方可举办。</w:t>
        <w:br/>
        <w:t>A.县级文化和旅游行政部门</w:t>
        <w:br/>
        <w:t>B.市级文化和旅游行政部门</w:t>
        <w:br/>
        <w:t>C.省级文化和旅游行政部门</w:t>
        <w:br/>
        <w:t>D.文化和旅游行政部门</w:t>
        <w:br/>
        <w:br/>
        <w:t xml:space="preserve">【答案】：D </w:t>
      </w:r>
    </w:p>
    <w:p>
      <w:r>
        <w:t>207、表演艺术是最古老的艺术形态之一。中国古代表演艺术存在（   ）个基本形式？</w:t>
        <w:br/>
        <w:t>A.2</w:t>
        <w:br/>
        <w:t>B.3</w:t>
        <w:br/>
        <w:t>C.4</w:t>
        <w:br/>
        <w:t>D.5</w:t>
        <w:br/>
        <w:br/>
        <w:t xml:space="preserve">【答案】：B </w:t>
      </w:r>
    </w:p>
    <w:p>
      <w:r>
        <w:t>208、以下对演出经纪谈判描述错误的是（   　　）</w:t>
        <w:br/>
        <w:t>A.复杂的谈判一般有开局、摸底、报价、磋商、成交和签约五个阶段</w:t>
        <w:br/>
        <w:t>B.演出经纪谈判前，要事先做出几个方案或预算、测算资料，以备在谈判使用时具备说服力</w:t>
        <w:br/>
        <w:t>C.在演出经纪谈判过程中，报价尽可能的抬高，留给对方杀价的空间</w:t>
        <w:br/>
        <w:t>D.在演出经纪谈判过程中，报价可以用书面报价，也可以进行口头报价。</w:t>
        <w:br/>
        <w:br/>
        <w:t xml:space="preserve">【答案】：C </w:t>
      </w:r>
    </w:p>
    <w:p>
      <w:r>
        <w:t>209、造型艺术的表现（   ）和（   ）都是与自然环境和生活密切联系在一起的。</w:t>
        <w:br/>
        <w:t>A.形式，方向</w:t>
        <w:br/>
        <w:t>B.形式，目标</w:t>
        <w:br/>
        <w:t>C.方向，手段</w:t>
        <w:br/>
        <w:t>D.对象，手段</w:t>
        <w:br/>
        <w:br/>
        <w:t xml:space="preserve">【答案】：D </w:t>
      </w:r>
    </w:p>
    <w:p>
      <w:r>
        <w:t>210、音乐作品《草原小姐妹》是（   ）</w:t>
        <w:br/>
        <w:t>A.琵琶协奏曲</w:t>
        <w:br/>
        <w:t>B.古筝协奏曲</w:t>
        <w:br/>
        <w:t>C.小提琴协奏曲</w:t>
        <w:br/>
        <w:t>D.钢琴协奏曲</w:t>
        <w:br/>
        <w:br/>
        <w:t xml:space="preserve">【答案】：A </w:t>
      </w:r>
    </w:p>
    <w:p>
      <w:r>
        <w:t>211、过去五年，经济保持中高速增长，在世界主要国家中名列前茅，国内生产总值从五十四万亿元增长到（   ）万亿元，稳居世界第二，对世界经济增长贡献率超过百分之三十。</w:t>
        <w:br/>
        <w:t>A.60</w:t>
        <w:br/>
        <w:t>B.70</w:t>
        <w:br/>
        <w:t>C.80</w:t>
        <w:br/>
        <w:t>D.90</w:t>
        <w:br/>
        <w:br/>
        <w:t xml:space="preserve">【答案】：C </w:t>
      </w:r>
    </w:p>
    <w:p>
      <w:r>
        <w:t>212、以下不属于演出市场主体的有（   ）</w:t>
        <w:br/>
        <w:t>A.歌舞团</w:t>
        <w:br/>
        <w:t>B.音乐厅</w:t>
        <w:br/>
        <w:t>C.观众</w:t>
        <w:br/>
        <w:t>D.黄牛党</w:t>
        <w:br/>
        <w:br/>
        <w:t xml:space="preserve">【答案】：D </w:t>
      </w:r>
    </w:p>
    <w:p>
      <w:r>
        <w:t>213、《响屐舞》舞者为（   ）</w:t>
        <w:br/>
        <w:t>A.赵飞燕</w:t>
        <w:br/>
        <w:t>B.杨玉环</w:t>
        <w:br/>
        <w:t>C.王昭君</w:t>
        <w:br/>
        <w:t>D.西施</w:t>
        <w:br/>
        <w:br/>
        <w:t xml:space="preserve">【答案】：D </w:t>
      </w:r>
    </w:p>
    <w:p>
      <w:r>
        <w:t>214、以下关于合同订立的描述不正确的是（   ）</w:t>
        <w:br/>
        <w:t>A.订立合同的能力：任何人都可订立合同</w:t>
        <w:br/>
        <w:t>B.合同的形式：当事人订立合同，书面形式，口头形式和其他形式均可</w:t>
        <w:br/>
        <w:t>C.订立合同的方式：当事人订立合同主要采取要约、承诺方式</w:t>
        <w:br/>
        <w:t>D.合同条款和文本：合同的内容由当事人约定</w:t>
        <w:br/>
        <w:br/>
        <w:t xml:space="preserve">【答案】：A </w:t>
      </w:r>
    </w:p>
    <w:p>
      <w:r>
        <w:t>215、媒体公关业务的技巧不包括（   　　）</w:t>
        <w:br/>
        <w:t>A.让媒体最大程度了解艺人</w:t>
        <w:br/>
        <w:t>B.把媒体视为客户</w:t>
        <w:br/>
        <w:t>C.不能操控媒体</w:t>
        <w:br/>
        <w:t>D.站在媒体的角度来进行公关策划</w:t>
        <w:br/>
        <w:br/>
        <w:t xml:space="preserve">【答案】：C </w:t>
      </w:r>
    </w:p>
    <w:p>
      <w:r>
        <w:t>216、不属于舞台系统口划分的是（　　）</w:t>
        <w:br/>
        <w:t>A.舞台音响</w:t>
        <w:br/>
        <w:t>B.舞台机械</w:t>
        <w:br/>
        <w:t>C.舞台摄像</w:t>
        <w:br/>
        <w:t>D.幕布</w:t>
        <w:br/>
        <w:br/>
        <w:t xml:space="preserve">【答案】：C </w:t>
      </w:r>
    </w:p>
    <w:p>
      <w:r>
        <w:t>217、下列关于交响乐说法错误的是。（   　　）</w:t>
        <w:br/>
        <w:t>A.交响乐一种管弦乐套曲</w:t>
        <w:br/>
        <w:t>B.曲式结构低沉、内容深刻而富于戏剧性</w:t>
        <w:br/>
        <w:t>C.写法复杂而音色对比鲜明</w:t>
        <w:br/>
        <w:t>D.典型结构由4个乐章组成</w:t>
        <w:br/>
        <w:br/>
        <w:t xml:space="preserve">【答案】：B </w:t>
      </w:r>
    </w:p>
    <w:p>
      <w:r>
        <w:t>218、它标志着奥尼尔戏剧的成熟，被视为“一部标准的现代悲剧”的是（   ）。</w:t>
        <w:br/>
        <w:t>A.《奇异的插曲》</w:t>
        <w:br/>
        <w:t>B.《天边外》</w:t>
        <w:br/>
        <w:t>C.《毛猿》</w:t>
        <w:br/>
        <w:t>D.《月照不幸人》</w:t>
        <w:br/>
        <w:br/>
        <w:t xml:space="preserve">【答案】：B </w:t>
      </w:r>
    </w:p>
    <w:p>
      <w:r>
        <w:t>219、根据《文化和旅游市场信用管理规定》,对严重失信主体实施信用管理措施的期限为（   ）年，对轻微失信主体实施信用管理措施的期限为（   ）年。</w:t>
        <w:br/>
        <w:t>A.1,1</w:t>
        <w:br/>
        <w:t>B.2,1</w:t>
        <w:br/>
        <w:t>C.3,1</w:t>
        <w:br/>
        <w:t>D.3,2</w:t>
        <w:br/>
        <w:br/>
        <w:t xml:space="preserve">【答案】：C </w:t>
      </w:r>
    </w:p>
    <w:p>
      <w:r>
        <w:t>220、以下哪个不是曹禺先生的作品（   ）。</w:t>
        <w:br/>
        <w:t>A.《家》</w:t>
        <w:br/>
        <w:t>B.《雷雨》</w:t>
        <w:br/>
        <w:t>C.《虎符》</w:t>
        <w:br/>
        <w:t>D.《日出》</w:t>
        <w:br/>
        <w:br/>
        <w:t xml:space="preserve">【答案】：C </w:t>
      </w:r>
    </w:p>
    <w:p>
      <w:r>
        <w:t>221、《夜行记》是以下哪个相声艺术大师的作品。（   　　）</w:t>
        <w:br/>
        <w:t>A.刘宝瑞</w:t>
        <w:br/>
        <w:t>B.侯宝林</w:t>
        <w:br/>
        <w:t>C.马三立</w:t>
        <w:br/>
        <w:t>D.马季</w:t>
        <w:br/>
        <w:br/>
        <w:t xml:space="preserve">【答案】：B </w:t>
      </w:r>
    </w:p>
    <w:p>
      <w:r>
        <w:t>222、设立演出经纪公司需要的材料：（   ）</w:t>
        <w:br/>
        <w:t>A.大专以上毕业证书</w:t>
        <w:br/>
        <w:t>B.营业性演出资格证</w:t>
        <w:br/>
        <w:t>C.专业职称证书（   艺术团体需要）</w:t>
        <w:br/>
        <w:t>D.艺术任职证明</w:t>
        <w:br/>
        <w:br/>
        <w:t xml:space="preserve">【答案】：B </w:t>
      </w:r>
    </w:p>
    <w:p>
      <w:r>
        <w:t>223、舞台工程安全、质量、经费的关系不包括（   　　）</w:t>
        <w:br/>
        <w:t>A.资金是保障</w:t>
        <w:br/>
        <w:t>B.安全是前提</w:t>
        <w:br/>
        <w:t>C.质量是效益</w:t>
        <w:br/>
        <w:t>D.效益是原则</w:t>
        <w:br/>
        <w:br/>
        <w:t xml:space="preserve">【答案】：D </w:t>
      </w:r>
    </w:p>
    <w:p>
      <w:r>
        <w:t>224、根据盈亏临界点（   风险系数），A演出项目的单场成本为30万，单场总票款为100万。当售票达到（   　　）时，A演出项目收支平衡。</w:t>
        <w:br/>
        <w:t>A.20%</w:t>
        <w:br/>
        <w:t>B.30%</w:t>
        <w:br/>
        <w:t>C.40%</w:t>
        <w:br/>
        <w:t>D.50%</w:t>
        <w:br/>
        <w:br/>
        <w:t xml:space="preserve">【答案】：B </w:t>
      </w:r>
    </w:p>
    <w:p>
      <w:r>
        <w:t>225、被誉为“单口大王”的是（   ）</w:t>
        <w:br/>
        <w:t>A.单田芳</w:t>
        <w:br/>
        <w:t>B.马三立</w:t>
        <w:br/>
        <w:t>C.刘宝瑞</w:t>
        <w:br/>
        <w:t>D.马季</w:t>
        <w:br/>
        <w:br/>
        <w:t xml:space="preserve">【答案】：C </w:t>
      </w:r>
    </w:p>
    <w:p>
      <w:r>
        <w:t>226、根据《营业性演出管理条例》规定，大型演出的观众数量和区域划分应当由（   ）核准确定</w:t>
        <w:br/>
        <w:t>A.省级文化主管部门</w:t>
        <w:br/>
        <w:t>B.演出所在地文化主管部门</w:t>
        <w:br/>
        <w:t>C.演出场所经营单位</w:t>
        <w:br/>
        <w:t>D.演出所在地公安部门</w:t>
        <w:br/>
        <w:br/>
        <w:t xml:space="preserve">【答案】：D </w:t>
      </w:r>
    </w:p>
    <w:p>
      <w:r>
        <w:t>227、组台演出包括综艺晚会、演唱会等形式、其工作内容描述不正确的是（   　　）。</w:t>
        <w:br/>
        <w:t>A.进行舞美设计、服装设计、视频内容设计、特效设计等相关制作</w:t>
        <w:br/>
        <w:t>B.组建导演组，讨论确定演出主题及表演形式</w:t>
        <w:br/>
        <w:t>C.根据演员和节目进行整体编排，撰写串场词，并确定是否需要节目主持人，联系确定</w:t>
        <w:br/>
        <w:t>D.首先确定演员阵容，根据阵容确定演出主题</w:t>
        <w:br/>
        <w:br/>
        <w:t xml:space="preserve">【答案】：D </w:t>
      </w:r>
    </w:p>
    <w:p>
      <w:r>
        <w:t>228、合同法定解除的情况不包括（   ）</w:t>
        <w:br/>
        <w:t>A.债务程序没有得以实现</w:t>
        <w:br/>
        <w:t>B.法律规定的其他情形</w:t>
        <w:br/>
        <w:t>C.因不可抗力致便不能实现合同目的</w:t>
        <w:br/>
        <w:t>D.当事人一方迟延履行主要债务，经催告后在合理期限内还没有履行</w:t>
        <w:br/>
        <w:br/>
        <w:t xml:space="preserve">【答案】：A </w:t>
      </w:r>
    </w:p>
    <w:p>
      <w:r>
        <w:t>229、演出五大基本要素，第一要素是（   ）</w:t>
        <w:br/>
        <w:t>A.演员</w:t>
        <w:br/>
        <w:t>B.观众</w:t>
        <w:br/>
        <w:t>C.舞美、灯光、音晌</w:t>
        <w:br/>
        <w:t>D.演出场所</w:t>
        <w:br/>
        <w:br/>
        <w:t xml:space="preserve">【答案】：A </w:t>
      </w:r>
    </w:p>
    <w:p>
      <w:r>
        <w:t>230、个体演出经纪人应当自领取营业执照之日起（   ）内向所在地县级人民政府文化主管部门备案（   ）</w:t>
        <w:br/>
        <w:t>A.10日</w:t>
        <w:br/>
        <w:t>B.15日</w:t>
        <w:br/>
        <w:t>C.20日</w:t>
        <w:br/>
        <w:t>D.30日</w:t>
        <w:br/>
        <w:br/>
        <w:t xml:space="preserve">【答案】：C </w:t>
      </w:r>
    </w:p>
    <w:p>
      <w:r>
        <w:t>231、为确保演出活动顺利进行，在排练和表演过程中，应确保演职人员的生命和健康不受伤害。属于（　　）</w:t>
        <w:br/>
        <w:t>A.演出质量安全</w:t>
        <w:br/>
        <w:t>B.演出职业安全</w:t>
        <w:br/>
        <w:t>C.演出公共安全</w:t>
        <w:br/>
        <w:t>D.演出生产安全</w:t>
        <w:br/>
        <w:br/>
        <w:t xml:space="preserve">【答案】：B </w:t>
      </w:r>
    </w:p>
    <w:p>
      <w:r>
        <w:t>232、以下舞蹈作品由贾作光编导的有（   ）</w:t>
        <w:br/>
        <w:t>A.独舞《长鼓舞》</w:t>
        <w:br/>
        <w:t>B.集体舞《奔腾》</w:t>
        <w:br/>
        <w:t>C.独舞《盅碗舞》</w:t>
        <w:br/>
        <w:t>D.独舞《水》</w:t>
        <w:br/>
        <w:br/>
        <w:t xml:space="preserve">【答案】：C </w:t>
      </w:r>
    </w:p>
    <w:p>
      <w:r>
        <w:t>233、以下不属于舞台剧创作过程的是（   　　）。</w:t>
        <w:br/>
        <w:t>A.主创人员作品初创阶段</w:t>
        <w:br/>
        <w:t>B.剧本修改加工阶段</w:t>
        <w:br/>
        <w:t>C.作品确定阶段</w:t>
        <w:br/>
        <w:t>D.作品预演阶段</w:t>
        <w:br/>
        <w:br/>
        <w:t xml:space="preserve">【答案】：D </w:t>
      </w:r>
    </w:p>
    <w:p>
      <w:r>
        <w:t>234、根据《文化和旅游市场信用管理规定》,12个月内第（   ）次认定为轻微失信主体的，应当认定为严重失信主体。</w:t>
        <w:br/>
        <w:t>A.2</w:t>
        <w:br/>
        <w:t>B.3</w:t>
        <w:br/>
        <w:t>C.4</w:t>
        <w:br/>
        <w:t>D.5</w:t>
        <w:br/>
        <w:br/>
        <w:t xml:space="preserve">【答案】：B </w:t>
      </w:r>
    </w:p>
    <w:p>
      <w:r>
        <w:t>235、下列民族和他们喜欢的艺术活动链接正确的是（   ）。</w:t>
        <w:br/>
        <w:t>A.蒙古族---那达慕大会</w:t>
        <w:br/>
        <w:t>B.傣族---长鼓舞</w:t>
        <w:br/>
        <w:t>C.维吾尔族-泼水节</w:t>
        <w:br/>
        <w:t>D.朝鲜族---手鼓舞</w:t>
        <w:br/>
        <w:br/>
        <w:t xml:space="preserve">【答案】：A </w:t>
      </w:r>
    </w:p>
    <w:p>
      <w:r>
        <w:t>236、一个演出项目总成本150万，可售票总额250万，那么这个演出项目的风险系数为（   ），属于（   ）。</w:t>
        <w:br/>
        <w:t>A.50%，中等风险项目</w:t>
        <w:br/>
        <w:t>B.160%，高风险项目</w:t>
        <w:br/>
        <w:t>C.60%，高风险项目</w:t>
        <w:br/>
        <w:t>D.60%，中等风险项目</w:t>
        <w:br/>
        <w:br/>
        <w:t xml:space="preserve">【答案】：D </w:t>
      </w:r>
    </w:p>
    <w:p>
      <w:r>
        <w:t>237、山东鼓吹分为以（   ）为主奏乐器的三种类型。</w:t>
        <w:br/>
        <w:t>A.唢呐、二胡和笛子</w:t>
        <w:br/>
        <w:t>B.二胡、古筝和笛子</w:t>
        <w:br/>
        <w:t>C.唢呐、管子和笛子</w:t>
        <w:br/>
        <w:t>D.古筝、管子和笛子</w:t>
        <w:br/>
        <w:br/>
        <w:t xml:space="preserve">【答案】：C </w:t>
      </w:r>
    </w:p>
    <w:p>
      <w:r>
        <w:t>238、《茶花女》、《费加罗的婚礼》、《莎乐美》、《弄臣》、《唐璜》、《奥涅金》、《奥赛罗》以上歌剧有几个出自威尔第（   ）</w:t>
        <w:br/>
        <w:t>A.全部都是5</w:t>
        <w:br/>
        <w:t>B.5个3</w:t>
        <w:br/>
        <w:t>C.3个1</w:t>
        <w:br/>
        <w:t>D.1个</w:t>
        <w:br/>
        <w:br/>
        <w:t xml:space="preserve">【答案】：C </w:t>
      </w:r>
    </w:p>
    <w:p>
      <w:r>
        <w:t>239、古典芭蕾舞剧《舞姬》 取材于下列哪一部歌剧?（   ）。</w:t>
        <w:br/>
        <w:t>A.《上帝与印度舞女》</w:t>
        <w:br/>
        <w:t>B.《天鹅湖》</w:t>
        <w:br/>
        <w:t>C.《卖花女》</w:t>
        <w:br/>
        <w:t>D.《红火》</w:t>
        <w:br/>
        <w:br/>
        <w:t xml:space="preserve">【答案】：A </w:t>
      </w:r>
    </w:p>
    <w:p>
      <w:r>
        <w:t>240、利息、 股息、 红利所得， 财产租赁所得， 财产转让所得和偶然所得， 适用比例税率， 税率为（   ） 。</w:t>
        <w:br/>
        <w:t>A.20%</w:t>
        <w:br/>
        <w:t>B.30%</w:t>
        <w:br/>
        <w:t>C.25%</w:t>
        <w:br/>
        <w:t>D.10%</w:t>
        <w:br/>
        <w:br/>
        <w:t xml:space="preserve">【答案】：A </w:t>
      </w:r>
    </w:p>
    <w:p>
      <w:r>
        <w:t>241、十九大报告中指出，提高保障和改善民生水平，加强和创新社会治理，（   ），是我们党始终不渝的奋斗目标。</w:t>
        <w:br/>
        <w:t>A.带领人民创造美好生活</w:t>
        <w:br/>
        <w:t>B.解决人民最关心的问题</w:t>
        <w:br/>
        <w:t>C.人民美好生活的需要</w:t>
        <w:br/>
        <w:t>D.人民日益增长的生活需求</w:t>
        <w:br/>
        <w:br/>
        <w:t xml:space="preserve">【答案】：A </w:t>
      </w:r>
    </w:p>
    <w:p>
      <w:r>
        <w:t>242、以下选项中的作品全部出自威尔第的是（   ）</w:t>
        <w:br/>
        <w:t>A.《茶花女》、《游吟诗人》、《费罗列的婚礼》、《阿依达》</w:t>
        <w:br/>
        <w:t>B.《费罗列的婚礼》、《莎乐美》、《茶花女》、《唐璜》</w:t>
        <w:br/>
        <w:t>C.《奥赛罗》、《弄臣》、《唐璜》、《茶花女》</w:t>
        <w:br/>
        <w:t>D.《阿依达》、《法尔斯塔夫》、《奥赛罗》、《弄臣》</w:t>
        <w:br/>
        <w:br/>
        <w:t xml:space="preserve">【答案】：D </w:t>
      </w:r>
    </w:p>
    <w:p>
      <w:r>
        <w:t>243、以下关于演出票务营销的描述错误的是（　　）。</w:t>
        <w:br/>
        <w:t>A.票务公司在演出项目未经审批时不得进行销售，只能接受预定</w:t>
        <w:br/>
        <w:t>B.经营演出票务的企业应当取得营业性演出许可证</w:t>
        <w:br/>
        <w:t>C.演出票务销售应当公开票价区域及可售数量</w:t>
        <w:br/>
        <w:t>D.未取得营业性演出许可证擅自从事演出活动票务代理的由县级文化主管部门取缔并处罚款</w:t>
        <w:br/>
        <w:br/>
        <w:t xml:space="preserve">【答案】：A </w:t>
      </w:r>
    </w:p>
    <w:p>
      <w:r>
        <w:t>244、《外国人在中国就业管理规定》适用于（　　）。</w:t>
        <w:br/>
        <w:t>A.联合国驻华代表机构</w:t>
        <w:br/>
        <w:t>B.外国驻华使、领馆</w:t>
        <w:br/>
        <w:t>C.在中国境内就业的外国人和聘用外国人的用人单位</w:t>
        <w:br/>
        <w:t>D.其他国际组织中享有外交特权与豁免的人员</w:t>
        <w:br/>
        <w:br/>
        <w:t xml:space="preserve">【答案】：C </w:t>
      </w:r>
    </w:p>
    <w:p>
      <w:r>
        <w:t>245、美育功能是指在（   ）和（   ）层面产生美感，并经过长期的感染，起到审美教育的作用。</w:t>
        <w:br/>
        <w:t>A.生理反应，情绪或感情</w:t>
        <w:br/>
        <w:t>B.心理，生理反应</w:t>
        <w:br/>
        <w:t>C.心理，思想</w:t>
        <w:br/>
        <w:t>D.情绪或感情，思想</w:t>
        <w:br/>
        <w:br/>
        <w:t xml:space="preserve">【答案】：C </w:t>
      </w:r>
    </w:p>
    <w:p>
      <w:r>
        <w:t>246、社会主义核心价值观是在（　　）提出的。</w:t>
        <w:br/>
        <w:t>A.党的十六大</w:t>
        <w:br/>
        <w:t>B.党的十七大</w:t>
        <w:br/>
        <w:t>C.党的十八大</w:t>
        <w:br/>
        <w:t>D.党的十九大</w:t>
        <w:br/>
        <w:br/>
        <w:t xml:space="preserve">【答案】：C </w:t>
      </w:r>
    </w:p>
    <w:p>
      <w:r>
        <w:t>247、某公司发布引诱自杀的视频，对社会造成严重影响，情节非常严重的，责令暂停相关业务、停产停业或者吊销营业执照、吊销相关许可证，违法所得（　　）万元上的，并处违法所得（　　）的罚款。</w:t>
        <w:br/>
        <w:t>A.一百；十倍以上五十倍以下</w:t>
        <w:br/>
        <w:t>B.五十；一倍以上十倍以下</w:t>
        <w:br/>
        <w:t>C.五十；十倍以上</w:t>
        <w:br/>
        <w:t>D.一百；一倍以上十倍以下</w:t>
        <w:br/>
        <w:br/>
        <w:t xml:space="preserve">【答案】：D </w:t>
      </w:r>
    </w:p>
    <w:p>
      <w:r>
        <w:t>248、舞美主要功能是根据剧节目对舞台表演的（   ）进行设计制作</w:t>
        <w:br/>
        <w:t>A.灯光设备</w:t>
        <w:br/>
        <w:t>B.实用材料</w:t>
        <w:br/>
        <w:t>C.环境布景</w:t>
        <w:br/>
        <w:t>D.费用</w:t>
        <w:br/>
        <w:br/>
        <w:t xml:space="preserve">【答案】：C </w:t>
      </w:r>
    </w:p>
    <w:p>
      <w:r>
        <w:t>249、下列选项中，不属于演出中使用的常规灯具有（   　　）</w:t>
        <w:br/>
        <w:t>A.舞台成像灯</w:t>
        <w:br/>
        <w:t>B.舞台聚光灯</w:t>
        <w:br/>
        <w:t>C.舞台染色灯</w:t>
        <w:br/>
        <w:t>D.追光灯</w:t>
        <w:br/>
        <w:br/>
        <w:t xml:space="preserve">【答案】：C </w:t>
      </w:r>
    </w:p>
    <w:p>
      <w:r>
        <w:t>250、演出市场营销的前提与核心是（   ）。</w:t>
        <w:br/>
        <w:t>A.以顾客需求为中心</w:t>
        <w:br/>
        <w:t>B.以观众需求为中心</w:t>
        <w:br/>
        <w:t>C.以目标市场为中心</w:t>
        <w:br/>
        <w:t>D.以盈利能力为中心</w:t>
        <w:br/>
        <w:br/>
        <w:t xml:space="preserve">【答案】：B </w:t>
      </w:r>
    </w:p>
    <w:p>
      <w:r>
        <w:t>251、经纪人可以从经纪合同中规定的经纪业务的委托方处获得佣金，下列选项中关于佣金的说法错误的是（   ）</w:t>
        <w:br/>
        <w:t>A.佣金在产生的原因、作用的结果和作用的范围上与回扣相似</w:t>
        <w:br/>
        <w:t>B.佣金在所反映的经济关系和性质上与回扣相同</w:t>
        <w:br/>
        <w:t>C.佣金与信息费在性质上是不同的</w:t>
        <w:br/>
        <w:t>D.佣金是经纪人从事经纪活动的主观目的</w:t>
        <w:br/>
        <w:br/>
        <w:t xml:space="preserve">【答案】：B </w:t>
      </w:r>
    </w:p>
    <w:p>
      <w:r>
        <w:t>252、小提琴协奏曲《梁山伯与祝英台》运用了（   ）曲调为素材。</w:t>
        <w:br/>
        <w:t>A.昆曲</w:t>
        <w:br/>
        <w:t>B.越剧</w:t>
        <w:br/>
        <w:t>C.黄梅戏</w:t>
        <w:br/>
        <w:t>D.京剧</w:t>
        <w:br/>
        <w:br/>
        <w:t xml:space="preserve">【答案】：B </w:t>
      </w:r>
    </w:p>
    <w:p>
      <w:r>
        <w:t>253、香港特别行政区、澳门特别行政区投资者在内地投资设立由内地方控股（   拥有经营主导权）的文艺表演团体，由（   　　）负责审批</w:t>
        <w:br/>
        <w:t>A.县级文化和旅游行政部门</w:t>
        <w:br/>
        <w:t>B.市级文化和旅游行政部门</w:t>
        <w:br/>
        <w:t>C.省级文化和旅游行政部门</w:t>
        <w:br/>
        <w:t>D.文化和旅游行政部门</w:t>
        <w:br/>
        <w:br/>
        <w:t xml:space="preserve">【答案】：C </w:t>
      </w:r>
    </w:p>
    <w:p>
      <w:r>
        <w:t>254、十九大报告中指出，繁荣发展社会主义文艺，要加强现实题材创作，不断推出（   ）的精品力作。</w:t>
        <w:br/>
        <w:t>A.讴歌党、讴歌祖国、讴歌历史、讴歌群众</w:t>
        <w:br/>
        <w:t>B.讴歌党、讴歌祖国、讴歌人民、讴歌英雄</w:t>
        <w:br/>
        <w:t>C.讴歌国家、讴歌党、讴歌政府、讴歌英雄</w:t>
        <w:br/>
        <w:t>D.讴歌国家、讴歌党、讴歌人民、讴歌政府</w:t>
        <w:br/>
        <w:br/>
        <w:t xml:space="preserve">【答案】：B </w:t>
      </w:r>
    </w:p>
    <w:p>
      <w:r>
        <w:t>255、田连元为代表的“本溪评书”，作品包括（   ）。</w:t>
        <w:br/>
        <w:t>A.《隋唐演义》</w:t>
        <w:br/>
        <w:t>B.《曹家将》</w:t>
        <w:br/>
        <w:t>C.《大西唐》</w:t>
        <w:br/>
        <w:t>D.《杨家将》</w:t>
        <w:br/>
        <w:br/>
        <w:t xml:space="preserve">【答案】：D </w:t>
      </w:r>
    </w:p>
    <w:p>
      <w:r>
        <w:t>256、演出安全监管宜鼓励（　　）从事演出安全的检验检测认证。</w:t>
        <w:br/>
        <w:t>A.演出管理机构</w:t>
        <w:br/>
        <w:t>B.社会第三方</w:t>
        <w:br/>
        <w:t>C.演出经纪机构</w:t>
        <w:br/>
        <w:t>D.演出场所经营单位</w:t>
        <w:br/>
        <w:br/>
        <w:t xml:space="preserve">【答案】：B </w:t>
      </w:r>
    </w:p>
    <w:p>
      <w:r>
        <w:t>257、以下不属于演出制作团队中艺术创作组的有（   　　）</w:t>
        <w:br/>
        <w:t>A.舞台监督</w:t>
        <w:br/>
        <w:t>B.艺术总监</w:t>
        <w:br/>
        <w:t>C.音效设计</w:t>
        <w:br/>
        <w:t>D.化妆师</w:t>
        <w:br/>
        <w:br/>
        <w:t xml:space="preserve">【答案】：A </w:t>
      </w:r>
    </w:p>
    <w:p>
      <w:r>
        <w:t>258、根据《营业性演出管理条例》及其实施细则，以下对营业性演出描述错误的是（   ）</w:t>
        <w:br/>
        <w:t>A.公开售票的剧场演出都是营业性演出</w:t>
        <w:br/>
        <w:t>B.不论通过何种方式取得收入的演出都属于营业性演出</w:t>
        <w:br/>
        <w:t>C.支付演出单位或个人报酬的都属于营业性演出</w:t>
        <w:br/>
        <w:t>D.以宣传为目的但不售票的演出不属于营业性演出</w:t>
        <w:br/>
        <w:br/>
        <w:t xml:space="preserve">【答案】：D </w:t>
      </w:r>
    </w:p>
    <w:p>
      <w:r>
        <w:t>259、《日出》是哪位戏剧家的作品</w:t>
        <w:br/>
        <w:t>A.欧阳予倩</w:t>
        <w:br/>
        <w:t>B.曹禺</w:t>
        <w:br/>
        <w:t>C.田汉</w:t>
        <w:br/>
        <w:t>D.郭沫若</w:t>
        <w:br/>
        <w:br/>
        <w:t xml:space="preserve">【答案】：B </w:t>
      </w:r>
    </w:p>
    <w:p>
      <w:r>
        <w:t>260、独唱歌曲近代编曲创作艺术水平，其中（   ）最突出。</w:t>
        <w:br/>
        <w:t>A.萧友梅的《问》</w:t>
        <w:br/>
        <w:t>B.赵元任的《教我如何不想他》</w:t>
        <w:br/>
        <w:t>C.刘炽的《我的祖国》</w:t>
        <w:br/>
        <w:t>D.傅庚辰的《红星照我去战斗》</w:t>
        <w:br/>
        <w:br/>
        <w:t xml:space="preserve">【答案】：A </w:t>
      </w:r>
    </w:p>
    <w:p>
      <w:r>
        <w:t>261、根据《大型群众性活动安全管理条例》规定，在大型群众性活动举办过程中发笠公共安全事故，安全责任人不立即启动应急救援预案或者不立即向公安机关报告的，由公安机关对其全责任人和其他追饿责任人员罚款，金额为（   ）</w:t>
        <w:br/>
        <w:t>A.处5000元以上5万元以下</w:t>
        <w:br/>
        <w:t>B.处5000元以上10万元以下</w:t>
        <w:br/>
        <w:t>C.处1万元以上5万元以下</w:t>
        <w:br/>
        <w:t>D.处1万元以上10万元以下</w:t>
        <w:br/>
        <w:br/>
        <w:t xml:space="preserve">【答案】：A </w:t>
      </w:r>
    </w:p>
    <w:p>
      <w:r>
        <w:t>262、剧院应设置职业安全专员或专职安全人员岗位。属于（　　）</w:t>
        <w:br/>
        <w:t>A.岗位制度</w:t>
        <w:br/>
        <w:t>B.安防制度</w:t>
        <w:br/>
        <w:t>C.安检制度</w:t>
        <w:br/>
        <w:t>D.管理制度</w:t>
        <w:br/>
        <w:br/>
        <w:t xml:space="preserve">【答案】：A </w:t>
      </w:r>
    </w:p>
    <w:p>
      <w:r>
        <w:t>263、项目定位（   　　）演出活动的知名度</w:t>
        <w:br/>
        <w:t>A.减少</w:t>
        <w:br/>
        <w:t>B.提高</w:t>
        <w:br/>
        <w:t>C.降低</w:t>
        <w:br/>
        <w:t>D.强化</w:t>
        <w:br/>
        <w:br/>
        <w:t xml:space="preserve">【答案】：B </w:t>
      </w:r>
    </w:p>
    <w:p>
      <w:r>
        <w:t>264、演出项目C单场成本40万，单场总票款还是80万时。该项目属于（   　　）</w:t>
        <w:br/>
        <w:t>A.低风险</w:t>
        <w:br/>
        <w:t>B.中风险</w:t>
        <w:br/>
        <w:t>C.高风险</w:t>
        <w:br/>
        <w:t>D.无风险</w:t>
        <w:br/>
        <w:br/>
        <w:t xml:space="preserve">【答案】：B </w:t>
      </w:r>
    </w:p>
    <w:p>
      <w:r>
        <w:t>265、吴祖光的话剧代表作不包括（   ）。</w:t>
        <w:br/>
        <w:t>A.《正气歌》</w:t>
        <w:br/>
        <w:t>B.《闯江湖》</w:t>
        <w:br/>
        <w:t>C.《花为媒》</w:t>
        <w:br/>
        <w:t>D.《风雪夜归人》</w:t>
        <w:br/>
        <w:br/>
        <w:t xml:space="preserve">【答案】：C </w:t>
      </w:r>
    </w:p>
    <w:p>
      <w:r>
        <w:t>266、《GB/T 36731—2018临时搭建演出场所舞台、看台安全》 不适用于本标准规定临时搭建演出场所舞台、看台的（　　）。</w:t>
        <w:br/>
        <w:t>A.安全操作规程</w:t>
        <w:br/>
        <w:t>B.安全技术要求</w:t>
        <w:br/>
        <w:t>C.安全管理规范</w:t>
        <w:br/>
        <w:t>D.安全生产管理</w:t>
        <w:br/>
        <w:br/>
        <w:t xml:space="preserve">【答案】：D </w:t>
      </w:r>
    </w:p>
    <w:p>
      <w:r>
        <w:t>267、以下关于舞台布景的表述正确的是（   　　）。</w:t>
        <w:br/>
        <w:t>A.软景不如硬景利于运输</w:t>
        <w:br/>
        <w:t>B.硬景的空间透视感和立体感较弱</w:t>
        <w:br/>
        <w:t>C.舞台布景分为软景和硬景</w:t>
        <w:br/>
        <w:t>D.硬景比软景更能多次利用</w:t>
        <w:br/>
        <w:br/>
        <w:t xml:space="preserve">【答案】：C </w:t>
      </w:r>
    </w:p>
    <w:p>
      <w:r>
        <w:t>268、（   ）作为全国唯一的月球样品备份存储基地，承担着保存珍贵月球样品的重要使命。</w:t>
        <w:br/>
        <w:t>A.山西太原</w:t>
        <w:br/>
        <w:t>B.甘肃酒泉</w:t>
        <w:br/>
        <w:t>C.四川西昌</w:t>
        <w:br/>
        <w:t>D.湖南韶山</w:t>
        <w:br/>
        <w:br/>
        <w:t xml:space="preserve">【答案】：D </w:t>
      </w:r>
    </w:p>
    <w:p>
      <w:r>
        <w:t>269、关于西方音乐中的歌剧，下列选项中不正确的是。（   　　）</w:t>
        <w:br/>
        <w:t>A.由音乐、戏剧、舞蹈和美术等相结合，而以表演为主的一种综合艺术。</w:t>
        <w:br/>
        <w:t>B.常按情节发展的时间、地点划分成幕、场或景。</w:t>
        <w:br/>
        <w:t>C.声乐方面由宣叙调、咏叹调、重唱曲、合唱曲等组成；</w:t>
        <w:br/>
        <w:t>D.器乐方面多为管弦乐曲，除主要作为各种声乐曲的伴奏外，尚有序曲、间奏曲、舞曲等。</w:t>
        <w:br/>
        <w:br/>
        <w:t xml:space="preserve">【答案】：A </w:t>
      </w:r>
    </w:p>
    <w:p>
      <w:r>
        <w:t>270、以下不属于演出视频设备的有（   　　）。</w:t>
        <w:br/>
        <w:t>A.LED大屏</w:t>
        <w:br/>
        <w:t>B.大功率投影机</w:t>
        <w:br/>
        <w:t>C.视频编辑机</w:t>
        <w:br/>
        <w:t>D.LED灯</w:t>
        <w:br/>
        <w:br/>
        <w:t xml:space="preserve">【答案】：D </w:t>
      </w:r>
    </w:p>
    <w:p>
      <w:r>
        <w:t>271、杂技依据表现形式的体裁分类不包括（   ）。</w:t>
        <w:br/>
        <w:t>A.滑稽</w:t>
        <w:br/>
        <w:t>B.人体技巧</w:t>
        <w:br/>
        <w:t>C.驯兽</w:t>
        <w:br/>
        <w:t>D.艺术杂技</w:t>
        <w:br/>
        <w:br/>
        <w:t xml:space="preserve">【答案】：D </w:t>
      </w:r>
    </w:p>
    <w:p>
      <w:r>
        <w:t>272、（   ）是全党全国人民为实现中华民族伟大复兴而奋斗的行动指南。</w:t>
        <w:br/>
        <w:t>A.科学社会主义</w:t>
        <w:br/>
        <w:t>B.马克思主义</w:t>
        <w:br/>
        <w:t>C.中国特色社会主义思想</w:t>
        <w:br/>
        <w:t>D.新时代中国特色社会主义思想</w:t>
        <w:br/>
        <w:br/>
        <w:t xml:space="preserve">【答案】：D </w:t>
      </w:r>
    </w:p>
    <w:p>
      <w:r>
        <w:t>273、十九大报告中指出，力争到二O三五年（   ）国防和军队现代化，到本世纪中叶把人民军队（   ）世界一流军队。</w:t>
        <w:br/>
        <w:t>A.全面实现、基本建成</w:t>
        <w:br/>
        <w:t>B.全面实现、全面建成</w:t>
        <w:br/>
        <w:t>C.基本实现、基本建成</w:t>
        <w:br/>
        <w:t>D.基本实现、全面建成</w:t>
        <w:br/>
        <w:br/>
        <w:t xml:space="preserve">【答案】：D </w:t>
      </w:r>
    </w:p>
    <w:p>
      <w:r>
        <w:t>274、2021年11月20日，王毅应邀在“全球疫情形势下管控竞争、分歧与合作”全球智库大会上发表题为（   ）的视频致辞。</w:t>
        <w:br/>
        <w:t>A.《以团结反对分裂，以合作共促发展》</w:t>
        <w:br/>
        <w:t>B.《携手迎接挑战，合作开创未来》</w:t>
        <w:br/>
        <w:t>C.《今日之中国，世界之中国》</w:t>
        <w:br/>
        <w:t>D.《守护世界和平，推动人类进步》</w:t>
        <w:br/>
        <w:br/>
        <w:t xml:space="preserve">【答案】：A </w:t>
      </w:r>
    </w:p>
    <w:p>
      <w:r>
        <w:t>275、歌剧《莎乐美》的作者是以下哪位（   ）</w:t>
        <w:br/>
        <w:t>A.威尔第</w:t>
        <w:br/>
        <w:t>B.莎士比亚</w:t>
        <w:br/>
        <w:t>C.莫扎特</w:t>
        <w:br/>
        <w:t>D.施特劳斯</w:t>
        <w:br/>
        <w:br/>
        <w:t xml:space="preserve">【答案】：D </w:t>
      </w:r>
    </w:p>
    <w:p>
      <w:r>
        <w:t>276、曹禺的哪部创作，揭露了封建社会的黑暗，表现被压迫、被摧残的农民对美好生活的向往，还更深地发掘了人性的复杂多面性。（   ）</w:t>
        <w:br/>
        <w:t>A.《雷雨》</w:t>
        <w:br/>
        <w:t>B.《北京人》</w:t>
        <w:br/>
        <w:t>C.《日出》</w:t>
        <w:br/>
        <w:t>D.《原野》</w:t>
        <w:br/>
        <w:br/>
        <w:t xml:space="preserve">【答案】：D </w:t>
      </w:r>
    </w:p>
    <w:p>
      <w:r>
        <w:t>277、根据《大型群众性活动安全管理条例》，大型群众性活动的承办者对其承办活动的安全负责，承办者的主要负责人为大型群众性活动的（   ）。</w:t>
        <w:br/>
        <w:t>A.项目管理者</w:t>
        <w:br/>
        <w:t>B.安全负责人</w:t>
        <w:br/>
        <w:t>C.法定代表人</w:t>
        <w:br/>
        <w:t>D.场地管理员</w:t>
        <w:br/>
        <w:br/>
        <w:t xml:space="preserve">【答案】：B </w:t>
      </w:r>
    </w:p>
    <w:p>
      <w:r>
        <w:t>278、剧场工艺不符合剧场工艺安全相应标准的要求属于（　　）</w:t>
        <w:br/>
        <w:t>A.系统安全缺陷</w:t>
        <w:br/>
        <w:t>B.功能缺陷</w:t>
        <w:br/>
        <w:t>C.装置缺陷</w:t>
        <w:br/>
        <w:t>D.器材缺陷</w:t>
        <w:br/>
        <w:br/>
        <w:t xml:space="preserve">【答案】：B </w:t>
      </w:r>
    </w:p>
    <w:p>
      <w:r>
        <w:t>279、以下关于文化市场表述正确的是（   ）</w:t>
        <w:br/>
        <w:t>A.音像市场属于文化市场</w:t>
        <w:br/>
        <w:t>B.文化市场的运行必须符合社会主义市场经济规律（   社会主义）</w:t>
        <w:br/>
        <w:t>C.文化市场具有商品经济的一般性，即文化商品主要具有价值和使用价值+（   交换价值）</w:t>
        <w:br/>
        <w:t>D.我国文化市场特点是以集体经济为市场核心（   价格机制）</w:t>
        <w:br/>
        <w:br/>
        <w:t xml:space="preserve">【答案】：A </w:t>
      </w:r>
    </w:p>
    <w:p>
      <w:r>
        <w:t>280、《扬州慢》词曲作者为（   ）。</w:t>
        <w:br/>
        <w:t>A.南宋词人姜夔</w:t>
        <w:br/>
        <w:t>B.宋代名将岳飞</w:t>
        <w:br/>
        <w:t>C.唐代诗人王维</w:t>
        <w:br/>
        <w:t>D.南宋诗人陆游</w:t>
        <w:br/>
        <w:br/>
        <w:t xml:space="preserve">【答案】：A </w:t>
      </w:r>
    </w:p>
    <w:p>
      <w:r>
        <w:t>281、危险源直接导致的财产损害包含（　　）</w:t>
        <w:br/>
        <w:t>A.装置损毁</w:t>
        <w:br/>
        <w:t>B.设施损坏</w:t>
        <w:br/>
        <w:t>C.设备损害</w:t>
        <w:br/>
        <w:t>D.器材失灵</w:t>
        <w:br/>
        <w:br/>
        <w:t xml:space="preserve">【答案】：B </w:t>
      </w:r>
    </w:p>
    <w:p>
      <w:r>
        <w:t>282、（   　　）可以理解为国内演出市场业务在国外的延伸，也可以理解国外演出市场在国内的业务延伸。</w:t>
        <w:br/>
        <w:t>A.国际演出市场</w:t>
        <w:br/>
        <w:t>B.中国演出市场</w:t>
        <w:br/>
        <w:t>C.农村演出市场</w:t>
        <w:br/>
        <w:t>D.金融演出市场</w:t>
        <w:br/>
        <w:br/>
        <w:t xml:space="preserve">【答案】：A </w:t>
      </w:r>
    </w:p>
    <w:p>
      <w:r>
        <w:t>283、1945年8月28日，毛泽东等抵达（   ），与国民党进行和平谈判，并签署了《双十协定》。</w:t>
        <w:br/>
        <w:t>A.西安</w:t>
        <w:br/>
        <w:t>B.上海</w:t>
        <w:br/>
        <w:t>C.重庆</w:t>
        <w:br/>
        <w:t>D.北京</w:t>
        <w:br/>
        <w:br/>
        <w:t xml:space="preserve">【答案】：C </w:t>
      </w:r>
    </w:p>
    <w:p>
      <w:r>
        <w:t>284、招用已满十六周岁未成年人的单位和个人应当执行国家在工种、劳动时间、劳动强度和保护措施等方面的规定，不得安排其从事（　　）等危害未成年人身心健康的劳动或者危险作业。</w:t>
        <w:br/>
        <w:t>A.有害</w:t>
        <w:br/>
        <w:t>B.过重</w:t>
        <w:br/>
        <w:t>C.有毒</w:t>
        <w:br/>
        <w:t>D.以上都是</w:t>
        <w:br/>
        <w:br/>
        <w:t xml:space="preserve">【答案】：D </w:t>
      </w:r>
    </w:p>
    <w:p>
      <w:r>
        <w:t>285、设立文艺表演团体，应当向哪一级主管部门提出申请（   ）</w:t>
        <w:br/>
        <w:t>A.国务院文化主主管部门</w:t>
        <w:br/>
        <w:t>B.县级人民政府文化主管部门</w:t>
        <w:br/>
        <w:t>C.省、自治区、直辖市人民政府文化主管部门</w:t>
        <w:br/>
        <w:t>D.省级工商主管部门</w:t>
        <w:br/>
        <w:br/>
        <w:t xml:space="preserve">【答案】：B </w:t>
      </w:r>
    </w:p>
    <w:p>
      <w:r>
        <w:t>286、演出经纪人资格认定由（   ）统一编写教材、统一命题、统一阅卷、统一发证。</w:t>
        <w:br/>
        <w:t>A.中国演出家协会</w:t>
        <w:br/>
        <w:t>B.省级演出行业协会</w:t>
        <w:br/>
        <w:t>C.市级演出行业协会</w:t>
        <w:br/>
        <w:t>D.文化部门</w:t>
        <w:br/>
        <w:br/>
        <w:t xml:space="preserve">【答案】：A </w:t>
      </w:r>
    </w:p>
    <w:p>
      <w:r>
        <w:t>287、根据盈亏临界点（   风险系数），演出项目B单场成本为50万，单场总票款为100万。B项目属于（   　　）</w:t>
        <w:br/>
        <w:t>A.低风险</w:t>
        <w:br/>
        <w:t>B.中风险</w:t>
        <w:br/>
        <w:t>C.高风险</w:t>
        <w:br/>
        <w:t>D.无风险</w:t>
        <w:br/>
        <w:br/>
        <w:t xml:space="preserve">【答案】：B </w:t>
      </w:r>
    </w:p>
    <w:p>
      <w:r>
        <w:t>288、以下不属于黄佐临执导的作品是（   ）。</w:t>
        <w:br/>
        <w:t>A.《阿Q正传》</w:t>
        <w:br/>
        <w:t>B.《臭虫》</w:t>
        <w:br/>
        <w:t>C.《夜店》</w:t>
        <w:br/>
        <w:t>D.《第二个春天》</w:t>
        <w:br/>
        <w:br/>
        <w:t xml:space="preserve">【答案】：B </w:t>
      </w:r>
    </w:p>
    <w:p>
      <w:r>
        <w:t>289、戏剧史上第一部戏剧理论经典是（   ）。</w:t>
        <w:br/>
        <w:t>A.《史诗》</w:t>
        <w:br/>
        <w:t>B.《美学》</w:t>
        <w:br/>
        <w:t>C.《诗学》</w:t>
        <w:br/>
        <w:t>D.《奥德赛》</w:t>
        <w:br/>
        <w:br/>
        <w:t xml:space="preserve">【答案】：C </w:t>
      </w:r>
    </w:p>
    <w:p>
      <w:r>
        <w:t>290、我国的民间音乐主要由民间歌曲、（   ）、说唱、戏曲和（   ）五大类组成。</w:t>
        <w:br/>
        <w:t>A.和声，弦乐</w:t>
        <w:br/>
        <w:t>B.歌舞，器乐</w:t>
        <w:br/>
        <w:t>C.和声，管乐</w:t>
        <w:br/>
        <w:t>D.歌舞，弦乐</w:t>
        <w:br/>
        <w:br/>
        <w:t xml:space="preserve">【答案】：B </w:t>
      </w:r>
    </w:p>
    <w:p>
      <w:r>
        <w:t>291、演出场所容纳的观众数量应当报（   　　）核准；观众区域与缓冲区域应当由（   　　）划定，缓冲区域应当有明显标识。</w:t>
        <w:br/>
        <w:t>A.文化和旅游部，公安部门</w:t>
        <w:br/>
        <w:t>B.公安部门，公安部门</w:t>
        <w:br/>
        <w:t>C.演出场馆，中国演出行业协会</w:t>
        <w:br/>
        <w:t>D.演出举办方，文化和旅游部</w:t>
        <w:br/>
        <w:br/>
        <w:t xml:space="preserve">【答案】：B </w:t>
      </w:r>
    </w:p>
    <w:p>
      <w:r>
        <w:t>292、以下关于音乐节的描述错误的是（   ）</w:t>
        <w:br/>
        <w:t>A.举办节庆演出应当将整体方案报县级以上文化主管部门审核</w:t>
        <w:br/>
        <w:t>B.音乐节活动中播放的视频资料应于演出前3日报送文化主管部门</w:t>
        <w:br/>
        <w:t>C.未经审核的节庆活动不得以“节、周、月、季”名义进行宣传</w:t>
        <w:br/>
        <w:t>D.节庆活动中的网络互动方案由举办单位自行掌控，不用报文化主管部门</w:t>
        <w:br/>
        <w:br/>
        <w:t xml:space="preserve">【答案】：D </w:t>
      </w:r>
    </w:p>
    <w:p>
      <w:r>
        <w:t>293、不属于杂技艺术欣赏的直观感受的是（   ）</w:t>
        <w:br/>
        <w:t>A.猎奇心理、探险精神和幽默情怀的满足</w:t>
        <w:br/>
        <w:t>B.经验思维，以其个性化的性质自我满足</w:t>
        <w:br/>
        <w:t>C.休闲心态的体验</w:t>
        <w:br/>
        <w:t>D.出人意料的艺术效果是杂技欣赏的朴素的审美期待</w:t>
        <w:br/>
        <w:br/>
        <w:t xml:space="preserve">【答案】：B </w:t>
      </w:r>
    </w:p>
    <w:p>
      <w:r>
        <w:t>294、对人群的精细细分可以研究三个变量，不包括（   ）。</w:t>
        <w:br/>
        <w:t>A.消费者的职业</w:t>
        <w:br/>
        <w:t>B.具有购买能力的人群</w:t>
        <w:br/>
        <w:t>C.具有消费欲望的人群</w:t>
        <w:br/>
        <w:t>D.人口规模</w:t>
        <w:br/>
        <w:br/>
        <w:t xml:space="preserve">【答案】：A </w:t>
      </w:r>
    </w:p>
    <w:p>
      <w:r>
        <w:t>295、关于演出经纪人概念，描述正确的是（   ）</w:t>
        <w:br/>
        <w:t>A.演出经纪人是文化经纪人的重要组成部分</w:t>
        <w:br/>
        <w:t>B.演出经纪人指的是在演出市场上为实现演出产品的交易进行中介服务并获得佣金的文化商人</w:t>
        <w:br/>
        <w:t>C.演出经纪人谙熟消费者的心理并把其变成实际的消费</w:t>
        <w:br/>
        <w:t>D.演出经纪人既是演出产品的生产者，也懂得商品的价值</w:t>
        <w:br/>
        <w:br/>
        <w:t xml:space="preserve">【答案】：B </w:t>
      </w:r>
    </w:p>
    <w:p>
      <w:r>
        <w:t>296、市场机制的基本要素是（   ）</w:t>
        <w:br/>
        <w:t>A.政府调控机制、价格机制、供求机制</w:t>
        <w:br/>
        <w:t>B.政府调控机制、供求机制、竞争机制</w:t>
        <w:br/>
        <w:t>C.政府调控机制、价格机制、竞争机制</w:t>
        <w:br/>
        <w:t>D.价格机制、供求机制、竞争机制</w:t>
        <w:br/>
        <w:br/>
        <w:t xml:space="preserve">【答案】：D </w:t>
      </w:r>
    </w:p>
    <w:p>
      <w:r>
        <w:t>297、对演出制作团队描述有误的是（   ）</w:t>
        <w:br/>
        <w:t>A.成功的演出制作团队需要良好的团队沟通和管理制度</w:t>
        <w:br/>
        <w:t>B.艺术总监是剧目创作笠产的总负责人而已</w:t>
        <w:br/>
        <w:t>C.导演是一部剧目成败的关键人物</w:t>
        <w:br/>
        <w:t>D.舞美设计是一项抽象而又具体的艺术创作工作</w:t>
        <w:br/>
        <w:br/>
        <w:t xml:space="preserve">【答案】：B </w:t>
      </w:r>
    </w:p>
    <w:p>
      <w:r>
        <w:t>298、经纪人名称中的行业应当表述为“经纪”字样：经纪人的经营范围应当明确（   ）</w:t>
        <w:br/>
        <w:t>A.经纪方式和经纪项目所需款项</w:t>
        <w:br/>
        <w:t>B.经纪方式</w:t>
        <w:br/>
        <w:t>C.经纪项目</w:t>
        <w:br/>
        <w:t>D.经纪方式和经纪项目</w:t>
        <w:br/>
        <w:br/>
        <w:t xml:space="preserve">【答案】：D </w:t>
      </w:r>
    </w:p>
    <w:p>
      <w:r>
        <w:t>299、朋克音乐主要是（   ）。</w:t>
        <w:br/>
        <w:t>A.说唱乐</w:t>
        <w:br/>
        <w:t>B.民乐</w:t>
        <w:br/>
        <w:t>C.爵士</w:t>
        <w:br/>
        <w:t>D.摇滚乐</w:t>
        <w:br/>
        <w:br/>
        <w:t xml:space="preserve">【答案】：D </w:t>
      </w:r>
    </w:p>
    <w:p>
      <w:r>
        <w:t>300、最能代表雨果的思想艺术风格的作品是（   ）。</w:t>
        <w:br/>
        <w:t>A.《巴黎圣母院》</w:t>
        <w:br/>
        <w:t>B.《悲惨世界》</w:t>
        <w:br/>
        <w:t>C.《九三年》</w:t>
        <w:br/>
        <w:t>D.《梅高尼德》</w:t>
        <w:br/>
        <w:br/>
        <w:t xml:space="preserve">【答案】：B </w:t>
      </w:r>
    </w:p>
    <w:p>
      <w:pPr>
        <w:jc w:val="center"/>
      </w:pPr>
      <w:r>
        <w:rPr>
          <w:rFonts w:ascii="黑体" w:hAnsi="黑体"/>
          <w:b/>
          <w:sz w:val="28"/>
        </w:rPr>
        <w:t>第二部分  多选题(50题)</w:t>
      </w:r>
    </w:p>
    <w:p/>
    <w:p>
      <w:r>
        <w:t>1、演出经纪人的经纪活动范围包括（   　　）</w:t>
        <w:br/>
        <w:t>A.选择经纪对象</w:t>
        <w:br/>
        <w:t>B.谈判签署经纪合同</w:t>
        <w:br/>
        <w:t>C.履行经纪合同相关的经纪活动</w:t>
        <w:br/>
        <w:t>D.依据经纪合同获得佣金和费用补偿</w:t>
        <w:br/>
        <w:br/>
        <w:t xml:space="preserve">【答案】：ABCD </w:t>
      </w:r>
    </w:p>
    <w:p>
      <w:r>
        <w:t>2、以下舞蹈类型属于标准舞的是（   ）</w:t>
        <w:br/>
        <w:t>A.华尔兹</w:t>
        <w:br/>
        <w:t>B.探戈</w:t>
        <w:br/>
        <w:t>C.伦巴</w:t>
        <w:br/>
        <w:t>D.快步</w:t>
        <w:br/>
        <w:br/>
        <w:t xml:space="preserve">【答案】：ABD </w:t>
      </w:r>
    </w:p>
    <w:p>
      <w:r>
        <w:t>3、二人转唱词以（   ）和（   ）为主，兼有长短句式；表演讲究唱、说、做、舞四功的综合运用。</w:t>
        <w:br/>
        <w:t>A.六言</w:t>
        <w:br/>
        <w:t>B.七言</w:t>
        <w:br/>
        <w:t>C.九言</w:t>
        <w:br/>
        <w:t>D.十言</w:t>
        <w:br/>
        <w:br/>
        <w:t xml:space="preserve">【答案】：BD </w:t>
      </w:r>
    </w:p>
    <w:p>
      <w:r>
        <w:t>4、以下关于举办营业性涉外和涉港澳台演出出入境手续办理的表述错误的是（　　）。</w:t>
        <w:br/>
        <w:t>A.举办港澳台地区演员的演出不需要办理出入境手续</w:t>
        <w:br/>
        <w:t>B.举办涉外演出，国外团体，个人应由团体或个人自行办理出入境手续</w:t>
        <w:br/>
        <w:t>C.举办涉港澳台或涉外演出，举办单位都应统一办理出入境手续</w:t>
        <w:br/>
        <w:t>D.国外演员在中国境内工作1年以内不需要办理工作签证</w:t>
        <w:br/>
        <w:br/>
        <w:t xml:space="preserve">【答案】：ABD </w:t>
      </w:r>
    </w:p>
    <w:p>
      <w:r>
        <w:t>5、下列哪些违反消防法的行为，会被处以5000以上50000元以下的罚款（   ）</w:t>
        <w:br/>
        <w:t>A.损坏、挪用或者擅自拆除、停用消防设施、器材的</w:t>
        <w:br/>
        <w:t>B.占用、堵塞、封闭疏散通道、安全出口或者有其它妨碍安全疏散行为的</w:t>
        <w:br/>
        <w:t>C.埋压、圈占、遮挡消防灭火拴或者占用防火间距的</w:t>
        <w:br/>
        <w:t>D.占用、堵塞、封闭消防车通道，妨碍消防车通行的</w:t>
        <w:br/>
        <w:br/>
        <w:t xml:space="preserve">【答案】：ABCD </w:t>
      </w:r>
    </w:p>
    <w:p>
      <w:r>
        <w:t>6、申请举办营业性演出，提交的申请材料应当包括（   　　）</w:t>
        <w:br/>
        <w:t>A.演出出举办单位</w:t>
        <w:br/>
        <w:t>B.演出时间</w:t>
        <w:br/>
        <w:t>C.参加演出的文艺表演团体</w:t>
        <w:br/>
        <w:t>D.节目及其视听资料</w:t>
        <w:br/>
        <w:br/>
        <w:t xml:space="preserve">【答案】：ABCD </w:t>
      </w:r>
    </w:p>
    <w:p>
      <w:r>
        <w:t>7、演出场地安全风险的规避策略包括（   　　）</w:t>
        <w:br/>
        <w:t>A.演出场所外人群聚集的秩序维护</w:t>
        <w:br/>
        <w:t>B.定期维护日常基础设施</w:t>
        <w:br/>
        <w:t>C.提高演职人员及工作人员安全意识</w:t>
        <w:br/>
        <w:t>D.定期检查场地消防阻燃设施</w:t>
        <w:br/>
        <w:br/>
        <w:t xml:space="preserve">【答案】：BCD </w:t>
      </w:r>
    </w:p>
    <w:p>
      <w:r>
        <w:t>8、李龙云的作品有（   ）。</w:t>
        <w:br/>
        <w:t>A.《小井胡同》</w:t>
        <w:br/>
        <w:t>B.《正红旗下》</w:t>
        <w:br/>
        <w:t>C.《撒满月光的荒原》</w:t>
        <w:br/>
        <w:t>D.《有这样一个小院》</w:t>
        <w:br/>
        <w:br/>
        <w:t xml:space="preserve">【答案】：ABCD </w:t>
      </w:r>
    </w:p>
    <w:p>
      <w:r>
        <w:t>9、以下演出合同无效的：（   ）</w:t>
        <w:br/>
        <w:t>A.演出内容与合同不符合的</w:t>
        <w:br/>
        <w:t>B.项目代理方超越代理权限的</w:t>
        <w:br/>
        <w:t>C.与不是演出经纪公司的艺人签约的</w:t>
        <w:br/>
        <w:t>D.经纪人规定了佣金数额的</w:t>
        <w:br/>
        <w:br/>
        <w:t xml:space="preserve">【答案】：AB </w:t>
      </w:r>
    </w:p>
    <w:p>
      <w:r>
        <w:t>10、获取和整理信息是经纪人业务活动的第一项工作。如何获取有用的信息，信息获取的方式包括（   　　）</w:t>
        <w:br/>
        <w:t>A.加入信息网络组织</w:t>
        <w:br/>
        <w:t>B.求助情报机构</w:t>
        <w:br/>
        <w:t>C.建立良好的人际关系</w:t>
        <w:br/>
        <w:t>D.加入行业协会</w:t>
        <w:br/>
        <w:br/>
        <w:t xml:space="preserve">【答案】：ABCD </w:t>
      </w:r>
    </w:p>
    <w:p>
      <w:r>
        <w:t>11、培育和践行社会主义核心价值观，要深入挖掘中华优秀传统文化蕴含的（   ），结合时代要求继承创新，让中华文化展现出永久魅力和时代风采。</w:t>
        <w:br/>
        <w:t>A.传统风俗</w:t>
        <w:br/>
        <w:t>B.人文精神</w:t>
        <w:br/>
        <w:t>C.道德规范</w:t>
        <w:br/>
        <w:t>D.思想观念</w:t>
        <w:br/>
        <w:br/>
        <w:t xml:space="preserve">【答案】：BCD </w:t>
      </w:r>
    </w:p>
    <w:p>
      <w:r>
        <w:t>12、对于西方著名的戏剧家，以下说法正确的有（   ）</w:t>
        <w:br/>
        <w:t>A.莎士比亚是文艺复兴最主要的代表人物之一，其作品《哈姆雷特》、《麦克白》、《李尔王》和《弄臣》并成为“莎士比亚四大悲剧”。</w:t>
        <w:br/>
        <w:t>B.《塞维利亚的理发师》和《费加罗的婚礼》是法国作家博马舍的作品。</w:t>
        <w:br/>
        <w:t>C.席勒是德国启蒙戏剧重要代表，其代表作有《阴谋与爱情》和《强盗》</w:t>
        <w:br/>
        <w:t>D.挪威作家易卜生的代表作《玩偶之家》被认为是最经典的现实主义作品。</w:t>
        <w:br/>
        <w:br/>
        <w:t xml:space="preserve">【答案】：BCD </w:t>
      </w:r>
    </w:p>
    <w:p>
      <w:r>
        <w:t>13、以下描述正确的是（   ）</w:t>
        <w:br/>
        <w:t>A.佣金所产生的作用与范围与回扣相似</w:t>
        <w:br/>
        <w:t>B.佣金产生的原因与回扣相似</w:t>
        <w:br/>
        <w:t>C.信息费是因提供有价信息而对信息提供者支付的价款</w:t>
        <w:br/>
        <w:t>D.信息费与佣金在性质上相同</w:t>
        <w:br/>
        <w:br/>
        <w:t xml:space="preserve">【答案】：ABC </w:t>
      </w:r>
    </w:p>
    <w:p>
      <w:r>
        <w:t>14、演出场所经营单位向文化主管部门申请备案时，应提供（   ）</w:t>
        <w:br/>
        <w:t>A.营业性演出许可证</w:t>
        <w:br/>
        <w:t>B.营业执照或者事业单位法人证书、民办非企业单位登记证书</w:t>
        <w:br/>
        <w:t>C.消防、卫生批准文件</w:t>
        <w:br/>
        <w:t>D.3名以上专职演出经纪人员的资格证明</w:t>
        <w:br/>
        <w:br/>
        <w:t xml:space="preserve">【答案】：BC </w:t>
      </w:r>
    </w:p>
    <w:p>
      <w:r>
        <w:t>15、在项目发笠期，要做到（   ）</w:t>
        <w:br/>
        <w:t>A.方向准</w:t>
        <w:br/>
        <w:t>B.信息灵</w:t>
        <w:br/>
        <w:t>C.成本低</w:t>
        <w:br/>
        <w:t>D.动作快</w:t>
        <w:br/>
        <w:br/>
        <w:t xml:space="preserve">【答案】：ABCD </w:t>
      </w:r>
    </w:p>
    <w:p>
      <w:r>
        <w:t>16、标准舞包括哪些类型（   ）。</w:t>
        <w:br/>
        <w:t>A.探戈</w:t>
        <w:br/>
        <w:t>B.华尔兹</w:t>
        <w:br/>
        <w:t>C.伦巴</w:t>
        <w:br/>
        <w:t>D.狐步</w:t>
        <w:br/>
        <w:br/>
        <w:t xml:space="preserve">【答案】：ABD </w:t>
      </w:r>
    </w:p>
    <w:p>
      <w:r>
        <w:t>17、相声的四大基本功—说、学、逗、唱。其中“说”包括哪几种说法（   ）。</w:t>
        <w:br/>
        <w:t>A.讲</w:t>
        <w:br/>
        <w:t>B.念</w:t>
        <w:br/>
        <w:t>C.说</w:t>
        <w:br/>
        <w:t>D.批</w:t>
        <w:br/>
        <w:br/>
        <w:t xml:space="preserve">【答案】：ABCD </w:t>
      </w:r>
    </w:p>
    <w:p>
      <w:r>
        <w:t>18、柴科夫斯基创作的舞剧作品是（   ）</w:t>
        <w:br/>
        <w:t>A.《黑桃皇后》</w:t>
        <w:br/>
        <w:t>B.《奥涅金》</w:t>
        <w:br/>
        <w:t>C.《天鹅湖》</w:t>
        <w:br/>
        <w:t>D.《胡桃夹子》</w:t>
        <w:br/>
        <w:br/>
        <w:t xml:space="preserve">【答案】：CD </w:t>
      </w:r>
    </w:p>
    <w:p>
      <w:r>
        <w:t>19、下列选项中，属于舞台艺术形式的有（   　　）。</w:t>
        <w:br/>
        <w:t>A.音乐</w:t>
        <w:br/>
        <w:t>B.戏剧</w:t>
        <w:br/>
        <w:t>C.曲艺</w:t>
        <w:br/>
        <w:t>D.魔术</w:t>
        <w:br/>
        <w:t>E.戏曲</w:t>
        <w:br/>
        <w:t xml:space="preserve">【答案】：ABCD </w:t>
      </w:r>
    </w:p>
    <w:p>
      <w:r>
        <w:t>20、以下关于举办大型群众性活动时实施安全许可描述正确的是（   ）。</w:t>
        <w:br/>
        <w:t>A.预计参加人数在1000人以上，3000人以下的，由活动所在地县级人民政府公安机关实施安全许可</w:t>
        <w:br/>
        <w:t>B.预计参加人数在3000以上的，由活动所在地市级人民政府公安机关实施安全许可</w:t>
        <w:br/>
        <w:t>C.预计参加人数在1000人以上，5000人以下的，由活动所在地县级人民政府公安机关实施安全许可</w:t>
        <w:br/>
        <w:t>D.预计参加人数在5000以上的，由活动所在地市级人民政府公安机关实施安全许可</w:t>
        <w:br/>
        <w:br/>
        <w:t xml:space="preserve">【答案】：CD </w:t>
      </w:r>
    </w:p>
    <w:p>
      <w:r>
        <w:t>21、承办者应当在活动举办日的20日前提出安全许可申请，申请时，应当提交下列哪些材料（   ）</w:t>
        <w:br/>
        <w:t>A.活动场所管理者同意提供活动场所的证明</w:t>
        <w:br/>
        <w:t>B.大型群众性活动方案及其说明，2个或者2个以上承办者共同承办大型群众性活动的，还应当提交联合承办协议</w:t>
        <w:br/>
        <w:t>C.大型群众性活动安全工作方案</w:t>
        <w:br/>
        <w:t>D.承办者合法成立的证明以及安全责任人的身份证明</w:t>
        <w:br/>
        <w:br/>
        <w:t xml:space="preserve">【答案】：ABCD </w:t>
      </w:r>
    </w:p>
    <w:p>
      <w:r>
        <w:t>22、导演的职责包括（   ）。</w:t>
        <w:br/>
        <w:t>A.参加对剧本的创作和论证</w:t>
        <w:br/>
        <w:t>B.确定剧目创作生产的主创人员</w:t>
        <w:br/>
        <w:t>C.建立一个有效率的导演班子</w:t>
        <w:br/>
        <w:t>D.合成彩排解决磨合问题，与其他主创人员协调进度，把握剧目艺术质量</w:t>
        <w:br/>
        <w:br/>
        <w:t xml:space="preserve">【答案】：ACD </w:t>
      </w:r>
    </w:p>
    <w:p>
      <w:r>
        <w:t>23、经纪公司与唱片公司之间的合作方式有（   　　）</w:t>
        <w:br/>
        <w:t>A.经纪公司与艺人签订经纪合约，将其唱片合约转签唱片公司，由唱片公司买断音乐制作权，全权负责艺人的音乐制作和唱片发行。</w:t>
        <w:br/>
        <w:t>B.由经纪公司负责其艺人的音乐制作，委托唱片公司进行发行，相关音乐版权归属于经纪公司。</w:t>
        <w:br/>
        <w:t>C.经纪公司将艺人的唱片约和演出经纪约都签署给唱片公司，艺人的音乐发展和演出事务都交由唱片公司全权负责，或者唱片约签署给唱片公司，演出约签署到专业从事演出推广的演出经纪公司。</w:t>
        <w:br/>
        <w:t>D.以上都对</w:t>
        <w:br/>
        <w:br/>
        <w:t xml:space="preserve">【答案】：ABCD </w:t>
      </w:r>
    </w:p>
    <w:p>
      <w:r>
        <w:t>24、电影、电视、录象作品的导演、编剧、作词、作曲、摄影等作者对电影、电视、录象作品享有下列（   ）权利</w:t>
        <w:br/>
        <w:t>A.署名权</w:t>
        <w:br/>
        <w:t>B.修改权和保护作品完整权</w:t>
        <w:br/>
        <w:t>C.发表权</w:t>
        <w:br/>
        <w:t>D.使用权和获得报酬权</w:t>
        <w:br/>
        <w:br/>
        <w:t xml:space="preserve">【答案】：AD </w:t>
      </w:r>
    </w:p>
    <w:p>
      <w:r>
        <w:t>25、以下关于营业性演出活动申报材料的描述中，有关文艺表演团体及演出人员资料说法正确的是（   ）。</w:t>
        <w:br/>
        <w:t>A.有效身份证明指：台湾地区为台胞证及护照</w:t>
        <w:br/>
        <w:t>B.有效身份证明指：港澳地区演员为港澳居民来往内地通行证</w:t>
        <w:br/>
        <w:t>C.有效身份证明指：中国内地演员为身份证、护照、军官证</w:t>
        <w:br/>
        <w:t>D.有效身份证明指：外籍演员为护照</w:t>
        <w:br/>
        <w:br/>
        <w:t xml:space="preserve">【答案】：BCD </w:t>
      </w:r>
    </w:p>
    <w:p>
      <w:r>
        <w:t>26、全面依法治国总目标是（   ）</w:t>
        <w:br/>
        <w:t>A.有法可依、有法必依、执法必严、违法必究</w:t>
        <w:br/>
        <w:t>B.建设中国特色社会主义法治体系</w:t>
        <w:br/>
        <w:t>C.建设社会主义法治国家</w:t>
        <w:br/>
        <w:t>D.完善以宪法为核心的中国特色社会主义法律体系</w:t>
        <w:br/>
        <w:br/>
        <w:t xml:space="preserve">【答案】：BCD </w:t>
      </w:r>
    </w:p>
    <w:p>
      <w:r>
        <w:t>27、产生于20世纪80年代以后的舞蹈作品有（   ）</w:t>
        <w:br/>
        <w:t>A.《神话中国》</w:t>
        <w:br/>
        <w:t>B.《潮汐》</w:t>
        <w:br/>
        <w:t>C.《饥火》1942年</w:t>
        <w:br/>
        <w:t>D.《雷和雨》</w:t>
        <w:br/>
        <w:t>E.《红色娘子军》1964年</w:t>
        <w:br/>
        <w:t>F.《空袭》1942年</w:t>
        <w:br/>
        <w:br/>
        <w:t xml:space="preserve">【答案】：ABD </w:t>
      </w:r>
    </w:p>
    <w:p>
      <w:r>
        <w:t>28、根据《网络表演经纪机构管理办法》，网络表演经纪机构，是指依法从事下列活动的经营单位（   ）</w:t>
        <w:br/>
        <w:t>A.网络表演的组织经营活动</w:t>
        <w:br/>
        <w:t>B.网络表演的营销经营活动；</w:t>
        <w:br/>
        <w:t>C.网络表演者的推广经纪活动</w:t>
        <w:br/>
        <w:t>D.网络表演者的代理经纪活动</w:t>
        <w:br/>
        <w:br/>
        <w:t xml:space="preserve">【答案】：ABCD </w:t>
      </w:r>
    </w:p>
    <w:p>
      <w:r>
        <w:t>29、以下关于艺术家的描述正确的是（   ）</w:t>
        <w:br/>
        <w:t>A.骆玉笙是著名单弦表演艺术家（   常澍田）</w:t>
        <w:br/>
        <w:t>B.刘宝全是刘派京韵大鼓的创始人</w:t>
        <w:br/>
        <w:t>C.常澍田是京韵大鼓表演艺术家（   骆玉笙）</w:t>
        <w:br/>
        <w:t>D.高元钧是山东快书的一代宗师</w:t>
        <w:br/>
        <w:br/>
        <w:t xml:space="preserve">【答案】：BD </w:t>
      </w:r>
    </w:p>
    <w:p>
      <w:r>
        <w:t>30、1994年获得“中华民族20世纪舞蹈经典评比”经典作品奖的有（   ）。</w:t>
        <w:br/>
        <w:t>A.舞剧《小刀会》</w:t>
        <w:br/>
        <w:t>B.舞剧《丝路花雨</w:t>
        <w:br/>
        <w:t>C.集体舞《黄河》</w:t>
        <w:br/>
        <w:t>D.独舞《秦俑魂》</w:t>
        <w:br/>
        <w:br/>
        <w:t xml:space="preserve">【答案】：ABC </w:t>
      </w:r>
    </w:p>
    <w:p>
      <w:r>
        <w:t>31、组台演出包括综艺晚会、演唱会等形式。由于组台演出的表演团体或个人来自于不同的单位，节目的来源呈多样化。其工作内容有（   　　）。</w:t>
        <w:br/>
        <w:t>A.首先确定演员阵容，根据阵容确定演出主题</w:t>
        <w:br/>
        <w:t>B.组建演出管理组，讨论确定演出主题及表现形式</w:t>
        <w:br/>
        <w:t>C.进行舞美设计、服装设计、视频内容设计、特效设计等相关创作</w:t>
        <w:br/>
        <w:t>D.根据演员和节目进行演出整体编排，撰写串场词，并确定是否需要节目主持人，联络确定</w:t>
        <w:br/>
        <w:br/>
        <w:t xml:space="preserve">【答案】：CD </w:t>
      </w:r>
    </w:p>
    <w:p>
      <w:r>
        <w:t>32、在新写实戏剧的创作中，有一些系列剧作引人注目，它们是（   ）</w:t>
        <w:br/>
        <w:t>A.“荒原系列”话剧</w:t>
        <w:br/>
        <w:t>B.“闲人系列”话剧</w:t>
        <w:br/>
        <w:t>C.“鸟人系列”话剧</w:t>
        <w:br/>
        <w:t>D.“寻梦系列”话剧</w:t>
        <w:br/>
        <w:br/>
        <w:t xml:space="preserve">【答案】：AB </w:t>
      </w:r>
    </w:p>
    <w:p>
      <w:r>
        <w:t>33、衰退期的主要特点有（   ）。</w:t>
        <w:br/>
        <w:t>A.演出场次下降</w:t>
        <w:br/>
        <w:t>B.竞争对手下降</w:t>
        <w:br/>
        <w:t>C.演出成本增长减缓</w:t>
        <w:br/>
        <w:t>D.利润下降</w:t>
        <w:br/>
        <w:br/>
        <w:t xml:space="preserve">【答案】：ABD </w:t>
      </w:r>
    </w:p>
    <w:p>
      <w:r>
        <w:t>34、以下哪些是器乐曲（   ）</w:t>
        <w:br/>
        <w:t>A.《牧童短笛》</w:t>
        <w:br/>
        <w:t>B.《阳光照耀着塔什库尔干》</w:t>
        <w:br/>
        <w:t>C.《梁山伯与祝英台》</w:t>
        <w:br/>
        <w:t>D.《草原小姐妹》</w:t>
        <w:br/>
        <w:br/>
        <w:t xml:space="preserve">【答案】：ABCD </w:t>
      </w:r>
    </w:p>
    <w:p>
      <w:r>
        <w:t>35、设立申请演出经纪机构，应当向文化主管部门提交的文件包括（   ）</w:t>
        <w:br/>
        <w:t>A.演出经纪人员的资格证明</w:t>
        <w:br/>
        <w:t>B.名称预先核准通知书、住所</w:t>
        <w:br/>
        <w:t>C.法定代表人或者主要负责人的身份证明</w:t>
        <w:br/>
        <w:t>D.资金证明</w:t>
        <w:br/>
        <w:br/>
        <w:t xml:space="preserve">【答案】：ABCD </w:t>
      </w:r>
    </w:p>
    <w:p>
      <w:r>
        <w:t>36、关于协调磋商阶段的操作要点说法中正确的是（   ）。</w:t>
        <w:br/>
        <w:t>A.在不破裂的前提下，长时间地坚持自己的报价和条件，要反复强调其合理性、科学性和诚实性</w:t>
        <w:br/>
        <w:t>B.努力使对手客观评价其处境的困难性和不方便的地方，有经纪人的帮助是件多么愉快和有利的事情</w:t>
        <w:br/>
        <w:t>C.让对方相信经纪人如果做了让步是在利益方面吃了亏，在感情方面多投入的结果</w:t>
        <w:br/>
        <w:t>D.正是双方真诚共同让步让利，才达成的共识，使对方也明白他是一个有眼光的人，做出了非常正确的选择</w:t>
        <w:br/>
        <w:br/>
        <w:t xml:space="preserve">【答案】：ABCD </w:t>
      </w:r>
    </w:p>
    <w:p>
      <w:r>
        <w:t>37、演出项目的风险评估和可行性分析的方法有哪些（   ）。</w:t>
        <w:br/>
        <w:t>A.盈亏平衡分析</w:t>
        <w:br/>
        <w:t>B.典型演出案例分析</w:t>
        <w:br/>
        <w:t>C.最大化限制性因素的单位贡献</w:t>
        <w:br/>
        <w:t>D.演出项目决策分析</w:t>
        <w:br/>
        <w:br/>
        <w:t xml:space="preserve">【答案】：ABCD </w:t>
      </w:r>
    </w:p>
    <w:p>
      <w:r>
        <w:t>38、临时搭建看台的安全防范对象主要针对（　　）</w:t>
        <w:br/>
        <w:t>A.演岀组织行为</w:t>
        <w:br/>
        <w:t>B.拆装操作行为</w:t>
        <w:br/>
        <w:t>C.舞台附属设施</w:t>
        <w:br/>
        <w:t>D.舞台台面</w:t>
        <w:br/>
        <w:br/>
        <w:t xml:space="preserve">【答案】：AB </w:t>
      </w:r>
    </w:p>
    <w:p>
      <w:r>
        <w:t>39、演出经纪机构举办营业性演出应当履行的义务有（   ）。</w:t>
        <w:br/>
        <w:t>A.安排演出节目内容</w:t>
        <w:br/>
        <w:t>B.确定演出票价并负责演出活动的收支结算；</w:t>
        <w:br/>
        <w:t>C.依法缴纳或者代扣代缴有关税费；</w:t>
        <w:br/>
        <w:t>D.接受文化主管部门的监督管理；</w:t>
        <w:br/>
        <w:br/>
        <w:t xml:space="preserve">【答案】：ABCD </w:t>
      </w:r>
    </w:p>
    <w:p>
      <w:r>
        <w:t>40、某商场计划邀请艺人出席其开业庆典，在与经纪人沟通中，应提供哪些基本信息（   ）</w:t>
        <w:br/>
        <w:t>A.活动时间、地点、内容</w:t>
        <w:br/>
        <w:t>B.商场是否配备休息室和化妆间</w:t>
        <w:br/>
        <w:t>C.活动中是否需要配合采访及企业互动</w:t>
        <w:br/>
        <w:t>D.活动对艺人表演的要求</w:t>
        <w:br/>
        <w:br/>
        <w:t xml:space="preserve">【答案】：ACD </w:t>
      </w:r>
    </w:p>
    <w:p>
      <w:r>
        <w:t>41、当代评书名家名作表述无误的是（   ）。</w:t>
        <w:br/>
        <w:t>A.田占义-《水浒》</w:t>
        <w:br/>
        <w:t>B.田连元-《小八义》</w:t>
        <w:br/>
        <w:t>C.陈丽君-《大西唐》</w:t>
        <w:br/>
        <w:t>D.连丽如-《大隋唐》</w:t>
        <w:br/>
        <w:br/>
        <w:t xml:space="preserve">【答案】：BCD </w:t>
      </w:r>
    </w:p>
    <w:p>
      <w:r>
        <w:t>42、根据《营业性演出管理条例》规定,下列说法正确的是（   ）</w:t>
        <w:br/>
        <w:t>A.不得伪造营业性演出许可证</w:t>
        <w:br/>
        <w:t>B.营业性演出单位不得出借营业执照</w:t>
        <w:br/>
        <w:t>C.任何单位或者个人不得出借或者买卖营业性演出许可证</w:t>
        <w:br/>
        <w:t>D.不得倒卖伪造、变造的营业性演出门票</w:t>
        <w:br/>
        <w:br/>
        <w:t xml:space="preserve">【答案】：ABCD </w:t>
      </w:r>
    </w:p>
    <w:p>
      <w:r>
        <w:t>43、演出市场的主体是从事演出交易活动的组织和个人。根据其作用不同，大致可分为（   　　）类型。</w:t>
        <w:br/>
        <w:t>A.演出行业生产经营者</w:t>
        <w:br/>
        <w:t>B.演出市场消费者</w:t>
        <w:br/>
        <w:t>C.演出市场管理者</w:t>
        <w:br/>
        <w:t>D.表演艺术生产者</w:t>
        <w:br/>
        <w:br/>
        <w:t xml:space="preserve">【答案】：ABC </w:t>
      </w:r>
    </w:p>
    <w:p>
      <w:r>
        <w:t>44、音响设备由（   ）组成</w:t>
        <w:br/>
        <w:t>A.线阵列音箱</w:t>
        <w:br/>
        <w:t>B.点声源音箱</w:t>
        <w:br/>
        <w:t>C.舞台返听音箱</w:t>
        <w:br/>
        <w:t>D.普通音箱</w:t>
        <w:br/>
        <w:br/>
        <w:t xml:space="preserve">【答案】：ABC </w:t>
      </w:r>
    </w:p>
    <w:p>
      <w:r>
        <w:t>45、违反《反不正当竞争法》的演出经营行为有（   ）</w:t>
        <w:br/>
        <w:t>A.演出前低价抛售门票</w:t>
        <w:br/>
        <w:t>B.演出主办方用打折套票售门票</w:t>
        <w:br/>
        <w:t>C.未取得演出批文即开始进行售票</w:t>
        <w:br/>
        <w:t>D.未取得项目代理权而支付高于市场价的演出费</w:t>
        <w:br/>
        <w:br/>
        <w:t xml:space="preserve">【答案】：AD </w:t>
      </w:r>
    </w:p>
    <w:p>
      <w:r>
        <w:t>46、营业性演出活动申报材料中，文艺表演团体及演出人员资料应（   ）</w:t>
        <w:br/>
        <w:t>A.演出举办单位与文艺表演团体（   演员）的演出协议或者文艺表团体（   演员）同意参加演出的书面函件</w:t>
        <w:br/>
        <w:t>B.外国文艺表演团体名称中含有“国立”、“国家”、“皇家”等字样，应提供该国注册证明文件及中文译本</w:t>
        <w:br/>
        <w:t>C.未成年人参加营业性演出，应当提供其监护人出具的书面同意材料或是监护人与文艺表演团体经签署的书面同意函</w:t>
        <w:br/>
        <w:t>D.演员名单及有效身份证明复印件</w:t>
        <w:br/>
        <w:br/>
        <w:t xml:space="preserve">【答案】：ABCD </w:t>
      </w:r>
    </w:p>
    <w:p>
      <w:r>
        <w:t>47、威廉.莎士比亚最著名的悲剧是（   　　）。</w:t>
        <w:br/>
        <w:t>A.《哈姆雷特》</w:t>
        <w:br/>
        <w:t>B.《李尔王》</w:t>
        <w:br/>
        <w:t>C.《奥赛罗》</w:t>
        <w:br/>
        <w:t>D.《麦克白》</w:t>
        <w:br/>
        <w:t>E.《威尼斯商人》</w:t>
        <w:br/>
        <w:t xml:space="preserve">【答案】：ABCD </w:t>
      </w:r>
    </w:p>
    <w:p>
      <w:r>
        <w:t>48、相声艺术的四大基本功是（   ）。</w:t>
        <w:br/>
        <w:t>A.说</w:t>
        <w:br/>
        <w:t>B.念</w:t>
        <w:br/>
        <w:t>C.唱</w:t>
        <w:br/>
        <w:t>D.逗</w:t>
        <w:br/>
        <w:br/>
        <w:t xml:space="preserve">【答案】：ACD </w:t>
      </w:r>
    </w:p>
    <w:p>
      <w:r>
        <w:t>49、演出经纪机构可以从事营业性演出的（   ）活动。</w:t>
        <w:br/>
        <w:t>A.居间</w:t>
        <w:br/>
        <w:t>B.代理</w:t>
        <w:br/>
        <w:t>C.行纪</w:t>
        <w:br/>
        <w:t>D.演出</w:t>
        <w:br/>
        <w:br/>
        <w:t xml:space="preserve">【答案】：ABC </w:t>
      </w:r>
    </w:p>
    <w:p>
      <w:r>
        <w:t>50、营业性演出条例中规定，临时搭建舞台看台应提供的文件：（   ）</w:t>
        <w:br/>
        <w:t>A.安全保卫、灭火应急疏散方案</w:t>
        <w:br/>
        <w:t>B.验收合格证明</w:t>
        <w:br/>
        <w:t>C.安全消防批准文件</w:t>
        <w:br/>
        <w:t>D.营业执照、业绩证明</w:t>
        <w:br/>
        <w:br/>
        <w:t xml:space="preserve">【答案】：ABC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仿宋"/>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