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2025年客服安全培训试题及答案</w:t>
      </w:r>
    </w:p>
    <w:p>
      <w:r>
        <w:br/>
        <w:t xml:space="preserve"> 一、单项选择题（每题2分，共20分）</w:t>
        <w:br/>
        <w:br/>
        <w:t>1. 客服人员在处理客户信息时，以下哪种做法是正确的？</w:t>
        <w:br/>
        <w:br/>
        <w:t>A. 为了方便工作，将客户密码记录在个人笔记本上</w:t>
        <w:br/>
        <w:br/>
        <w:t>B. 严格遵守公司信息安全规定，不泄露客户信息</w:t>
        <w:br/>
        <w:br/>
        <w:t>C. 与同事分享客户信息以便更好地解决问题</w:t>
        <w:br/>
        <w:br/>
        <w:t>D. 在公共场合大声谈论客户的具体情况</w:t>
        <w:br/>
        <w:br/>
        <w:t>2. 当客户询问其他客户的个人信息时，客服人员应该：</w:t>
        <w:br/>
        <w:br/>
        <w:t>A. 提供可以公开的信息</w:t>
        <w:br/>
        <w:br/>
        <w:t>B. 拒绝回答并解释公司政策</w:t>
        <w:br/>
        <w:br/>
        <w:t>C. 告诉客户可以通过其他渠道获取</w:t>
        <w:br/>
        <w:br/>
        <w:t>D. 提供部分信息以安抚客户情绪</w:t>
        <w:br/>
        <w:br/>
        <w:t>3. 以下哪种情况属于钓鱼攻击的典型特征？</w:t>
        <w:br/>
        <w:br/>
        <w:t>A. 发件人地址为公司官方邮箱</w:t>
        <w:br/>
        <w:br/>
        <w:t>B. 邮件中包含紧急行动要求</w:t>
        <w:br/>
        <w:br/>
        <w:t>C. 邮件内容语法正确，无拼写错误</w:t>
        <w:br/>
        <w:br/>
        <w:t>D. 邮件附件为官方文档格式</w:t>
        <w:br/>
        <w:br/>
        <w:t>4. 客服人员在接到疑似诈骗电话时，应该：</w:t>
        <w:br/>
        <w:br/>
        <w:t>A. 尽可能满足对方要求以避免冲突</w:t>
        <w:br/>
        <w:br/>
        <w:t>B. 立即挂断电话并记录相关信息</w:t>
        <w:br/>
        <w:br/>
        <w:t>C. 转接给上级处理，自己不参与</w:t>
        <w:br/>
        <w:br/>
        <w:t>D. 尝试反问对方以获取更多信息</w:t>
        <w:br/>
        <w:br/>
        <w:t>5. 在处理客户投诉时，以下哪种做法最有利于安全问题？</w:t>
        <w:br/>
        <w:br/>
        <w:t>A. 立即承诺解决问题，不管是否可行</w:t>
        <w:br/>
        <w:br/>
        <w:t>B. 详细记录投诉内容，按照流程处理</w:t>
        <w:br/>
        <w:br/>
        <w:t>C. 将投诉转给其他部门，避免直接接触</w:t>
        <w:br/>
        <w:br/>
        <w:t>D. 安抚客户情绪，不记录具体投诉内容</w:t>
        <w:br/>
        <w:br/>
        <w:t>6. 客服人员在社交媒体上应该如何处理客户信息？</w:t>
        <w:br/>
        <w:br/>
        <w:t>A. 使用客户全名以示尊重</w:t>
        <w:br/>
        <w:br/>
        <w:t>B. 避免提及任何可识别客户身份的信息</w:t>
        <w:br/>
        <w:br/>
        <w:t>C. 只提及客户所在城市</w:t>
        <w:br/>
        <w:br/>
        <w:t>D. 使用客户提供的昵称</w:t>
        <w:br/>
        <w:br/>
        <w:t>7. 当系统提示异常登录时，客服人员应该：</w:t>
        <w:br/>
        <w:br/>
        <w:t>A. 忽略提示，继续工作</w:t>
        <w:br/>
        <w:br/>
        <w:t>B. 立即修改密码并通知IT部门</w:t>
        <w:br/>
        <w:br/>
        <w:t>C. 使用备用账号登录</w:t>
        <w:br/>
        <w:br/>
        <w:t>D. 等待系统自动恢复正常</w:t>
        <w:br/>
        <w:br/>
        <w:t>8. 以下哪种密码设置方式最安全？</w:t>
        <w:br/>
        <w:br/>
        <w:t>A. 使用生日作为密码</w:t>
        <w:br/>
        <w:br/>
        <w:t>B. 使用"123456"等简单密码</w:t>
        <w:br/>
        <w:br/>
        <w:t>C. 使用包含大小写字母、数字和符号的复杂密码</w:t>
        <w:br/>
        <w:br/>
        <w:t>D. 在所有平台使用相同密码以便记忆</w:t>
        <w:br/>
        <w:br/>
        <w:t>9. 客服人员在处理客户退款请求时，应该：</w:t>
        <w:br/>
        <w:br/>
        <w:t>A. 直接批准所有退款请求以提升客户满意度</w:t>
        <w:br/>
        <w:br/>
        <w:t>B. 严格按照公司政策和流程处理</w:t>
        <w:br/>
        <w:br/>
        <w:t>C. 要求客户提供额外个人信息以验证身份</w:t>
        <w:br/>
        <w:br/>
        <w:t>D. 告知客户无法处理并挂断电话</w:t>
        <w:br/>
        <w:br/>
        <w:t>10. 客服人员在日常工作中，以下哪种行为违反了信息安全规定？</w:t>
        <w:br/>
        <w:br/>
        <w:t>A. 定期更改工作密码</w:t>
        <w:br/>
        <w:br/>
        <w:t>B. 将工作电脑带离公司</w:t>
        <w:br/>
        <w:br/>
        <w:t>C. 使用公司提供的加密软件传输文件</w:t>
        <w:br/>
        <w:br/>
        <w:t>D. 参加公司组织的安全培训</w:t>
        <w:br/>
        <w:br/>
        <w:t xml:space="preserve"> 二、判断题（每题2分，共10分）</w:t>
        <w:br/>
        <w:br/>
        <w:t>1. 客服人员可以在未经客户明确同意的情况下，为了提升服务质量而记录通话内容。（ ）</w:t>
        <w:br/>
        <w:br/>
        <w:t>2. 当客户情绪激动时，客服人员可以适当透露其他客户的成功案例来安抚客户情绪。（ ）</w:t>
        <w:br/>
        <w:br/>
        <w:t>3. 客服人员应该定期检查自己的工作设备是否有安全漏洞和更新。（ ）</w:t>
        <w:br/>
        <w:br/>
        <w:t>4. 为了提高工作效率，客服人员可以将客户信息保存在个人云盘中以便随时访问。（ ）</w:t>
        <w:br/>
        <w:br/>
        <w:t>5. 客服人员在接到可疑订单时，应该按照公司规定进行核实，而不是直接拒绝或接受。（ ）</w:t>
        <w:br/>
        <w:br/>
        <w:t xml:space="preserve"> 三、多项选择题（每题2分，共4分）</w:t>
        <w:br/>
        <w:br/>
        <w:t>1. 以下哪些行为可能导致客户信息泄露？（ ）</w:t>
        <w:br/>
        <w:br/>
        <w:t>A. 在公共场所讨论客户案例</w:t>
        <w:br/>
        <w:br/>
        <w:t>B. 使用未经授权的软件处理客户数据</w:t>
        <w:br/>
        <w:br/>
        <w:t>C. 将工作文件带回家中处理</w:t>
        <w:br/>
        <w:br/>
        <w:t>D. 定期清理电脑中的临时文件</w:t>
        <w:br/>
        <w:br/>
        <w:t>E. 使用公司提供的加密通讯工具</w:t>
        <w:br/>
        <w:br/>
        <w:t>2. 客服人员在处理敏感客户信息时，应该采取哪些安全措施？（ ）</w:t>
        <w:br/>
        <w:br/>
        <w:t>A. 确保工作区域无人窥视</w:t>
        <w:br/>
        <w:br/>
        <w:t>B. 使用公司提供的加密系统存储信息</w:t>
        <w:br/>
        <w:br/>
        <w:t>C. 定期更改工作密码</w:t>
        <w:br/>
        <w:br/>
        <w:t>D. 将敏感信息打印出来以便随时查看</w:t>
        <w:br/>
        <w:br/>
        <w:t>E. 在离开座位时锁定电脑屏幕</w:t>
        <w:br/>
        <w:br/>
        <w:t xml:space="preserve"> 四、填空题（每题2分，共10分）</w:t>
        <w:br/>
        <w:br/>
        <w:t>1. 客服人员在处理客户信息时，应遵循"______"原则，即只收集必要的信息，并在使用后及时删除。</w:t>
        <w:br/>
        <w:br/>
        <w:t>2. 当接到疑似诈骗电话时，客服人员应保持冷静，不要被对方的______所影响。</w:t>
        <w:br/>
        <w:br/>
        <w:t>3. 客服人员应定期参加公司组织的______培训，以了解最新的安全威胁和防护措施。</w:t>
        <w:br/>
        <w:br/>
        <w:t>4. 在处理客户投诉时，客服人员应使用______系统记录所有沟通内容，确保信息可追溯。</w:t>
        <w:br/>
        <w:br/>
        <w:t>5. 客服人员发现系统安全漏洞时，应立即向______部门报告，而不是自行尝试修复。</w:t>
        <w:br/>
        <w:br/>
        <w:t xml:space="preserve"> 五、简答题（每题5分，共10分）</w:t>
        <w:br/>
        <w:br/>
        <w:t>1. 请简述客服人员在处理客户个人信息时应遵循的三大安全原则。</w:t>
        <w:br/>
        <w:br/>
        <w:t>2. 当客户要求客服人员提供其他客户的个人信息时，客服人员应如何应对？请详细说明处理流程。</w:t>
        <w:br/>
        <w:br/>
        <w:t xml:space="preserve"> 参考答案及解析</w:t>
        <w:br/>
        <w:br/>
        <w:t xml:space="preserve"> 一、单项选择题</w:t>
        <w:br/>
        <w:br/>
        <w:t>1. 答案：B</w:t>
        <w:br/>
        <w:br/>
        <w:t>解析：客服人员必须严格遵守公司信息安全规定，不泄露客户信息。选项A、C、D都违反了信息保密原则，可能导致客户信息泄露，给公司和客户带来安全风险。</w:t>
        <w:br/>
        <w:br/>
        <w:t>2. 答案：B</w:t>
        <w:br/>
        <w:br/>
        <w:t>解析：客户信息属于个人隐私，客服人员无权向第三方提供。当客户询问其他客户信息时，应礼貌拒绝并解释公司政策，保护客户隐私是客服人员的基本职责。</w:t>
        <w:br/>
        <w:br/>
        <w:t>3. 答案：B</w:t>
        <w:br/>
        <w:br/>
        <w:t>解析：钓鱼攻击的典型特征是制造紧急感，要求收件人立即采取行动。选项A、C、D都是正规邮件的特征，而B选项中的"紧急行动要求"是钓鱼邮件常用的心理操控手段。</w:t>
        <w:br/>
        <w:br/>
        <w:t>4. 答案：B</w:t>
        <w:br/>
        <w:br/>
        <w:t>解析：接到疑似诈骗电话时，客服人员应立即挂断电话并记录相关信息，包括来电号码、时间、内容等，然后向相关部门报告。选项A可能会助长诈骗行为，选项C和D可能使客服人员陷入危险。</w:t>
        <w:br/>
        <w:br/>
        <w:t>5. 答案：B</w:t>
        <w:br/>
        <w:br/>
        <w:t>解析：处理客户投诉时，详细记录投诉内容并按照流程处理是最安全的做法。这既确保了问题得到妥善解决，又为后续可能出现的纠纷提供了证据。选项A可能无法兑现承诺，选项C和D都可能忽视安全问题。</w:t>
        <w:br/>
        <w:br/>
        <w:t>6. 答案：B</w:t>
        <w:br/>
        <w:br/>
        <w:t>解析：在社交媒体上处理客户信息时，应避免提及任何可识别客户身份的信息，包括全名、联系方式、订单号等，以保护客户隐私。选项A、C、D都可能泄露客户信息。</w:t>
        <w:br/>
        <w:br/>
        <w:t>7. 答案：B</w:t>
        <w:br/>
        <w:br/>
        <w:t>解析：系统提示异常登录可能是账户被盗的迹象，客服人员应立即修改密码并通知IT部门进行安全检查。选项A可能导致账户被盗，选项C和D可能掩盖安全问题。</w:t>
        <w:br/>
        <w:br/>
        <w:t>8. 答案：C</w:t>
        <w:br/>
        <w:br/>
        <w:t>解析：安全的密码应包含大小写字母、数字和符号，长度至少为8位，且不应包含个人信息。选项A、B、D都容易被破解，存在安全隐患。</w:t>
        <w:br/>
        <w:br/>
        <w:t>9. 答案：B</w:t>
        <w:br/>
        <w:br/>
        <w:t>解析：处理退款请求应严格按照公司政策和流程进行，确保操作合规。选项A可能导致公司经济损失，选项C可能泄露客户信息，选项D可能激化客户矛盾。</w:t>
        <w:br/>
        <w:br/>
        <w:t>10. 答案：B</w:t>
        <w:br/>
        <w:br/>
        <w:t>解析：将工作电脑带离公司违反了信息安全规定，可能导致客户信息泄露。选项A、C、D都是符合安全规范的行为。</w:t>
        <w:br/>
        <w:br/>
        <w:t xml:space="preserve"> 二、判断题</w:t>
        <w:br/>
        <w:br/>
        <w:t>1. 答案：×</w:t>
        <w:br/>
        <w:br/>
        <w:t>解析：未经客户明确同意，客服人员不得记录通话内容。这侵犯了客户隐私权，也违反了信息保护法规。如需记录，必须事先告知客户并获得同意。</w:t>
        <w:br/>
        <w:br/>
        <w:t>2. 答案：×</w:t>
        <w:br/>
        <w:br/>
        <w:t>解析：即使客户情绪激动，客服人员也不应透露其他客户的个人信息，这违反了保密原则。应使用其他方式安抚客户情绪，如提供公司政策说明或转接上级处理。</w:t>
        <w:br/>
        <w:br/>
        <w:t>3. 答案：√</w:t>
        <w:br/>
        <w:br/>
        <w:t>解析：定期检查工作设备的安全漏洞和更新是客服人员的基本职责，这有助于防范安全威胁，保护客户信息和公司数据安全。</w:t>
        <w:br/>
        <w:br/>
        <w:t>4. 答案：×</w:t>
        <w:br/>
        <w:br/>
        <w:t>解析：将客户信息保存在个人云盘中违反了信息安全规定，可能导致信息泄露。客户信息应存储在公司指定的安全系统中。</w:t>
        <w:br/>
        <w:br/>
        <w:t>5. 答案：√</w:t>
        <w:br/>
        <w:br/>
        <w:t>解析：接到可疑订单时，按照公司规定进行核实是正确的做法。这既防范了欺诈风险，又避免了因直接拒绝或接受而可能导致的客户纠纷。</w:t>
        <w:br/>
        <w:br/>
        <w:t xml:space="preserve"> 三、多项选择题</w:t>
        <w:br/>
        <w:br/>
        <w:t>1. 答案：ABC</w:t>
        <w:br/>
        <w:br/>
        <w:t>解析：选项A、B、C都可能导致客户信息泄露。在公共场所讨论客户案例可能被他人听到；使用未经授权的软件可能存在安全漏洞；将工作文件带回家中处理可能因家庭环境不安全导致信息泄露。选项D和E都是保护信息安全的行为。</w:t>
        <w:br/>
        <w:br/>
        <w:t>2. 答案：ABCE</w:t>
        <w:br/>
        <w:br/>
        <w:t>解析：处理敏感客户信息时，确保工作区域无人窥视、使用公司提供的加密系统存储信息、定期更改工作密码、在离开座位时锁定电脑屏幕都是必要的安全措施。选项D将敏感信息打印出来增加了信息泄露的风险。</w:t>
        <w:br/>
        <w:br/>
        <w:t xml:space="preserve"> 四、填空题</w:t>
        <w:br/>
        <w:br/>
        <w:t>1. 答案：最小必要</w:t>
        <w:br/>
        <w:br/>
        <w:t>解析："最小必要"原则是指只收集和处理完成工作所必需的最少信息，并在使用后及时删除，以减少信息泄露的风险。</w:t>
        <w:br/>
        <w:br/>
        <w:t>2. 答案：紧迫感或威胁</w:t>
        <w:br/>
        <w:br/>
        <w:t>解析：诈骗电话常常通过制造紧迫感或威胁来迫使受害者迅速做出决定，客服人员应保持冷静，不被这种情绪操控所影响。</w:t>
        <w:br/>
        <w:br/>
        <w:t>3. 答案：信息安全</w:t>
        <w:br/>
        <w:br/>
        <w:t>解析：定期参加信息安全培训有助于客服人员了解最新的安全威胁和防护措施，提高安全意识和应对能力。</w:t>
        <w:br/>
        <w:br/>
        <w:t>4. 答案：客户关系管理(CRM)</w:t>
        <w:br/>
        <w:br/>
        <w:t>解析：CRM系统是专门用于记录和管理客户信息的系统，使用CRM系统记录沟通内容可以确保信息可追溯，便于后续处理和问题排查。</w:t>
        <w:br/>
        <w:br/>
        <w:t>5. 答案：信息技术(IT)或信息安全</w:t>
        <w:br/>
        <w:br/>
        <w:t>解析：发现系统安全漏洞时，应立即向IT或信息安全部门报告，由专业人员评估和修复，而不是自行尝试修复，以免造成更大问题。</w:t>
        <w:br/>
        <w:br/>
        <w:t xml:space="preserve"> 五、简答题</w:t>
        <w:br/>
        <w:br/>
        <w:t>1. 答案：</w:t>
        <w:br/>
        <w:br/>
        <w:t>客服人员在处理客户个人信息时应遵循的三大安全原则是：</w:t>
        <w:br/>
        <w:br/>
        <w:t>(1)最小必要原则：只收集和处理完成工作所必需的最少信息，不收集无关信息。</w:t>
        <w:br/>
        <w:br/>
        <w:t>(2)知情同意原则：在收集和使用客户信息前，应明确告知客户信息用途并获得其同意。</w:t>
        <w:br/>
        <w:br/>
        <w:t>(3)安全保障原则：采取必要的技术和管理措施，确保客户信息在收集、存储、使用和传输过程中的安全，防止信息泄露、丢失或被滥用。</w:t>
        <w:br/>
        <w:br/>
        <w:t>2. 答案：</w:t>
        <w:br/>
        <w:br/>
        <w:t>当客户要求客服人员提供其他客户的个人信息时，客服人员应按照以下流程处理：</w:t>
        <w:br/>
        <w:br/>
        <w:t>(1)礼貌拒绝：明确告知客户无法提供其他客户的个人信息，解释这是为了保护客户隐私和遵守相关法规。</w:t>
        <w:br/>
        <w:br/>
        <w:t>(2)解释政策：简要说明公司关于客户信息保护的政策和规定，让客户理解这一做法的合理性。</w:t>
        <w:br/>
        <w:br/>
        <w:t>(3)提供替代方案：如果客户有合理需求（如验证信息），可以建议通过官方渠道或由客户本人直接联系相关方获取。</w:t>
        <w:br/>
        <w:br/>
        <w:t>(4)记录情况：在CRM系统中记录此次请求的内容和应对方式，以备后续查询。</w:t>
        <w:br/>
        <w:br/>
        <w:t>(5)必要时上报：如果客户坚持不合理要求或表现出可疑行为，应及时向主管或安全部门报告。</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