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Heading1"/>
        <w:jc w:val="center"/>
      </w:pPr>
      <w:r>
        <w:rPr>
          <w:rFonts w:ascii="宋体" w:hAnsi="宋体" w:eastAsia="宋体"/>
          <w:color w:val="000000"/>
          <w:sz w:val="44"/>
        </w:rPr>
        <w:t>2025年瓦斯煤尘培训试题及答案</w:t>
      </w:r>
    </w:p>
    <w:p>
      <w:r>
        <w:br/>
        <w:t>一、单项选择题（每题2分，共20分）</w:t>
        <w:br/>
        <w:br/>
        <w:t>1. 瓦斯的主要成分是：</w:t>
        <w:br/>
        <w:br/>
        <w:t>A. 甲烷</w:t>
        <w:br/>
        <w:br/>
        <w:t>B. 乙烷</w:t>
        <w:br/>
        <w:br/>
        <w:t>C. 丙烷</w:t>
        <w:br/>
        <w:br/>
        <w:t>D. 丁烷</w:t>
        <w:br/>
        <w:br/>
        <w:t>2. 瓦斯在空气中的爆炸极限范围是：</w:t>
        <w:br/>
        <w:br/>
        <w:t>A. 5%-16%</w:t>
        <w:br/>
        <w:br/>
        <w:t>B. 3%-15%</w:t>
        <w:br/>
        <w:br/>
        <w:t>C. 2%-10%</w:t>
        <w:br/>
        <w:br/>
        <w:t>D. 1%-5%</w:t>
        <w:br/>
        <w:br/>
        <w:t>3. 煤尘爆炸的最低浓度是：</w:t>
        <w:br/>
        <w:br/>
        <w:t>A. 10g/m³</w:t>
        <w:br/>
        <w:br/>
        <w:t>B. 30g/m³</w:t>
        <w:br/>
        <w:br/>
        <w:t>C. 50g/m³</w:t>
        <w:br/>
        <w:br/>
        <w:t>D. 100g/m³</w:t>
        <w:br/>
        <w:br/>
        <w:t>4. 瓦斯监测系统中，当瓦斯浓度达到多少时应报警：</w:t>
        <w:br/>
        <w:br/>
        <w:t>A. 0.5%</w:t>
        <w:br/>
        <w:br/>
        <w:t>B. 1.0%</w:t>
        <w:br/>
        <w:br/>
        <w:t>C. 1.5%</w:t>
        <w:br/>
        <w:br/>
        <w:t>D. 2.0%</w:t>
        <w:br/>
        <w:br/>
        <w:t>5. 煤矿井下通风的主要目的是：</w:t>
        <w:br/>
        <w:br/>
        <w:t>A. 降低温度</w:t>
        <w:br/>
        <w:br/>
        <w:t>B. 排除瓦斯和粉尘</w:t>
        <w:br/>
        <w:br/>
        <w:t>C. 提供新鲜空气</w:t>
        <w:br/>
        <w:br/>
        <w:t>D. 以上都是</w:t>
        <w:br/>
        <w:br/>
        <w:t>6. 瓦斯抽采的主要方法不包括：</w:t>
        <w:br/>
        <w:br/>
        <w:t>A. 本煤层抽采</w:t>
        <w:br/>
        <w:br/>
        <w:t>B. 邻层抽采</w:t>
        <w:br/>
        <w:br/>
        <w:t>C. 采空区抽采</w:t>
        <w:br/>
        <w:br/>
        <w:t>D. 地面直接抽采</w:t>
        <w:br/>
        <w:br/>
        <w:t>7. 煤尘爆炸的引燃温度通常为：</w:t>
        <w:br/>
        <w:br/>
        <w:t>A. 300-400℃</w:t>
        <w:br/>
        <w:br/>
        <w:t>B. 500-600℃</w:t>
        <w:br/>
        <w:br/>
        <w:t>C. 700-800℃</w:t>
        <w:br/>
        <w:br/>
        <w:t>D. 900-1000℃</w:t>
        <w:br/>
        <w:br/>
        <w:t>8. 瓦斯突出矿井应采取的防治措施不包括：</w:t>
        <w:br/>
        <w:br/>
        <w:t>A. 预抽瓦斯</w:t>
        <w:br/>
        <w:br/>
        <w:t>B. 开采保护层</w:t>
        <w:br/>
        <w:br/>
        <w:t>C. 水力冲孔</w:t>
        <w:br/>
        <w:br/>
        <w:t>D. 增加开采速度</w:t>
        <w:br/>
        <w:br/>
        <w:t>9. 煤矿安全规程规定，采掘工作面回风流中瓦斯浓度达到多少时必须停止工作：</w:t>
        <w:br/>
        <w:br/>
        <w:t>A. 0.5%</w:t>
        <w:br/>
        <w:br/>
        <w:t>B. 1.0%</w:t>
        <w:br/>
        <w:br/>
        <w:t>C. 1.5%</w:t>
        <w:br/>
        <w:br/>
        <w:t>D. 2.0%</w:t>
        <w:br/>
        <w:br/>
        <w:t>10. 煤尘爆炸产生的有毒气体主要是：</w:t>
        <w:br/>
        <w:br/>
        <w:t>A. 一氧化碳</w:t>
        <w:br/>
        <w:br/>
        <w:t>B. 二氧化碳</w:t>
        <w:br/>
        <w:br/>
        <w:t>C. 硫化氢</w:t>
        <w:br/>
        <w:br/>
        <w:t>D. 二氧化硫</w:t>
        <w:br/>
        <w:br/>
        <w:t>二、填空题（每题2分，共10分）</w:t>
        <w:br/>
        <w:br/>
        <w:t>1. 瓦斯是一种无色、无味、无臭的气体，其主要成分是______。</w:t>
        <w:br/>
        <w:br/>
        <w:t>2. 煤尘爆炸必须同时具备三个条件：煤尘本身具有爆炸性、悬浮煤尘达到一定浓度和______。</w:t>
        <w:br/>
        <w:br/>
        <w:t>3. 煤矿井下常用的瓦斯检测仪器有便携式瓦斯检测仪、______和瓦斯自动监测系统。</w:t>
        <w:br/>
        <w:br/>
        <w:t>4. 瓦斯抽采泵站应设在______，且应有独立的通风系统。</w:t>
        <w:br/>
        <w:br/>
        <w:t>5. 煤矿安全监控系统中，当瓦斯浓度达到______时，系统应能自动切断被控区域的电源。</w:t>
        <w:br/>
        <w:br/>
        <w:t>三、判断题（每题2分，共10分）</w:t>
        <w:br/>
        <w:br/>
        <w:t>1. 瓦斯比空气轻，会聚集在巷道顶部。 ( )</w:t>
        <w:br/>
        <w:br/>
        <w:t>2. 煤尘爆炸威力比瓦斯爆炸小，但波及范围广。 ( )</w:t>
        <w:br/>
        <w:br/>
        <w:t>3. 煤矿井下可以使用非防爆型的电气设备。 ( )</w:t>
        <w:br/>
        <w:br/>
        <w:t>4. 瓦斯抽采可以同时起到防治瓦斯突出和减少瓦斯涌出的作用。 ( )</w:t>
        <w:br/>
        <w:br/>
        <w:t>5. 煤矿安全监控系统的传感器应定期校准，一般不超过7天一次。 ( )</w:t>
        <w:br/>
        <w:br/>
        <w:t>四、多项选择题（每题2分，共4分）</w:t>
        <w:br/>
        <w:br/>
        <w:t>1. 下列哪些是煤尘爆炸的预防措施？</w:t>
        <w:br/>
        <w:br/>
        <w:t>A. 煤层注水</w:t>
        <w:br/>
        <w:br/>
        <w:t>B. 湿式作业</w:t>
        <w:br/>
        <w:br/>
        <w:t>C. 喷洒岩粉</w:t>
        <w:br/>
        <w:br/>
        <w:t>D. 通风除尘</w:t>
        <w:br/>
        <w:br/>
        <w:t>2. 瓦斯突出的预兆包括：</w:t>
        <w:br/>
        <w:br/>
        <w:t>A. 煤层结构变化</w:t>
        <w:br/>
        <w:br/>
        <w:t>B. 瓦斯浓度异常升高</w:t>
        <w:br/>
        <w:br/>
        <w:t>C. 煤壁变形</w:t>
        <w:br/>
        <w:br/>
        <w:t>D. 顶底板来压</w:t>
        <w:br/>
        <w:br/>
        <w:t>五、简答题（每题5分，共10分）</w:t>
        <w:br/>
        <w:br/>
        <w:t>1. 简述瓦斯抽采的主要方法及其适用条件。</w:t>
        <w:br/>
        <w:br/>
        <w:t>2. 煤尘爆炸的危害有哪些？如何预防？</w:t>
        <w:br/>
        <w:br/>
        <w:t>答案及解析</w:t>
        <w:br/>
        <w:br/>
        <w:t>一、单项选择题答案及解析</w:t>
        <w:br/>
        <w:br/>
        <w:t>1. 答案：A</w:t>
        <w:br/>
        <w:br/>
        <w:t>解析：瓦斯的主要成分是甲烷(CH₄)，含量通常在80%-98%之间。乙烷、丙烷、丁烷等虽然也是烷烃类气体，但在瓦斯中的含量较少。</w:t>
        <w:br/>
        <w:br/>
        <w:t>2. 答案：A</w:t>
        <w:br/>
        <w:br/>
        <w:t>解析：瓦斯在空气中的爆炸极限范围是5%-16%。当瓦斯浓度低于5%时，遇到火源不会爆炸；高于16%时，虽然可以燃烧，但不会爆炸。这是煤矿安全生产中非常重要的参数。</w:t>
        <w:br/>
        <w:br/>
        <w:t>3. 答案：B</w:t>
        <w:br/>
        <w:br/>
        <w:t>解析：煤尘爆炸的最低浓度是30g/m³。当煤尘浓度达到或超过这个值，遇到火源就可能发生爆炸。因此，控制煤尘浓度是预防煤尘爆炸的重要措施。</w:t>
        <w:br/>
        <w:br/>
        <w:t>4. 答案：B</w:t>
        <w:br/>
        <w:br/>
        <w:t>解析：根据《煤矿安全规程》，瓦斯监测系统中，当瓦斯浓度达到1.0%时应报警，提醒工作人员注意；达到1.5%时应切断工作面非本质安全型电气设备的电源。</w:t>
        <w:br/>
        <w:br/>
        <w:t>5. 答案：D</w:t>
        <w:br/>
        <w:br/>
        <w:t>解析：煤矿井下通风的主要目的包括降低温度、排除瓦斯和粉尘、提供新鲜空气等多个方面。良好的通风系统是保障煤矿安全生产的重要措施。</w:t>
        <w:br/>
        <w:br/>
        <w:t>6. 答案：D</w:t>
        <w:br/>
        <w:br/>
        <w:t>解析：瓦斯抽采的主要方法包括本煤层抽采、邻层抽采和采空区抽采等。地面直接抽采不是常规的瓦斯抽采方法，因为瓦斯主要赋存在煤层中，需要通过钻孔等方式进行抽采。</w:t>
        <w:br/>
        <w:br/>
        <w:t>7. 答案：C</w:t>
        <w:br/>
        <w:br/>
        <w:t>解析：煤尘爆炸的引燃温度通常为700-800℃。这个温度相对较低，意味着煤矿井下很多热源都可能引燃煤尘，这也是煤尘爆炸危险性较高的原因之一。</w:t>
        <w:br/>
        <w:br/>
        <w:t>8. 答案：D</w:t>
        <w:br/>
        <w:br/>
        <w:t>解析：瓦斯突出矿井应采取的防治措施包括预抽瓦斯、开采保护层、水力冲孔等。增加开采速度不仅不能防治瓦斯突出，反而可能增加突出风险。</w:t>
        <w:br/>
        <w:br/>
        <w:t>9. 答案：B</w:t>
        <w:br/>
        <w:br/>
        <w:t>解析：根据《煤矿安全规程》，采掘工作面回风流中瓦斯浓度达到1.0%时必须停止工作，切断电源，撤出人员，进行处理。这是防止瓦斯积聚和爆炸的重要安全措施。</w:t>
        <w:br/>
        <w:br/>
        <w:t>10. 答案：A</w:t>
        <w:br/>
        <w:br/>
        <w:t>解析：煤尘爆炸产生的有毒气体主要是一氧化碳(CO)。一氧化碳是一种剧毒气体，能与血液中的血红蛋白结合，造成人体缺氧，是煤矿事故中造成人员伤亡的主要原因之一。</w:t>
        <w:br/>
        <w:br/>
        <w:t>二、填空题答案及解析</w:t>
        <w:br/>
        <w:br/>
        <w:t>1. 答案：甲烷</w:t>
        <w:br/>
        <w:br/>
        <w:t>解析：瓦斯是一种无色、无味、无臭的气体，其主要成分是甲烷(CH₄)。甲烷是一种易燃易爆气体，是煤矿安全生产的主要威胁之一。</w:t>
        <w:br/>
        <w:br/>
        <w:t>2. 答案：足够的点火能量</w:t>
        <w:br/>
        <w:br/>
        <w:t>解析：煤尘爆炸必须同时具备三个条件：煤尘本身具有爆炸性、悬浮煤尘达到一定浓度(通常为30-2000g/m³)和足够的点火能量。这三个条件缺一不可，因此预防煤尘爆炸可以从这三个方面入手。</w:t>
        <w:br/>
        <w:br/>
        <w:t>3. 答案：瓦斯检测报警仪</w:t>
        <w:br/>
        <w:br/>
        <w:t>解析：煤矿井下常用的瓦斯检测仪器有便携式瓦斯检测仪、瓦斯检测报警仪和瓦斯自动监测系统。这些设备能够实时监测瓦斯浓度，及时发现瓦斯超限情况，保障煤矿安全生产。</w:t>
        <w:br/>
        <w:br/>
        <w:t>4. 答案：新鲜风流中</w:t>
        <w:br/>
        <w:br/>
        <w:t>解析：瓦斯抽采泵站应设在新鲜风流中，且应有独立的通风系统。这样可以确保泵站工作人员的安全，同时防止抽出的瓦斯泄漏到井下其他区域。</w:t>
        <w:br/>
        <w:br/>
        <w:t>5. 答案：1.0%</w:t>
        <w:br/>
        <w:br/>
        <w:t>解析：根据《煤矿安全规程》，煤矿安全监控系统中，当瓦斯浓度达到1.0%时，系统应能自动切断被控区域的电源。这是防止瓦斯爆炸的重要安全措施。</w:t>
        <w:br/>
        <w:br/>
        <w:t>三、判断题答案及解析</w:t>
        <w:br/>
        <w:br/>
        <w:t>1. 答案：√</w:t>
        <w:br/>
        <w:br/>
        <w:t>解析：瓦斯(主要成分为甲烷)的密度约为0.717kg/m³，比空气(密度约为1.293kg/m³)轻，因此会聚集在巷道顶部。这也是为什么在检测瓦斯时，需要特别注意巷道顶部的瓦斯浓度。</w:t>
        <w:br/>
        <w:br/>
        <w:t>2. 答案：×</w:t>
        <w:br/>
        <w:br/>
        <w:t>解析：煤尘爆炸的威力实际上比瓦斯爆炸大。煤尘爆炸的火焰传播速度可达1120-1800m/s，爆炸压力可达1.9-3.1MPa，而瓦斯爆炸的火焰传播速度一般为200-300m/s，爆炸压力一般为0.7-1.0MPa。煤尘爆炸波及范围广，破坏力强。</w:t>
        <w:br/>
        <w:br/>
        <w:t>3. 答案：×</w:t>
        <w:br/>
        <w:br/>
        <w:t>解析：根据《煤矿安全规程》，煤矿井下必须使用防爆型的电气设备。非防爆型电气设备在使用过程中可能产生电火花，容易引燃瓦斯或煤尘，造成爆炸事故。</w:t>
        <w:br/>
        <w:br/>
        <w:t>4. 答案：√</w:t>
        <w:br/>
        <w:br/>
        <w:t>解析：瓦斯抽采可以同时起到防治瓦斯突出和减少瓦斯涌出的作用。通过抽采，可以降低煤层中的瓦斯含量和压力，从而减少瓦斯突出的危险性；同时，抽采出的瓦斯可以作为能源利用，减少瓦斯向工作面的涌出量。</w:t>
        <w:br/>
        <w:br/>
        <w:t>5. 答案：×</w:t>
        <w:br/>
        <w:br/>
        <w:t>解析：根据《煤矿安全规程》，煤矿安全监控系统的传感器应定期校准，一般不超过10天一次，而不是7天一次。定期校准可以确保监测数据的准确性，是保障安全生产的重要措施。</w:t>
        <w:br/>
        <w:br/>
        <w:t>四、多项选择题答案及解析</w:t>
        <w:br/>
        <w:br/>
        <w:t>1. 答案：ABCD</w:t>
        <w:br/>
        <w:br/>
        <w:t>解析：煤尘爆炸的预防措施包括：</w:t>
        <w:br/>
        <w:br/>
        <w:t>- 煤层注水：通过向煤层中注水，增加煤的湿度，降低煤尘产生量</w:t>
        <w:br/>
        <w:br/>
        <w:t>- 湿式作业：在采掘、运输等过程中使用水，抑制煤尘飞扬</w:t>
        <w:br/>
        <w:br/>
        <w:t>- 喷洒岩粉：在巷道中喷洒惰性岩粉，降低煤尘爆炸的危险性</w:t>
        <w:br/>
        <w:br/>
        <w:t>- 通风除尘：利用风流将煤尘排出工作面，降低煤尘浓度</w:t>
        <w:br/>
        <w:br/>
        <w:t>这些措施可以单独或联合使用，有效预防煤尘爆炸。</w:t>
        <w:br/>
        <w:br/>
        <w:t>2. 答案：ABCD</w:t>
        <w:br/>
        <w:br/>
        <w:t>解析：瓦斯突出的预兆包括：</w:t>
        <w:br/>
        <w:br/>
        <w:t>- 煤层结构变化：如煤层的层理、节理发生变化，煤体变得松软等</w:t>
        <w:br/>
        <w:br/>
        <w:t>- 瓦斯浓度异常升高：瓦斯涌出量突然增大，瓦斯浓度异常</w:t>
        <w:br/>
        <w:br/>
        <w:t>- 煤壁变形：煤壁出现鼓出、片帮等现象</w:t>
        <w:br/>
        <w:br/>
        <w:t>- 顶底板来压：顶板下沉、底板鼓起等</w:t>
        <w:br/>
        <w:br/>
        <w:t>这些预兆是瓦斯突出前的重要警示信号，工作人员应密切关注，及时采取防范措施。</w:t>
        <w:br/>
        <w:br/>
        <w:t>五、简答题答案及解析</w:t>
        <w:br/>
        <w:br/>
        <w:t>1. 答案：</w:t>
        <w:br/>
        <w:br/>
        <w:t>瓦斯抽采的主要方法及其适用条件：</w:t>
        <w:br/>
        <w:br/>
        <w:t>(1) 本煤层抽采：适用于瓦斯含量高、透气性较好的煤层。通过在开采前或开采过程中向煤层钻孔，抽采煤层中的瓦斯。</w:t>
        <w:br/>
        <w:br/>
        <w:t>(2) 邻层抽采：适用于多煤层开采的情况。通过开采保护层，抽采邻近煤层中的瓦斯，降低保护层的瓦斯含量和压力。</w:t>
        <w:br/>
        <w:br/>
        <w:t>(3) 采空区抽采：适用于已采完的工作面。通过在采空区埋设管道，抽采采空区中积聚的瓦斯。</w:t>
        <w:br/>
        <w:br/>
        <w:t>(4) 综合抽采：结合多种抽采方法，针对不同条件采取相应的抽采措施，提高抽采效果。</w:t>
        <w:br/>
        <w:br/>
        <w:t>解析：瓦斯抽采是防治瓦斯灾害的重要手段，应根据煤层赋存条件、瓦斯含量、透气性等因素选择合适的抽采方法。本煤层抽采适用于瓦斯含量高、透气性较好的煤层；邻层抽采适用于多煤层开采的情况；采空区抽采适用于已采完的工作面。在实际应用中，往往需要综合采用多种抽采方法，才能有效控制瓦斯灾害。</w:t>
        <w:br/>
        <w:br/>
        <w:t>2. 答案：</w:t>
        <w:br/>
        <w:br/>
        <w:t>煤尘爆炸的危害及预防措施：</w:t>
        <w:br/>
        <w:br/>
        <w:t>煤尘爆炸的危害：</w:t>
        <w:br/>
        <w:br/>
        <w:t>(1) 产生高温高压：煤尘爆炸温度可达2000-3000℃，压力可达1.9-3.1MPa，造成严重破坏。</w:t>
        <w:br/>
        <w:br/>
        <w:t>(2) 产生有毒气体：主要是一氧化碳，造成人员中毒窒息。</w:t>
        <w:br/>
        <w:br/>
        <w:t>(3) 引发二次灾害：可能引起瓦斯爆炸、火灾等连锁反应，扩大事故范围。</w:t>
        <w:br/>
        <w:br/>
        <w:t>(4) 破坏通风系统：爆炸冲击波可能破坏风门、风墙等通风设施，导致风流紊乱。</w:t>
        <w:br/>
        <w:br/>
        <w:t>预防措施：</w:t>
        <w:br/>
        <w:br/>
        <w:t>(1) 降低煤尘浓度：采用煤层注水、湿式作业、喷雾洒水等措施，减少煤尘产生。</w:t>
        <w:br/>
        <w:br/>
        <w:t>(2) 惰化处理：在巷道中喷洒岩粉、撒布岩粉棚，增加煤尘的惰性。</w:t>
        <w:br/>
        <w:br/>
        <w:t>(3) 消除点火源：使用防爆设备，防止明火、电火花等点火源。</w:t>
        <w:br/>
        <w:br/>
        <w:t>(4) 建立完善的防尘系统：包括防尘管路、喷雾装置、隔爆设施等。</w:t>
        <w:br/>
        <w:br/>
        <w:t>解析：煤尘爆炸是煤矿重大灾害之一，其危害严重，预防工作至关重要。降低煤尘浓度是预防煤尘爆炸的根本措施，可以通过煤层注水、湿式作业等方法实现；惰化处理可以增加煤尘的惰性，降低爆炸危险性；消除点火源是防止爆炸的直接措施；建立完善的防尘系统可以全方位预防煤尘爆炸。只有综合采取多种措施，才能有效预防煤尘爆炸事故的发生。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仿宋" w:hAnsi="仿宋" w:eastAsia="体"/>
      <w:sz w:val="28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2013-12-23T23:15:00Z</dcterms:created>
  <dcterms:modified xsi:type="dcterms:W3CDTF">2013-12-23T23:15:00Z</dcterms:modified>
  <cp:category/>
</cp:coreProperties>
</file>