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2025年新编秘书实务试题及答案</w:t>
      </w:r>
    </w:p>
    <w:p>
      <w:r>
        <w:br/>
        <w:t xml:space="preserve"> 一、单项选择题（每题2分，共20分）</w:t>
        <w:br/>
        <w:br/>
        <w:t>1. 秘书在接待来访者时，首先应该做的是：</w:t>
        <w:br/>
        <w:br/>
        <w:t>A. 直接引导来访者到办公室</w:t>
        <w:br/>
        <w:br/>
        <w:t>B. 询问来访者姓名和事由</w:t>
        <w:br/>
        <w:br/>
        <w:t>C. 提供茶水或饮料</w:t>
        <w:br/>
        <w:br/>
        <w:t>D. 查看预约记录</w:t>
        <w:br/>
        <w:br/>
        <w:t>2. 以下哪项不属于秘书日常文书工作的内容？</w:t>
        <w:br/>
        <w:br/>
        <w:t>A. 撰写会议纪要</w:t>
        <w:br/>
        <w:br/>
        <w:t>B. 处理电子邮件</w:t>
        <w:br/>
        <w:br/>
        <w:t>C. 制作公司财务报表</w:t>
        <w:br/>
        <w:br/>
        <w:t>D. 整理文件档案</w:t>
        <w:br/>
        <w:br/>
        <w:t>3. 秘书安排会议时，不需要考虑的因素是：</w:t>
        <w:br/>
        <w:br/>
        <w:t>A. 参会人员的时间安排</w:t>
        <w:br/>
        <w:br/>
        <w:t>B. 会议场所的设施</w:t>
        <w:br/>
        <w:br/>
        <w:t>C. 秘书个人的喜好</w:t>
        <w:br/>
        <w:br/>
        <w:t>D. 会议议程的合理性</w:t>
        <w:br/>
        <w:br/>
        <w:t>4. 在商务接待中，以下哪种行为是不恰当的？</w:t>
        <w:br/>
        <w:br/>
        <w:t>A. 提前了解来访者的背景</w:t>
        <w:br/>
        <w:br/>
        <w:t>B. 在会谈中频繁使用手机</w:t>
        <w:br/>
        <w:br/>
        <w:t>C. 准备相关资料</w:t>
        <w:br/>
        <w:br/>
        <w:t>D. 安排合适的接待环境</w:t>
        <w:br/>
        <w:br/>
        <w:t>5. 秘书处理紧急文件时，应该：</w:t>
        <w:br/>
        <w:br/>
        <w:t>A. 按照常规流程处理</w:t>
        <w:br/>
        <w:br/>
        <w:t>B. 立即上报给领导并优先处理</w:t>
        <w:br/>
        <w:br/>
        <w:t>C. 等待领导指示后再处理</w:t>
        <w:br/>
        <w:br/>
        <w:t>D. 转交给其他同事处理</w:t>
        <w:br/>
        <w:br/>
        <w:t>6. 秘书在电话沟通中，以下哪项是不正确的？</w:t>
        <w:br/>
        <w:br/>
        <w:t>A. 接听电话时自报家门</w:t>
        <w:br/>
        <w:br/>
        <w:t>B. 记录重要信息</w:t>
        <w:br/>
        <w:br/>
        <w:t>C. 在通话中同时处理其他事务</w:t>
        <w:br/>
        <w:br/>
        <w:t>D. 确认对方身份和需求</w:t>
        <w:br/>
        <w:br/>
        <w:t>7. 秘书办公室布置的基本原则不包括：</w:t>
        <w:br/>
        <w:br/>
        <w:t>A. 整洁有序</w:t>
        <w:br/>
        <w:br/>
        <w:t>B. 便于工作</w:t>
        <w:br/>
        <w:br/>
        <w:t>C. 个人喜好优先</w:t>
        <w:br/>
        <w:br/>
        <w:t>D. 符合企业形象</w:t>
        <w:br/>
        <w:br/>
        <w:t>8. 秘书在档案管理中，最重要的是：</w:t>
        <w:br/>
        <w:br/>
        <w:t>A. 节省存储空间</w:t>
        <w:br/>
        <w:br/>
        <w:t>B. 便于检索和利用</w:t>
        <w:br/>
        <w:br/>
        <w:t>C. 美观整齐</w:t>
        <w:br/>
        <w:br/>
        <w:t>D. 减少纸质文件数量</w:t>
        <w:br/>
        <w:br/>
        <w:t>9. 秘书在时间管理方面，最有效的方法是：</w:t>
        <w:br/>
        <w:br/>
        <w:t>A. 同时处理多项任务</w:t>
        <w:br/>
        <w:br/>
        <w:t>B. 制定工作计划并优先处理重要事项</w:t>
        <w:br/>
        <w:br/>
        <w:t>C. 尽量延长工作时间</w:t>
        <w:br/>
        <w:br/>
        <w:t>D. 减少休息时间</w:t>
        <w:br/>
        <w:br/>
        <w:t>10. 秘书在商务礼仪中，正确的名片交换方式是：</w:t>
        <w:br/>
        <w:br/>
        <w:t>A. 用左手递接名片</w:t>
        <w:br/>
        <w:br/>
        <w:t>B. 递名片时文字朝向对方</w:t>
        <w:br/>
        <w:br/>
        <w:t>C. 接收后立即放入口袋</w:t>
        <w:br/>
        <w:br/>
        <w:t>D. 递名片时同时说自己的职位</w:t>
        <w:br/>
        <w:br/>
        <w:t xml:space="preserve"> 二、填空题（每题2分，共12分）</w:t>
        <w:br/>
        <w:br/>
        <w:t>1. 秘书在撰写会议纪要时，应包含的基本要素有：会议时间、会议地点、参会人员、会议议题和________。</w:t>
        <w:br/>
        <w:br/>
        <w:t>2. 秘书在接待来访者前，应提前了解来访者的________、________以及来访目的。</w:t>
        <w:br/>
        <w:br/>
        <w:t>3. 秘书在文件归档时，应遵循"________、________、便于查找"的原则。</w:t>
        <w:br/>
        <w:br/>
        <w:t>4. 秘书在安排领导日程时，应考虑的事项包括：________、________和优先级。</w:t>
        <w:br/>
        <w:br/>
        <w:t>5. 秘书在撰写商务信函时，应遵循的格式包括：发件人信息、收件人信息、日期、________和正文。</w:t>
        <w:br/>
        <w:br/>
        <w:t>6. 秘书在处理投诉电话时，应采取的态度是：耐心倾听、________、________和及时反馈。</w:t>
        <w:br/>
        <w:br/>
        <w:t xml:space="preserve"> 三、判断题（每题2分，共12分）</w:t>
        <w:br/>
        <w:br/>
        <w:t>1. 秘书在接待来访者时，可以不经预约直接安排领导会见。（ ）</w:t>
        <w:br/>
        <w:br/>
        <w:t>2. 秘书在处理机密文件时，可以将其放在办公桌上以便随时查阅。（ ）</w:t>
        <w:br/>
        <w:br/>
        <w:t>3. 秘书在会议记录中，应客观记录会议内容，不加入个人观点。（ ）</w:t>
        <w:br/>
        <w:br/>
        <w:t>4. 秘书在安排领导出差行程时，应考虑领导的个人偏好而非工作需要。（ ）</w:t>
        <w:br/>
        <w:br/>
        <w:t>5. 秘书在接听电话时，如果对方要求转接给领导，应直接转接而不询问事由。（ ）</w:t>
        <w:br/>
        <w:br/>
        <w:t>6. 秘书在档案管理中，电子档案可以完全替代纸质档案。（ ）</w:t>
        <w:br/>
        <w:br/>
        <w:t xml:space="preserve"> 四、多项选择题（每题2分，共4分）</w:t>
        <w:br/>
        <w:br/>
        <w:t>1. 秘书在办公室日常工作中，应具备的基本素质包括：</w:t>
        <w:br/>
        <w:br/>
        <w:t>A. 良好的沟通能力</w:t>
        <w:br/>
        <w:br/>
        <w:t>B. 高度的责任心</w:t>
        <w:br/>
        <w:br/>
        <w:t>C. 专业的文书处理能力</w:t>
        <w:br/>
        <w:br/>
        <w:t>D. 熟练的计算机操作技能</w:t>
        <w:br/>
        <w:br/>
        <w:t>2. 秘书在组织会议前，需要做好的准备工作包括：</w:t>
        <w:br/>
        <w:br/>
        <w:t>A. 确定会议时间和地点</w:t>
        <w:br/>
        <w:br/>
        <w:t>B. 准备会议议程和相关材料</w:t>
        <w:br/>
        <w:br/>
        <w:t>C. 通知参会人员</w:t>
        <w:br/>
        <w:br/>
        <w:t>D. 安排会议记录人员</w:t>
        <w:br/>
        <w:br/>
        <w:t xml:space="preserve"> 五、简答题（每题5分，共10分）</w:t>
        <w:br/>
        <w:br/>
        <w:t>1. 请简述秘书在接待来访者时的基本流程和注意事项。</w:t>
        <w:br/>
        <w:br/>
        <w:t>2. 请简述秘书在时间管理方面可以采取的方法和技巧。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解析：秘书在接待来访者时，首先应该询问来访者的姓名和事由，以便确认是否有预约以及如何安排接待。这有助于提供有针对性的服务，避免不必要的麻烦。</w:t>
        <w:br/>
        <w:br/>
        <w:t>2. 答案：C</w:t>
        <w:br/>
        <w:br/>
        <w:t>解析：制作公司财务报表通常属于财务部门的职责，不属于秘书的日常文书工作范围。秘书的文书工作主要包括文件处理、档案管理、会议纪要撰写等。</w:t>
        <w:br/>
        <w:br/>
        <w:t>3. 答案：C</w:t>
        <w:br/>
        <w:br/>
        <w:t>解析：安排会议时需要考虑参会人员的时间安排、会议场所的设施以及会议议程的合理性等客观因素，而不应考虑秘书个人的喜好。</w:t>
        <w:br/>
        <w:br/>
        <w:t>4. 答案：B</w:t>
        <w:br/>
        <w:br/>
        <w:t>解析：在商务接待中，在会谈中频繁使用手机是不礼貌的行为，会分散注意力，影响会谈效果，也显得对来访者不够尊重。</w:t>
        <w:br/>
        <w:br/>
        <w:t>5. 答案：B</w:t>
        <w:br/>
        <w:br/>
        <w:t>解析：紧急文件需要立即处理，秘书应立即上报给领导并优先处理，确保重要信息及时传达和处理。</w:t>
        <w:br/>
        <w:br/>
        <w:t>6. 答案：C</w:t>
        <w:br/>
        <w:br/>
        <w:t>解析：在电话沟通中，应专注于通话内容，不应同时处理其他事务，以免遗漏重要信息或给对方不尊重的感觉。</w:t>
        <w:br/>
        <w:br/>
        <w:t>7. 答案：C</w:t>
        <w:br/>
        <w:br/>
        <w:t>解析：办公室布置应遵循整洁有序、便于工作和符合企业形象的原则，而不是以个人喜好为优先。</w:t>
        <w:br/>
        <w:br/>
        <w:t>8. 答案：B</w:t>
        <w:br/>
        <w:br/>
        <w:t>解析：档案管理的核心目的是便于检索和利用，确保信息能够及时、准确地提供给需要的人员。</w:t>
        <w:br/>
        <w:br/>
        <w:t>9. 答案：B</w:t>
        <w:br/>
        <w:br/>
        <w:t>解析：有效的时间管理方法是制定工作计划并优先处理重要事项，而不是同时处理多项任务或减少休息时间。</w:t>
        <w:br/>
        <w:br/>
        <w:t>10. 答案：B</w:t>
        <w:br/>
        <w:br/>
        <w:t>解析：正确的名片交换方式是递名片时文字朝向对方，方便对方阅读；应用双手递接，接收后应认真阅读并妥善保管。</w:t>
        <w:br/>
        <w:br/>
        <w:t xml:space="preserve"> 二、填空题</w:t>
        <w:br/>
        <w:br/>
        <w:t>1. 答案：会议决议/会议结论</w:t>
        <w:br/>
        <w:br/>
        <w:t>解析：会议纪要应包含会议的基本要素，包括会议时间、地点、参会人员、议题以及最重要的会议决议或结论，以便后续执行和参考。</w:t>
        <w:br/>
        <w:br/>
        <w:t>2. 答案：职务、单位/公司</w:t>
        <w:br/>
        <w:br/>
        <w:t>解析：接待来访者前，应提前了解来访者的职务、单位或公司以及来访目的，以便做好相应的接待准备和安排。</w:t>
        <w:br/>
        <w:br/>
        <w:t>3. 答案：分类科学、标识清晰</w:t>
        <w:br/>
        <w:br/>
        <w:t>解析：文件归档应遵循分类科学、标识清晰、便于查找的原则，确保档案能够被快速、准确地检索和利用。</w:t>
        <w:br/>
        <w:br/>
        <w:t>4. 答案：时间安排、地点安排</w:t>
        <w:br/>
        <w:br/>
        <w:t>解析：安排领导日程时，需要考虑时间安排、地点安排以及各项事务的优先级，确保领导的工作高效有序。</w:t>
        <w:br/>
        <w:br/>
        <w:t>5. 答案：主题/标题</w:t>
        <w:br/>
        <w:br/>
        <w:t>解析：商务信函的标准格式包括发件人信息、收件人信息、日期、主题或标题以及正文，确保信息清晰完整。</w:t>
        <w:br/>
        <w:br/>
        <w:t>6. 答案：诚恳道歉、提出解决方案</w:t>
        <w:br/>
        <w:br/>
        <w:t>解析：处理投诉电话时，应保持耐心倾听的态度，诚恳道歉，提出解决方案，并及时反馈处理结果，以平息投诉者的不满。</w:t>
        <w:br/>
        <w:br/>
        <w:t xml:space="preserve"> 三、判断题</w:t>
        <w:br/>
        <w:br/>
        <w:t>1. 答案：×</w:t>
        <w:br/>
        <w:br/>
        <w:t>解析：秘书在接待来访者时，应首先查看是否有预约，未经预约不应直接安排领导会见，需要根据实际情况和领导意愿决定如何处理。</w:t>
        <w:br/>
        <w:br/>
        <w:t>2. 答案：×</w:t>
        <w:br/>
        <w:br/>
        <w:t>解析：机密文件应妥善保管，不应放在办公桌上随意放置，以防信息泄露。应按照保密规定存放在安全的地方。</w:t>
        <w:br/>
        <w:br/>
        <w:t>3. 答案：√</w:t>
        <w:br/>
        <w:br/>
        <w:t>解析：会议记录应客观记录会议内容，不加入个人观点，确保记录的真实性和准确性，作为会议决策和执行的依据。</w:t>
        <w:br/>
        <w:br/>
        <w:t>4. 答案：×</w:t>
        <w:br/>
        <w:br/>
        <w:t>解析：安排领导出差行程应主要考虑工作需要，兼顾效率，而不是以领导的个人偏好为首要考虑因素。</w:t>
        <w:br/>
        <w:br/>
        <w:t>5. 答案：×</w:t>
        <w:br/>
        <w:br/>
        <w:t>解析：转接电话前应询问事由，判断是否适合转接给领导，避免不必要的打扰，同时也可以向领导简要说明情况。</w:t>
        <w:br/>
        <w:br/>
        <w:t>6. 答案：×</w:t>
        <w:br/>
        <w:br/>
        <w:t>解析：虽然电子档案有许多优势，但在某些情况下，纸质档案仍然具有不可替代的作用，如法律效力、长期保存等，因此电子档案不能完全替代纸质档案。</w:t>
        <w:br/>
        <w:br/>
        <w:t xml:space="preserve"> 四、多项选择题</w:t>
        <w:br/>
        <w:br/>
        <w:t>1. 答案：ABCD</w:t>
        <w:br/>
        <w:br/>
        <w:t>解析：秘书作为办公室的重要角色，需要具备良好的沟通能力以便与各方有效交流；需要高度的责任心确保工作质量和保密性；需要专业的文书处理能力以处理各类文件；需要熟练的计算机操作技能以提高工作效率。</w:t>
        <w:br/>
        <w:br/>
        <w:t>2. 答案：ABCD</w:t>
        <w:br/>
        <w:br/>
        <w:t>解析：组织会议前需要做好多方面准备工作：确定会议时间和地点是基础；准备会议议程和相关材料确保会议有序进行；通知参会人员保证会议的顺利进行；安排会议记录人员确保会议内容得到准确记录。</w:t>
        <w:br/>
        <w:br/>
        <w:t xml:space="preserve"> 五、简答题</w:t>
        <w:br/>
        <w:br/>
        <w:t>1. 答案：</w:t>
        <w:br/>
        <w:br/>
        <w:t>秘书接待来访者的基本流程和注意事项如下：</w:t>
        <w:br/>
        <w:br/>
        <w:t>（1）接待准备：</w:t>
        <w:br/>
        <w:br/>
        <w:t>- 提前了解来访者信息（姓名、职务、单位、来访目的）</w:t>
        <w:br/>
        <w:br/>
        <w:t>- 准备相关资料和文件</w:t>
        <w:br/>
        <w:br/>
        <w:t>- 安排合适的接待场所</w:t>
        <w:br/>
        <w:br/>
        <w:t>（2）迎接与引导：</w:t>
        <w:br/>
        <w:br/>
        <w:t>- 热情迎接来访者</w:t>
        <w:br/>
        <w:br/>
        <w:t>- 确认身份和预约情况</w:t>
        <w:br/>
        <w:br/>
        <w:t>- 引导至接待区域或会议室</w:t>
        <w:br/>
        <w:br/>
        <w:t>（3）接待过程：</w:t>
        <w:br/>
        <w:br/>
        <w:t>- 提供茶水或饮料</w:t>
        <w:br/>
        <w:br/>
        <w:t>- 与来访者沟通，了解具体需求</w:t>
        <w:br/>
        <w:br/>
        <w:t>- 根据情况安排与领导会面</w:t>
        <w:br/>
        <w:br/>
        <w:t>（4）送别与记录：</w:t>
        <w:br/>
        <w:br/>
        <w:t>- 礼貌送别来访者</w:t>
        <w:br/>
        <w:br/>
        <w:t>- 记录接待情况</w:t>
        <w:br/>
        <w:br/>
        <w:t>注意事项：</w:t>
        <w:br/>
        <w:br/>
        <w:t>- 保持专业形象和礼貌态度</w:t>
        <w:br/>
        <w:br/>
        <w:t>- 严格遵守保密规定</w:t>
        <w:br/>
        <w:br/>
        <w:t>- 灵活处理突发情况</w:t>
        <w:br/>
        <w:br/>
        <w:t>- 确保接待环境整洁舒适</w:t>
        <w:br/>
        <w:br/>
        <w:t>- 及时向领导汇报接待情况</w:t>
        <w:br/>
        <w:br/>
        <w:t>2. 答案：</w:t>
        <w:br/>
        <w:br/>
        <w:t>秘书在时间管理方面可以采取的方法和技巧：</w:t>
        <w:br/>
        <w:br/>
        <w:t>（1）制定工作计划：</w:t>
        <w:br/>
        <w:br/>
        <w:t>- 每日、每周、每月制定详细工作计划</w:t>
        <w:br/>
        <w:br/>
        <w:t>- 明确工作目标和优先级</w:t>
        <w:br/>
        <w:br/>
        <w:t>（2）使用时间管理工具：</w:t>
        <w:br/>
        <w:br/>
        <w:t>- 利用日历、待办事项清单等工具</w:t>
        <w:br/>
        <w:br/>
        <w:t>- 合理安排工作时间表</w:t>
        <w:br/>
        <w:br/>
        <w:t>（3）区分重要性和紧急性：</w:t>
        <w:br/>
        <w:br/>
        <w:t>- 运用"四象限法则"处理任务</w:t>
        <w:br/>
        <w:br/>
        <w:t>- 优先处理重要且紧急的事务</w:t>
        <w:br/>
        <w:br/>
        <w:t>（4）避免时间浪费：</w:t>
        <w:br/>
        <w:br/>
        <w:t>- 减少不必要的会议和干扰</w:t>
        <w:br/>
        <w:br/>
        <w:t>- 学会委派和拒绝</w:t>
        <w:br/>
        <w:br/>
        <w:t>（5）提高工作效率：</w:t>
        <w:br/>
        <w:br/>
        <w:t>- 批量处理相似任务</w:t>
        <w:br/>
        <w:br/>
        <w:t>- 利用技术工具提高效率</w:t>
        <w:br/>
        <w:br/>
        <w:t>（6）定期评估和调整：</w:t>
        <w:br/>
        <w:br/>
        <w:t>- 定期回顾时间使用情况</w:t>
        <w:br/>
        <w:br/>
        <w:t>- 根据实际情况调整工作计划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