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2025年关于保险的试题及答案</w:t>
      </w:r>
    </w:p>
    <w:p>
      <w:r>
        <w:br/>
        <w:t xml:space="preserve"> 一、单项选择题（共10题，每题2分）</w:t>
        <w:br/>
        <w:br/>
        <w:t>1. 保险的基本原则不包括以下哪一项？</w:t>
        <w:br/>
        <w:br/>
        <w:t>A. 保险利益原则</w:t>
        <w:br/>
        <w:br/>
        <w:t>B. 最大诚信原则</w:t>
        <w:br/>
        <w:br/>
        <w:t>C. 近因原则</w:t>
        <w:br/>
        <w:br/>
        <w:t>D. 公平交易原则</w:t>
        <w:br/>
        <w:br/>
        <w:t>2. 保险合同中，投保人是指：</w:t>
        <w:br/>
        <w:br/>
        <w:t>A. 承担保险责任的一方</w:t>
        <w:br/>
        <w:br/>
        <w:t>B. 与保险人订立保险合同，并按照合同约定负有支付保险费义务的人</w:t>
        <w:br/>
        <w:br/>
        <w:t>C. 被保险人</w:t>
        <w:br/>
        <w:br/>
        <w:t>D. 受益人</w:t>
        <w:br/>
        <w:br/>
        <w:t>3. 以下哪项不属于人身保险？</w:t>
        <w:br/>
        <w:br/>
        <w:t>A. 人寿保险</w:t>
        <w:br/>
        <w:br/>
        <w:t>B. 健康保险</w:t>
        <w:br/>
        <w:br/>
        <w:t>C. 责任保险</w:t>
        <w:br/>
        <w:br/>
        <w:t>D. 意外伤害保险</w:t>
        <w:br/>
        <w:br/>
        <w:t>4. 保险公司的偿付能力是指：</w:t>
        <w:br/>
        <w:br/>
        <w:t>A. 保险公司支付赔款的能力</w:t>
        <w:br/>
        <w:br/>
        <w:t>B. 保险公司获取利润的能力</w:t>
        <w:br/>
        <w:br/>
        <w:t>C. 保险公司吸引客户的能力</w:t>
        <w:br/>
        <w:br/>
        <w:t>D. 保险公司扩大业务的能力</w:t>
        <w:br/>
        <w:br/>
        <w:t>5. 保险费率厘定的基本原则是：</w:t>
        <w:br/>
        <w:br/>
        <w:t>A. 公平合理原则</w:t>
        <w:br/>
        <w:br/>
        <w:t>B. 保障充分原则</w:t>
        <w:br/>
        <w:br/>
        <w:t>C. 稳健经营原则</w:t>
        <w:br/>
        <w:br/>
        <w:t>D. 以上都是</w:t>
        <w:br/>
        <w:br/>
        <w:t>6. 以下哪种保险属于社会保险？</w:t>
        <w:br/>
        <w:br/>
        <w:t>A. 商业养老保险</w:t>
        <w:br/>
        <w:br/>
        <w:t>B. 企业年金</w:t>
        <w:br/>
        <w:br/>
        <w:t>C. 基本医疗保险</w:t>
        <w:br/>
        <w:br/>
        <w:t>D. 商业健康保险</w:t>
        <w:br/>
        <w:br/>
        <w:t>7. 保险合同解除权通常属于：</w:t>
        <w:br/>
        <w:br/>
        <w:t>A. 投保人</w:t>
        <w:br/>
        <w:br/>
        <w:t>B. 保险人</w:t>
        <w:br/>
        <w:br/>
        <w:t>C. 被保险人</w:t>
        <w:br/>
        <w:br/>
        <w:t>D. 受益人</w:t>
        <w:br/>
        <w:br/>
        <w:t>8. 保险金额是指：</w:t>
        <w:br/>
        <w:br/>
        <w:t>A. 投保人支付的保险费</w:t>
        <w:br/>
        <w:br/>
        <w:t>B. 保险人承担赔偿或给付责任的最高限额</w:t>
        <w:br/>
        <w:br/>
        <w:t>C. 保险合同的价值</w:t>
        <w:br/>
        <w:br/>
        <w:t>D. 保险标的的实际价值</w:t>
        <w:br/>
        <w:br/>
        <w:t>9. 以下哪项不是保险公司的经营原则？</w:t>
        <w:br/>
        <w:br/>
        <w:t>A. 风险分散原则</w:t>
        <w:br/>
        <w:br/>
        <w:t>B. 大数法则原则</w:t>
        <w:br/>
        <w:br/>
        <w:t>C. 风险集中原则</w:t>
        <w:br/>
        <w:br/>
        <w:t>D. 风险选择原则</w:t>
        <w:br/>
        <w:br/>
        <w:t>10. 保险代理人是指：</w:t>
        <w:br/>
        <w:br/>
        <w:t>A. 保险公司的员工</w:t>
        <w:br/>
        <w:br/>
        <w:t>B. 代表保险人办理保险业务的人</w:t>
        <w:br/>
        <w:br/>
        <w:t>C. 代表投保人办理保险业务的人</w:t>
        <w:br/>
        <w:br/>
        <w:t>D. 监管保险市场的机构工作人员</w:t>
        <w:br/>
        <w:br/>
        <w:t xml:space="preserve"> 二、填空题（共5题，每题2分）</w:t>
        <w:br/>
        <w:br/>
        <w:t>1. 保险的基本职能是________和________。</w:t>
        <w:br/>
        <w:br/>
        <w:t>2. 保险合同的基本条款包括：当事人条款、保险标的条款、________、________、保险费条款、保险期限条款等。</w:t>
        <w:br/>
        <w:br/>
        <w:t>3. 保险合同的形式主要有：投保单、保险单、________和________等。</w:t>
        <w:br/>
        <w:br/>
        <w:t>4. 保险公司的资金运用应当遵循安全性、________和________的原则。</w:t>
        <w:br/>
        <w:br/>
        <w:t>5. 保险监管的主要内容包括市场准入监管、________监管和________监管。</w:t>
        <w:br/>
        <w:br/>
        <w:t xml:space="preserve"> 三、判断题（共5题，每题2分）</w:t>
        <w:br/>
        <w:br/>
        <w:t>1. 保险利益是指投保人对保险标的具有的法律上承认的利益。（ ）</w:t>
        <w:br/>
        <w:br/>
        <w:t>2. 保险合同是双务合同，即双方互负义务。（ ）</w:t>
        <w:br/>
        <w:br/>
        <w:t>3. 保险公司的利润主要来源于保费收入。（ ）</w:t>
        <w:br/>
        <w:br/>
        <w:t>4. 保险合同订立后，投保人可以随时解除合同。（ ）</w:t>
        <w:br/>
        <w:br/>
        <w:t>5. 保险赔偿应当以实际损失为限，不得超过保险金额。（ ）</w:t>
        <w:br/>
        <w:br/>
        <w:t xml:space="preserve"> 四、多项选择题（共2题，每题2分）</w:t>
        <w:br/>
        <w:br/>
        <w:t>1. 以下哪些属于保险的基本原则？（ ）</w:t>
        <w:br/>
        <w:br/>
        <w:t>A. 保险利益原则</w:t>
        <w:br/>
        <w:br/>
        <w:t>B. 最大诚信原则</w:t>
        <w:br/>
        <w:br/>
        <w:t>C. 近因原则</w:t>
        <w:br/>
        <w:br/>
        <w:t>D. 损失补偿原则</w:t>
        <w:br/>
        <w:br/>
        <w:t>E. 权益转让原则</w:t>
        <w:br/>
        <w:br/>
        <w:t>2. 以下哪些属于保险公司的经营风险？（ ）</w:t>
        <w:br/>
        <w:br/>
        <w:t>A. 承保风险</w:t>
        <w:br/>
        <w:br/>
        <w:t>B. 投资风险</w:t>
        <w:br/>
        <w:br/>
        <w:t>C. 利率风险</w:t>
        <w:br/>
        <w:br/>
        <w:t>D. 信用风险</w:t>
        <w:br/>
        <w:br/>
        <w:t>E. 操作风险</w:t>
        <w:br/>
        <w:br/>
        <w:t xml:space="preserve"> 五、简答题（共2题，每题5分）</w:t>
        <w:br/>
        <w:br/>
        <w:t>1. 简述保险的基本职能。</w:t>
        <w:br/>
        <w:br/>
        <w:t>2. 简述保险合同的主要特征。</w:t>
        <w:br/>
        <w:br/>
        <w:t xml:space="preserve"> 参考答案及解析</w:t>
        <w:br/>
        <w:br/>
        <w:t xml:space="preserve"> 一、单项选择题</w:t>
        <w:br/>
        <w:br/>
        <w:t>1. 答案：D</w:t>
        <w:br/>
        <w:br/>
        <w:t>解析：保险的基本原则包括保险利益原则、最大诚信原则、近因原则和损失补偿原则。公平交易原则虽然重要，但不属于保险的基本原则。</w:t>
        <w:br/>
        <w:br/>
        <w:t>2. 答案：B</w:t>
        <w:br/>
        <w:br/>
        <w:t>解析：根据《保险法》规定，投保人是指与保险人订立保险合同，并按照合同约定负有支付保险费义务的人。保险人是指与投保人订立保险合同，并承担赔偿或者给付保险金责任的保险公司。被保险人是指其财产或者人身受保险合同保障，享有保险金请求权的人。受益人是指人身保险合同中由被保险人或者投保人指定的享有保险金请求权的人。</w:t>
        <w:br/>
        <w:br/>
        <w:t>3. 答案：C</w:t>
        <w:br/>
        <w:br/>
        <w:t>解析：人身保险是以人的寿命和身体为保险标的的保险，包括人寿保险、健康保险、意外伤害保险等。责任保险是以被保险人对第三者依法应负的赔偿责任为保险标的的保险，属于财产保险的范畴。</w:t>
        <w:br/>
        <w:br/>
        <w:t>4. 答案：A</w:t>
        <w:br/>
        <w:br/>
        <w:t>解析：保险公司的偿付能力是指保险公司履行赔偿或给付责任的能力，即保险公司支付赔款的能力。它是衡量保险公司经营状况的重要指标。</w:t>
        <w:br/>
        <w:br/>
        <w:t>5. 答案：D</w:t>
        <w:br/>
        <w:br/>
        <w:t>解析：保险费率厘定的基本原则包括公平合理原则（费率应与风险水平相匹配）、保障充分原则（费率应能覆盖保险责任）、稳健经营原则（费率应考虑保险公司的稳健经营需要）等。</w:t>
        <w:br/>
        <w:br/>
        <w:t>6. 答案：C</w:t>
        <w:br/>
        <w:br/>
        <w:t>解析：社会保险是由国家通过立法强制实施的，具有社会性和强制性的保险制度，包括基本医疗保险、基本养老保险、失业保险、工伤保险和生育保险等。商业养老保险、企业年金和商业健康保险属于商业保险的范畴。</w:t>
        <w:br/>
        <w:br/>
        <w:t>7. 答案：A</w:t>
        <w:br/>
        <w:br/>
        <w:t>解析：根据《保险法》规定，投保人有权解除保险合同。保险人只有在特定情况下（如投保人故意隐瞒事实、未履行如实告知义务等）才能解除保险合同。</w:t>
        <w:br/>
        <w:br/>
        <w:t>8. 答案：B</w:t>
        <w:br/>
        <w:br/>
        <w:t>解析：保险金额是指保险人承担赔偿或者给付保险金责任的最高限额。它是保险合同的核心内容之一，决定了保险保障的水平。</w:t>
        <w:br/>
        <w:br/>
        <w:t>9. 答案：C</w:t>
        <w:br/>
        <w:br/>
        <w:t>解析：保险公司的经营原则包括风险分散原则（通过承保多种风险分散风险）、大数法则原则（通过大量风险单位来预测损失）、风险选择原则（选择可承保的风险）等。风险集中原则与保险经营原则相悖，保险公司应避免风险集中。</w:t>
        <w:br/>
        <w:br/>
        <w:t>10. 答案：B</w:t>
        <w:br/>
        <w:br/>
        <w:t>解析：保险代理人是指根据保险人的委托，向保险人收取佣金，并在保险人授权的范围内代为办理保险业务的个人或者机构。保险公司的员工是保险人，代表投保人办理保险业务的人是保险经纪人，监管保险市场的机构工作人员是保险监管人员。</w:t>
        <w:br/>
        <w:br/>
        <w:t xml:space="preserve"> 二、填空题</w:t>
        <w:br/>
        <w:br/>
        <w:t>1. 答案：风险转移、经济补偿</w:t>
        <w:br/>
        <w:br/>
        <w:t>解析：保险的基本职能包括风险转移和经济补偿。风险转移是指通过保险将个人或企业面临的风险转移给保险公司；经济补偿是指在保险事故发生时，保险公司按照合同约定对被保险人进行经济补偿。</w:t>
        <w:br/>
        <w:br/>
        <w:t>2. 答案：保险责任条款、保险金额条款</w:t>
        <w:br/>
        <w:br/>
        <w:t>解析：保险合同的基本条款包括当事人条款（明确合同双方）、保险标的条款（明确保险对象）、保险责任条款（明确保险人承担的责任）、保险金额条款（明确赔偿限额）、保险费条款（明确保费金额和支付方式）、保险期限条款（明确保险合同的有效期间）等。</w:t>
        <w:br/>
        <w:br/>
        <w:t>3. 答案：保险凭证、暂保单</w:t>
        <w:br/>
        <w:br/>
        <w:t>解析：保险合同的形式主要有：投保单（投保人向保险人提出的保险要约）、保险单（保险人签发的正式保险合同凭证）、保险凭证（简化形式的保险单）、暂保单（保险人在正式保险单签发前出具的临时保险凭证）等。</w:t>
        <w:br/>
        <w:br/>
        <w:t>4. 答案：流动性、收益性</w:t>
        <w:br/>
        <w:br/>
        <w:t>解析：保险公司的资金运用应当遵循安全性（确保资金安全）、流动性（确保能够随时满足赔付需求）和收益性（追求合理的投资回报）的原则。这三者之间需要平衡，不能过分追求某一方面而忽视其他方面。</w:t>
        <w:br/>
        <w:br/>
        <w:t>5. 答案：偿付能力、资金运用</w:t>
        <w:br/>
        <w:br/>
        <w:t>解析：保险监管的主要内容包括市场准入监管（控制保险机构的设立和业务范围）、偿付能力监管（确保保险公司有足够的偿付能力）、资金运用监管（规范保险公司的投资行为）等。此外，还包括市场行为监管（规范保险公司的经营行为）等。</w:t>
        <w:br/>
        <w:br/>
        <w:t xml:space="preserve"> 三、判断题</w:t>
        <w:br/>
        <w:br/>
        <w:t>1. 答案：√</w:t>
        <w:br/>
        <w:br/>
        <w:t>解析：保险利益是指投保人对保险标的具有的法律上承认的利益。它是保险合同有效的前提条件，没有保险利益，保险合同无效。保险利益的存在可以防止道德风险和赌博行为。</w:t>
        <w:br/>
        <w:br/>
        <w:t>2. 答案：√</w:t>
        <w:br/>
        <w:br/>
        <w:t>解析：保险合同是双务合同，即双方互负义务。投保人有支付保险费的义务，保险人有承担赔偿或给付保险金的义务。同时，保险合同也是有偿合同、诺成合同、要式合同等。</w:t>
        <w:br/>
        <w:br/>
        <w:t>3. 答案：×</w:t>
        <w:br/>
        <w:br/>
        <w:t>解析：保险公司的利润主要来源于承保利润和投资利润。承保利润是指保费收入减去赔款支出和费用后的差额；投资利润是指保险公司运用保险资金获得的收益。在成熟的保险市场，投资利润往往是保险公司利润的主要来源。</w:t>
        <w:br/>
        <w:br/>
        <w:t>4. 答案：×</w:t>
        <w:br/>
        <w:br/>
        <w:t>解析：根据《保险法》规定，投保人可以随时解除保险合同，但保险人只有在特定情况下（如投保人故意隐瞒事实、未履行如实告知义务等）才能解除保险合同。此外，对于某些特定类型的保险合同（如货物运输保险、运输工具航程保险等），保险责任开始后，合同不得解除。</w:t>
        <w:br/>
        <w:br/>
        <w:t>5. 答案：√</w:t>
        <w:br/>
        <w:br/>
        <w:t>解析：保险赔偿应当以实际损失为限，不得超过保险金额。这是损失补偿原则的基本要求，目的是防止被保险人因保险事故获得额外利益，避免道德风险。但在人身保险中，由于人的生命价值难以用金钱衡量，通常不适用损失补偿原则。</w:t>
        <w:br/>
        <w:br/>
        <w:t xml:space="preserve"> 四、多项选择题</w:t>
        <w:br/>
        <w:br/>
        <w:t>1. 答案：ABCDE</w:t>
        <w:br/>
        <w:br/>
        <w:t>解析：保险的基本原则包括：保险利益原则（投保人对保险标的必须具有保险利益）、最大诚信原则（合同双方都应诚实守信）、近因原则（保险人只对保险事故的近因负责）、损失补偿原则（赔偿金额以实际损失为限）、权益转让原则（保险人赔付后取得代位追偿权）等。这些原则是保险法的基本原则，也是保险合同订立和履行的基础。</w:t>
        <w:br/>
        <w:br/>
        <w:t>2. 答案：ABCDE</w:t>
        <w:br/>
        <w:br/>
        <w:t>解析：保险公司的经营风险包括：承保风险（如费率厘定不当、风险选择不当等）、投资风险（如投资损失、市场波动等）、利率风险（如利率变动对保险公司资产负债的影响）、信用风险（如债务人违约等）、操作风险（如内部管理不善、操作失误等）等。保险公司需要通过各种风险管理措施来控制和降低这些风险。</w:t>
        <w:br/>
        <w:br/>
        <w:t xml:space="preserve"> 五、简答题</w:t>
        <w:br/>
        <w:br/>
        <w:t>1. 答案：</w:t>
        <w:br/>
        <w:br/>
        <w:t>保险的基本职能包括：</w:t>
        <w:br/>
        <w:br/>
        <w:t>（1）风险转移职能：通过保险机制，将个人或企业面临的各种风险转移给保险公司，由保险公司承担风险带来的经济损失。</w:t>
        <w:br/>
        <w:br/>
        <w:t>（2）经济补偿职能：在保险事故发生时，保险公司按照合同约定对被保险人进行经济补偿，帮助被保险人恢复生产和生活。</w:t>
        <w:br/>
        <w:br/>
        <w:t>（3）资金融通职能：保险公司通过收取保费形成资金池，再将这些资金用于投资，为社会经济发展提供资金支持。</w:t>
        <w:br/>
        <w:br/>
        <w:t>（4）社会管理职能：保险通过分散风险、消化损失，促进社会稳定；通过风险管理服务，提高社会风险管理水平；通过资金运用，支持国家经济建设。</w:t>
        <w:br/>
        <w:br/>
        <w:t>2. 答案：</w:t>
        <w:br/>
        <w:br/>
        <w:t>保险合同的主要特征包括：</w:t>
        <w:br/>
        <w:br/>
        <w:t>（1）双务性：保险合同是双务合同，合同双方互负义务。投保人有支付保险费的义务，保险人有承担赔偿或给付保险金的义务。</w:t>
        <w:br/>
        <w:br/>
        <w:t>（2）有偿性：保险合同是有偿合同，投保人需要支付保险费才能获得保险保障。</w:t>
        <w:br/>
        <w:br/>
        <w:t>（3）诺成性：保险合同是诺成合同，合同自双方当事人意思表示一致时成立，不以交付保险费为合同成立的条件。</w:t>
        <w:br/>
        <w:br/>
        <w:t>（4）要式性：保险合同是要式合同，必须采用书面形式，包括保险单、保险凭证等。</w:t>
        <w:br/>
        <w:br/>
        <w:t>（5）射幸性：保险合同是射幸合同，其履行具有不确定性，保险事故是否发生、何时发生、损失大小等都是不确定的。</w:t>
        <w:br/>
        <w:br/>
        <w:t>（6）最大诚信性：保险合同要求双方当事人遵循最大诚信原则，如实告知重要事项，不得隐瞒或欺诈。</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