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2025年平版制版员试题及答案</w:t>
      </w:r>
    </w:p>
    <w:p>
      <w:r>
        <w:br/>
        <w:t xml:space="preserve"> 一、单项选择题（每题2分，共20分）</w:t>
        <w:br/>
        <w:br/>
        <w:t>1. 平版印刷制版过程中，下列哪种材料不属于感光材料？</w:t>
        <w:br/>
        <w:br/>
        <w:t>A. 重氮盐</w:t>
        <w:br/>
        <w:br/>
        <w:t>B. 重铬酸盐</w:t>
        <w:br/>
        <w:br/>
        <w:t>C. 聚乙烯醇</w:t>
        <w:br/>
        <w:br/>
        <w:t>D. 明胶</w:t>
        <w:br/>
        <w:br/>
        <w:t>2. CTP技术中，"CTP"的全称是？</w:t>
        <w:br/>
        <w:br/>
        <w:t>A. Computer To Plate</w:t>
        <w:br/>
        <w:br/>
        <w:t>B. Computer To Paper</w:t>
        <w:br/>
        <w:br/>
        <w:t>C. Computer To Print</w:t>
        <w:br/>
        <w:br/>
        <w:t>D. Computer To Publishing</w:t>
        <w:br/>
        <w:br/>
        <w:t>3. 在平版制版过程中，曝光过度会导致？</w:t>
        <w:br/>
        <w:br/>
        <w:t>A. 网点扩大</w:t>
        <w:br/>
        <w:br/>
        <w:t>B. 网点缩小</w:t>
        <w:br/>
        <w:br/>
        <w:t>C. 版材硬化不足</w:t>
        <w:br/>
        <w:br/>
        <w:t>D. 版材硬化过度</w:t>
        <w:br/>
        <w:br/>
        <w:t>4. 下列哪种设备是用于CTP制版的？</w:t>
        <w:br/>
        <w:br/>
        <w:t>A. 激光照排机</w:t>
        <w:br/>
        <w:br/>
        <w:t>B. 数字制版机</w:t>
        <w:br/>
        <w:br/>
        <w:t>C. 晒版机</w:t>
        <w:br/>
        <w:br/>
        <w:t>D. 显影机</w:t>
        <w:br/>
        <w:br/>
        <w:t>5. 平版印刷中，PS版的全称是？</w:t>
        <w:br/>
        <w:br/>
        <w:t>A. Positive Sensitivity Plate</w:t>
        <w:br/>
        <w:br/>
        <w:t>B. Photo Sensitivity Plate</w:t>
        <w:br/>
        <w:br/>
        <w:t>C. Positive Surface Plate</w:t>
        <w:br/>
        <w:br/>
        <w:t>D. Pre-Sensitized Plate</w:t>
        <w:br/>
        <w:br/>
        <w:t>6. 在平版制版过程中，显影液的主要作用是？</w:t>
        <w:br/>
        <w:br/>
        <w:t>A. 增加版材的感光度</w:t>
        <w:br/>
        <w:br/>
        <w:t>B. 去除未曝光部分的感光层</w:t>
        <w:br/>
        <w:br/>
        <w:t>C. 增加版材的硬度</w:t>
        <w:br/>
        <w:br/>
        <w:t>D. 保护版材表面</w:t>
        <w:br/>
        <w:br/>
        <w:t>7. 下列哪种色彩模式适用于印刷？</w:t>
        <w:br/>
        <w:br/>
        <w:t>A. RGB</w:t>
        <w:br/>
        <w:br/>
        <w:t>B. CMYK</w:t>
        <w:br/>
        <w:br/>
        <w:t>C. HSB</w:t>
        <w:br/>
        <w:br/>
        <w:t>D. HSV</w:t>
        <w:br/>
        <w:br/>
        <w:t>8. 平版印刷制版中，下列哪种现象会导致印版亲水性下降？</w:t>
        <w:br/>
        <w:br/>
        <w:t>A. 曝光不足</w:t>
        <w:br/>
        <w:br/>
        <w:t>B. 显影过度</w:t>
        <w:br/>
        <w:br/>
        <w:t>C. 版材老化</w:t>
        <w:br/>
        <w:br/>
        <w:t>D. 涂层过厚</w:t>
        <w:br/>
        <w:br/>
        <w:t>9. 在平版制版过程中，烤版的主要目的是？</w:t>
        <w:br/>
        <w:br/>
        <w:t>A. 增加版材的厚度</w:t>
        <w:br/>
        <w:br/>
        <w:t>B. 提高耐印力</w:t>
        <w:br/>
        <w:br/>
        <w:t>C. 改变版材的颜色</w:t>
        <w:br/>
        <w:br/>
        <w:t>D. 增加版材的感光度</w:t>
        <w:br/>
        <w:br/>
        <w:t>10. 下列哪种因素不会影响平版印刷的套印精度？</w:t>
        <w:br/>
        <w:br/>
        <w:t>A. 橡皮布的厚度</w:t>
        <w:br/>
        <w:br/>
        <w:t>B. 印版的拉伸</w:t>
        <w:br/>
        <w:br/>
        <w:t>C. 环境湿度</w:t>
        <w:br/>
        <w:br/>
        <w:t>D. 油墨的粘度</w:t>
        <w:br/>
        <w:br/>
        <w:t xml:space="preserve"> 二、填空题（每题2分，共12分）</w:t>
        <w:br/>
        <w:br/>
        <w:t>1. 平版印刷制版过程中，感光材料受到光的作用后发生化学反应，形成________和________两部分。</w:t>
        <w:br/>
        <w:br/>
        <w:t>2. CTP制版技术根据激光类型可分为________、________和________三种。</w:t>
        <w:br/>
        <w:br/>
        <w:t>3. 平版印刷中，印版的亲油部分是________，亲水部分是________。</w:t>
        <w:br/>
        <w:br/>
        <w:t>4. 在平版制版过程中，显影液的浓度和温度会影响显影效果，通常显影液温度控制在________℃之间。</w:t>
        <w:br/>
        <w:br/>
        <w:t>5. 平版印刷制版中，常见的故障有________、________和________等。</w:t>
        <w:br/>
        <w:br/>
        <w:t>6. 数字化工作流程中，色彩管理的主要目的是确保不同设备之间的色彩________。</w:t>
        <w:br/>
        <w:br/>
        <w:t xml:space="preserve"> 三、判断题（每题2分，共12分）</w:t>
        <w:br/>
        <w:br/>
        <w:t>1. 平版印刷中，印版的图文部分是亲水的，空白部分是亲油的。（ ）</w:t>
        <w:br/>
        <w:br/>
        <w:t>2. CTP制版技术可以直接将数字文件输出到印版上，无需菲林。（ ）</w:t>
        <w:br/>
        <w:br/>
        <w:t>3. 在平版制版过程中，曝光时间越长，印版质量越好。（ ）</w:t>
        <w:br/>
        <w:br/>
        <w:t>4. PS版可以重复使用，只需进行适当的处理。（ ）</w:t>
        <w:br/>
        <w:br/>
        <w:t>5. 平版印刷中，水墨平衡是保证印刷质量的关键因素之一。（ ）</w:t>
        <w:br/>
        <w:br/>
        <w:t>6. 数字制版机使用的激光波长越长，制版精度越高。（ ）</w:t>
        <w:br/>
        <w:br/>
        <w:t xml:space="preserve"> 四、多项选择题（每题2分，共4分）</w:t>
        <w:br/>
        <w:br/>
        <w:t>1. 下列哪些因素会影响平版制版的质量？（ ）</w:t>
        <w:br/>
        <w:br/>
        <w:t>A. 曝光时间</w:t>
        <w:br/>
        <w:br/>
        <w:t>B. 显影液浓度</w:t>
        <w:br/>
        <w:br/>
        <w:t>C. 环境湿度</w:t>
        <w:br/>
        <w:br/>
        <w:t>D. 版材存储时间</w:t>
        <w:br/>
        <w:br/>
        <w:t>E. 操作人员经验</w:t>
        <w:br/>
        <w:br/>
        <w:t>2. 平版印刷制版过程中，常见的质量问题有？（ ）</w:t>
        <w:br/>
        <w:br/>
        <w:t>A. 网点扩大</w:t>
        <w:br/>
        <w:br/>
        <w:t>B. 印版划伤</w:t>
        <w:br/>
        <w:br/>
        <w:t>C. 色彩偏差</w:t>
        <w:br/>
        <w:br/>
        <w:t>D. 套印不准</w:t>
        <w:br/>
        <w:br/>
        <w:t>E. 水墨失衡</w:t>
        <w:br/>
        <w:br/>
        <w:t xml:space="preserve"> 五、简答题（每题5分，共10分）</w:t>
        <w:br/>
        <w:br/>
        <w:t>1. 简述平版印刷制版的基本工艺流程。</w:t>
        <w:br/>
        <w:br/>
        <w:t>2. 简述CTP制版技术相比传统制版技术的优势。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解析：重氮盐、重铬酸盐和明胶都是感光材料，常用于平版制版。聚乙烯醇是一种合成树脂，不是感光材料，它常作为胶粘剂或涂层材料使用。</w:t>
        <w:br/>
        <w:br/>
        <w:t>2. 答案：A</w:t>
        <w:br/>
        <w:br/>
        <w:t>解析：CTP是"Computer To Plate"的缩写，意为"计算机直接制版"，是一种将数字文件直接输出到印版上的技术，省去了传统制版中的菲林输出和晒版环节。</w:t>
        <w:br/>
        <w:br/>
        <w:t>3. 答案：D</w:t>
        <w:br/>
        <w:br/>
        <w:t>解析：曝光过度会导致感光层过度硬化，使得应该被显影去除的部分也被硬化，导致印版上的图文部分变小，网点缩小，影响印刷质量。</w:t>
        <w:br/>
        <w:br/>
        <w:t>4. 答案：B</w:t>
        <w:br/>
        <w:br/>
        <w:t>解析：数字制版机是专门用于CTP制版的设备，它可以直接将数字文件输出到印版上。激光照排机用于输出菲林，晒版机用于传统制版中的晒版工序，显影机用于显影处理。</w:t>
        <w:br/>
        <w:br/>
        <w:t>5. 答案：D</w:t>
        <w:br/>
        <w:br/>
        <w:t>解析：PS版是"Pre-Sensitized Plate"的缩写，意为"预涂感光版"，是一种预先涂有感光层的印版，广泛应用于平版印刷。</w:t>
        <w:br/>
        <w:br/>
        <w:t>6. 答案：B</w:t>
        <w:br/>
        <w:br/>
        <w:t>解析：显影液的主要作用是去除未曝光部分的感光层，使印版上的图文部分显露出来，形成亲油的图文区域和亲水的空白区域。</w:t>
        <w:br/>
        <w:br/>
        <w:t>7. 答案：B</w:t>
        <w:br/>
        <w:br/>
        <w:t>解析：CMYK是印刷专用的色彩模式，其中C代表青色，M代表品红色，Y代表黄色，K代表黑色。RGB是显示设备使用的色彩模式，HSB和HSV是色彩描述模型，不适用于印刷。</w:t>
        <w:br/>
        <w:br/>
        <w:t>8. 答案：C</w:t>
        <w:br/>
        <w:br/>
        <w:t>解析：版材老化会导致涂层性能下降，亲水性减弱。曝光不足会导致图文部分硬化不足，显影过度会导致空白部分被过度腐蚀，涂层过厚会影响曝光效果，但不会直接导致亲水性下降。</w:t>
        <w:br/>
        <w:br/>
        <w:t>9. 答案：B</w:t>
        <w:br/>
        <w:br/>
        <w:t>解析：烤版的主要目的是通过加热使印版表面的感光层进一步交联硬化，提高印版的耐印力，延长印版的使用寿命。</w:t>
        <w:br/>
        <w:br/>
        <w:t>10. 答案：D</w:t>
        <w:br/>
        <w:br/>
        <w:t>解析：油墨的粘度主要影响印刷的转移性能和色彩饱和度，不会直接影响套印精度。橡皮布的厚度、印版的拉伸和环境湿度都会影响套印精度。</w:t>
        <w:br/>
        <w:br/>
        <w:t xml:space="preserve"> 二、填空题</w:t>
        <w:br/>
        <w:br/>
        <w:t>1. 答案：硬化部分，可溶性部分</w:t>
        <w:br/>
        <w:br/>
        <w:t>解析：在平版制版过程中，感光材料受到光的作用后发生化学反应，形成硬化部分（不溶于显影液）和可溶性部分（可溶于显影液）。硬化部分形成亲油的图文区域，可溶性部分被显影液去除后形成亲水的空白区域。</w:t>
        <w:br/>
        <w:br/>
        <w:t>2. 答案：热敏型，光敏型，紫激光型</w:t>
        <w:br/>
        <w:br/>
        <w:t>解析：CTP制版技术根据使用的激光类型可分为热敏型、光敏型和紫激光型三种。热敏型使用红外激光，光敏型使用蓝色激光，紫激光型使用紫色激光，不同类型的激光对应不同类型的版材。</w:t>
        <w:br/>
        <w:br/>
        <w:t>3. 答案：图文部分，空白部分</w:t>
        <w:br/>
        <w:br/>
        <w:t>解析：平版印刷中，印版的图文部分是亲油的，能够吸附油墨；空白部分是亲水的，能够吸附水分，形成水墨平衡，从而实现印刷。</w:t>
        <w:br/>
        <w:br/>
        <w:t>4. 答案：20-25</w:t>
        <w:br/>
        <w:br/>
        <w:t>解析：显影液的温度对显影效果有重要影响，温度过高会导致显影过快，温度过低会导致显影不足。通常显影液温度控制在20-25℃之间，以保证稳定的显影效果。</w:t>
        <w:br/>
        <w:br/>
        <w:t>5. 答案：网点扩大，印版划伤，色彩偏差</w:t>
        <w:br/>
        <w:br/>
        <w:t>解析：平版制版过程中常见的故障有网点扩大（导致图像细节丢失）、印版划伤（影响印刷质量）和色彩偏差（导致印刷品颜色不准确）等。这些故障会影响印刷品的质量，需要及时发现并处理。</w:t>
        <w:br/>
        <w:br/>
        <w:t>6. 答案：一致性</w:t>
        <w:br/>
        <w:br/>
        <w:t>解析：数字化工作流程中，色彩管理的主要目的是确保不同设备（如显示器、扫描仪、打印机等）之间的色彩一致性，使数字文件在不同设备上显示和输出时保持相同的色彩效果。</w:t>
        <w:br/>
        <w:br/>
        <w:t xml:space="preserve"> 三、判断题</w:t>
        <w:br/>
        <w:br/>
        <w:t>1. 答案：×</w:t>
        <w:br/>
        <w:br/>
        <w:t>解析：平版印刷中，印版的图文部分是亲油的，空白部分是亲水的。这是平版印刷的基本原理，利用图文和空白部分对油墨和水不同的亲和性来实现印刷。</w:t>
        <w:br/>
        <w:br/>
        <w:t>2. 答案：√</w:t>
        <w:br/>
        <w:br/>
        <w:t>解析：CTP（Computer To Plate）制版技术可以直接将数字文件输出到印版上，省去了传统制版中的菲林输出和晒版环节，简化了制版流程，提高了制版效率和质量。</w:t>
        <w:br/>
        <w:br/>
        <w:t>3. 答案：×</w:t>
        <w:br/>
        <w:br/>
        <w:t>解析：在平版制版过程中，曝光时间需要根据版材类型、感光层厚度和光源强度等因素进行精确控制。曝光时间过长会导致曝光过度，曝光时间过短会导致曝光不足，都会影响印版质量。</w:t>
        <w:br/>
        <w:br/>
        <w:t>4. 答案：×</w:t>
        <w:br/>
        <w:br/>
        <w:t>解析：PS版是一次性使用的印版，不能重复使用。每次印刷都需要使用新的印版，以保证印刷质量。</w:t>
        <w:br/>
        <w:br/>
        <w:t>5. 答案：√</w:t>
        <w:br/>
        <w:br/>
        <w:t>解析：平版印刷中，水墨平衡是保证印刷质量的关键因素之一。只有当印版上的图文部分充分吸附油墨，空白部分充分吸附水分，形成良好的水墨平衡，才能保证印刷品的色彩准确性和清晰度。</w:t>
        <w:br/>
        <w:br/>
        <w:t>6. 答案：×</w:t>
        <w:br/>
        <w:br/>
        <w:t>解析：数字制版机使用的激光波长越短，制版精度越高。短波长的激光可以形成更小的光点，从而实现更高的制版精度。常见的紫激光波长为405nm，比红外激光的波长更短，精度更高。</w:t>
        <w:br/>
        <w:br/>
        <w:t xml:space="preserve"> 四、多项选择题</w:t>
        <w:br/>
        <w:br/>
        <w:t>1. 答案：ABCDE</w:t>
        <w:br/>
        <w:br/>
        <w:t>解析：平版制版的质量受多种因素影响。曝光时间决定了感光层的硬化程度；显影液浓度影响显影效果；环境湿度会影响版材的存储和显影过程；版材存储时间过长会导致性能下降；操作人员的经验和技术水平直接影响制版质量。</w:t>
        <w:br/>
        <w:br/>
        <w:t>2. 答案：ABCDE</w:t>
        <w:br/>
        <w:br/>
        <w:t>解析：平版印刷制版过程中常见的质量问题包括：网点扩大（导致图像细节丢失）、印版划伤（影响印刷清晰度）、色彩偏差（导致印刷品颜色不准确）、套印不准（导致多色印刷时各色版对齐不良）和水墨失衡（导致印刷品出现水痕或油墨过多）等。</w:t>
        <w:br/>
        <w:br/>
        <w:t xml:space="preserve"> 五、简答题</w:t>
        <w:br/>
        <w:br/>
        <w:t>1. 答案：</w:t>
        <w:br/>
        <w:br/>
        <w:t>平版印刷制版的基本工艺流程包括以下几个步骤：</w:t>
        <w:br/>
        <w:br/>
        <w:t>(1) 原稿准备：获取或设计印刷原稿，进行必要的图像处理和色彩校正。</w:t>
        <w:br/>
        <w:br/>
        <w:t>(2) 拼版：将多个页面或图像按照印刷要求进行排列组合，形成完整的版面。</w:t>
        <w:br/>
        <w:br/>
        <w:t>(3) 输出菲林（传统制版）或直接制版（CTP）：将数字文件输出为菲林或直接输出到印版上。</w:t>
        <w:br/>
        <w:br/>
        <w:t>(4) 晒版（传统制版）：将菲林上的图像转移到印版上，通过曝光使感光层硬化。</w:t>
        <w:br/>
        <w:br/>
        <w:t>(5) 显影：用显影液去除未曝光部分的感光层，使印版上的图文部分显露出来。</w:t>
        <w:br/>
        <w:br/>
        <w:t>(6) 修版：检查印版质量，对缺陷进行修补。</w:t>
        <w:br/>
        <w:br/>
        <w:t>(7) 上机：将印版安装到印刷机上，进行印刷前的准备工作。</w:t>
        <w:br/>
        <w:br/>
        <w:t>解析：平版印刷制版是一个复杂的过程，需要严格控制每个环节的质量。随着技术的发展，传统制版流程中的某些步骤（如输出菲林和晒版）已被CTP技术所取代，提高了制版效率和质量。</w:t>
        <w:br/>
        <w:br/>
        <w:t>2. 答案：</w:t>
        <w:br/>
        <w:br/>
        <w:t>CTP（Computer To Plate）制版技术相比传统制版技术具有以下优势：</w:t>
        <w:br/>
        <w:br/>
        <w:t>(1) 提高效率：CTP技术省去了输出菲林和晒版的环节，直接将数字文件输出到印版上，大大缩短了制版时间。</w:t>
        <w:br/>
        <w:br/>
        <w:t>(2) 提高质量：CTP技术避免了传统制版中菲林和晒版可能引入的质量问题，如网点扩大、套印不准等，提高了印版质量。</w:t>
        <w:br/>
        <w:br/>
        <w:t>(3) 降低成本：CTP技术减少了材料（如菲林）和工序，降低了制版成本。</w:t>
        <w:br/>
        <w:br/>
        <w:t>(4) 环保节能：CTP技术减少了化学药品的使用和废液排放，更加环保。</w:t>
        <w:br/>
        <w:br/>
        <w:t>(5) 提高灵活性：CTP技术可以快速修改数字文件并重新制版，提高了生产灵活性。</w:t>
        <w:br/>
        <w:br/>
        <w:t>解析：CTP技术是平版印刷制版的重要发展方向，它通过数字化手段简化了制版流程，提高了制版效率和质量，降低了成本，对印刷行业的发展起到了重要的推动作用。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