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2025年运营岗位笔试题及答案</w:t>
      </w:r>
    </w:p>
    <w:p>
      <w:r>
        <w:br/>
        <w:t xml:space="preserve"> 一、单项选择题（共10题，每题2分，共20分）</w:t>
        <w:br/>
        <w:br/>
        <w:t>1. 以下哪项不是运营工作的核心目标？</w:t>
        <w:br/>
        <w:br/>
        <w:t>A. 提升用户活跃度</w:t>
        <w:br/>
        <w:br/>
        <w:t>B. 增加产品收入</w:t>
        <w:br/>
        <w:br/>
        <w:t>C. 优化用户体验</w:t>
        <w:br/>
        <w:br/>
        <w:t>D. 减少公司成本</w:t>
        <w:br/>
        <w:br/>
        <w:t>2. 在用户运营中，AARRR模型中的第一个"A"代表什么？</w:t>
        <w:br/>
        <w:br/>
        <w:t>A. Acquisition（获取）</w:t>
        <w:br/>
        <w:br/>
        <w:t>B. Activation（激活）</w:t>
        <w:br/>
        <w:br/>
        <w:t>C. Retention（留存）</w:t>
        <w:br/>
        <w:br/>
        <w:t>D. Revenue（收入）</w:t>
        <w:br/>
        <w:br/>
        <w:t>3. 关于数据分析在运营工作中的作用，以下说法错误的是？</w:t>
        <w:br/>
        <w:br/>
        <w:t>A. 帮助了解用户行为</w:t>
        <w:br/>
        <w:br/>
        <w:t>B. 指导运营策略制定</w:t>
        <w:br/>
        <w:br/>
        <w:t>C. 完全替代人工决策</w:t>
        <w:br/>
        <w:br/>
        <w:t>D. 评估运营效果</w:t>
        <w:br/>
        <w:br/>
        <w:t>4. 以下哪项不属于内容运营的主要工作内容？</w:t>
        <w:br/>
        <w:br/>
        <w:t>A. 内容策划</w:t>
        <w:br/>
        <w:br/>
        <w:t>B. 内容创作</w:t>
        <w:br/>
        <w:br/>
        <w:t>C. 内容分发</w:t>
        <w:br/>
        <w:br/>
        <w:t>D. 产品开发</w:t>
        <w:br/>
        <w:br/>
        <w:t>5. 在用户分层运营中，通常将用户分为哪几类？</w:t>
        <w:br/>
        <w:br/>
        <w:t>A. 新用户、老用户、流失用户</w:t>
        <w:br/>
        <w:br/>
        <w:t>B. 高价值用户、中价值用户、低价值用户</w:t>
        <w:br/>
        <w:br/>
        <w:t>C. 活跃用户、沉默用户、流失用户</w:t>
        <w:br/>
        <w:br/>
        <w:t>D. 以上都是</w:t>
        <w:br/>
        <w:br/>
        <w:t>6. 关于运营活动策划，以下说法正确的是？</w:t>
        <w:br/>
        <w:br/>
        <w:t>A. 活动越多越好</w:t>
        <w:br/>
        <w:br/>
        <w:t>B. 活动目标应与产品整体战略一致</w:t>
        <w:br/>
        <w:br/>
        <w:t>C. 活动策划无需考虑资源限制</w:t>
        <w:br/>
        <w:br/>
        <w:t>D. 活动效果无法量化评估</w:t>
        <w:br/>
        <w:br/>
        <w:t>7. 用户留存率计算公式是？</w:t>
        <w:br/>
        <w:br/>
        <w:t>A. (新增用户数/流失用户数)×100%</w:t>
        <w:br/>
        <w:br/>
        <w:t>B. (期末用户数-期初新增用户数)/期初用户数×100%</w:t>
        <w:br/>
        <w:br/>
        <w:t>C. (某时间段内仍活跃的用户数/该时间段初的用户总数)×100%</w:t>
        <w:br/>
        <w:br/>
        <w:t>D. (活跃用户数/总用户数)×100%</w:t>
        <w:br/>
        <w:br/>
        <w:t>8. 以下哪项不是提升用户活跃度的有效方法？</w:t>
        <w:br/>
        <w:br/>
        <w:t>A. 优化产品功能</w:t>
        <w:br/>
        <w:br/>
        <w:t>B. 增加用户反馈渠道</w:t>
        <w:br/>
        <w:br/>
        <w:t>C. 减少产品更新频率</w:t>
        <w:br/>
        <w:br/>
        <w:t>D. 设计激励机制</w:t>
        <w:br/>
        <w:br/>
        <w:t>9. 在社群运营中，以下哪种行为不利于社群健康发展？</w:t>
        <w:br/>
        <w:br/>
        <w:t>A. 建立明确的社群规则</w:t>
        <w:br/>
        <w:br/>
        <w:t>B. 定期组织线上活动</w:t>
        <w:br/>
        <w:br/>
        <w:t>C. 放任广告信息泛滥</w:t>
        <w:br/>
        <w:br/>
        <w:t>D. 及时处理用户投诉</w:t>
        <w:br/>
        <w:br/>
        <w:t>10. 运营工作中，KPI的主要作用是？</w:t>
        <w:br/>
        <w:br/>
        <w:t>A. 增加员工工作量</w:t>
        <w:br/>
        <w:br/>
        <w:t>B. 量化工作成果，评估绩效</w:t>
        <w:br/>
        <w:br/>
        <w:t>C. 限制员工创造力</w:t>
        <w:br/>
        <w:br/>
        <w:t>D. 替代专业判断</w:t>
        <w:br/>
        <w:br/>
        <w:t xml:space="preserve"> 二、填空题（共5题，每题2分，共10分）</w:t>
        <w:br/>
        <w:br/>
        <w:t>1. 运营工作的三大核心要素是用户、产品和________。</w:t>
        <w:br/>
        <w:br/>
        <w:t>2. 在用户运营中，通常将用户生命周期分为引入期、成长期、成熟期和________。</w:t>
        <w:br/>
        <w:br/>
        <w:t>3. 内容运营的"4P"原则是指Purpose（目的）、People（人群）、Platform（平台）和________。</w:t>
        <w:br/>
        <w:br/>
        <w:t>4. 用户运营中，RFM模型中的"R"代表________。</w:t>
        <w:br/>
        <w:br/>
        <w:t>5. 运营数据分析中，漏斗分析主要用于评估用户从________到最终转化的完整流程。</w:t>
        <w:br/>
        <w:br/>
        <w:t xml:space="preserve"> 三、判断题（共5题，每题2分，共10分）</w:t>
        <w:br/>
        <w:br/>
        <w:t>1. 运营工作只需要关注用户增长，无需关注用户留存。（ ）</w:t>
        <w:br/>
        <w:br/>
        <w:t>2. 在运营活动中，设置过高的目标比不设置目标更有利于团队进步。（ ）</w:t>
        <w:br/>
        <w:br/>
        <w:t>3. 用户反馈收集是运营工作中不重要的一环。（ ）</w:t>
        <w:br/>
        <w:br/>
        <w:t>4. 运营策略应根据数据反馈不断调整和优化。（ ）</w:t>
        <w:br/>
        <w:br/>
        <w:t>5. 运营工作与产品工作完全独立，无需紧密协作。（ ）</w:t>
        <w:br/>
        <w:br/>
        <w:t xml:space="preserve"> 四、多项选择题（共2题，每题2分，共4分）</w:t>
        <w:br/>
        <w:br/>
        <w:t>1. 以下哪些是提升用户留存的有效方法？（ ）</w:t>
        <w:br/>
        <w:br/>
        <w:t>A. 优化产品核心功能</w:t>
        <w:br/>
        <w:br/>
        <w:t>B. 建立用户积分体系</w:t>
        <w:br/>
        <w:br/>
        <w:t>C. 定期推送促销信息</w:t>
        <w:br/>
        <w:br/>
        <w:t>D. 提供个性化内容推荐</w:t>
        <w:br/>
        <w:br/>
        <w:t>E. 减少产品更新频率</w:t>
        <w:br/>
        <w:br/>
        <w:t>2. 运营工作中常用的数据分析方法包括？（ ）</w:t>
        <w:br/>
        <w:br/>
        <w:t>A. 漏斗分析</w:t>
        <w:br/>
        <w:br/>
        <w:t>B. 留存分析</w:t>
        <w:br/>
        <w:br/>
        <w:t>C. A/B测试</w:t>
        <w:br/>
        <w:br/>
        <w:t>D. 用户画像分析</w:t>
        <w:br/>
        <w:br/>
        <w:t>E. 以上都是</w:t>
        <w:br/>
        <w:br/>
        <w:t xml:space="preserve"> 五、简答题（共2题，每题5分，共10分）</w:t>
        <w:br/>
        <w:br/>
        <w:t>1. 请简述运营工作中用户分层运营的意义及实施步骤。</w:t>
        <w:br/>
        <w:br/>
        <w:t>2. 请分析运营工作中数据驱动决策的重要性，并举例说明如何通过数据分析优化运营策略。</w:t>
        <w:br/>
        <w:br/>
        <w:t xml:space="preserve"> 参考答案及解析</w:t>
        <w:br/>
        <w:br/>
        <w:t xml:space="preserve"> 一、单项选择题（共10题，每题2分，共20分）</w:t>
        <w:br/>
        <w:br/>
        <w:t>1. 答案：D</w:t>
        <w:br/>
        <w:br/>
        <w:t>解析：运营工作的核心目标是围绕用户和产品展开，包括提升用户活跃度、增加产品收入和优化用户体验，而减少公司成本虽然也是企业目标之一，但不是运营工作的直接核心目标。</w:t>
        <w:br/>
        <w:br/>
        <w:t>2. 答案：A</w:t>
        <w:br/>
        <w:br/>
        <w:t>解析：AARRR模型是用户运营的经典模型，五个A分别代表：Acquisition（获取）、Activation（激活）、Retention（留存）、Revenue（收入）、Referral（推荐）。</w:t>
        <w:br/>
        <w:br/>
        <w:t>3. 答案：C</w:t>
        <w:br/>
        <w:br/>
        <w:t>解析：数据分析在运营工作中可以帮助了解用户行为、指导运营策略制定和评估运营效果，但它不能完全替代人工决策，运营工作还需要结合行业经验、用户洞察和创造性思维。</w:t>
        <w:br/>
        <w:br/>
        <w:t>4. 答案：D</w:t>
        <w:br/>
        <w:br/>
        <w:t>解析：内容运营的主要工作内容包括内容策划、内容创作和内容分发，而产品开发属于产品部门的工作范畴。</w:t>
        <w:br/>
        <w:br/>
        <w:t>5. 答案：D</w:t>
        <w:br/>
        <w:br/>
        <w:t>解析：用户分层运营可以从多个维度进行，包括用户生命周期维度（新用户、老用户、流失用户）、用户价值维度（高价值用户、中价值用户、低价值用户）和用户活跃度维度（活跃用户、沉默用户、流失用户）。</w:t>
        <w:br/>
        <w:br/>
        <w:t>6. 答案：B</w:t>
        <w:br/>
        <w:br/>
        <w:t>解析：活动策划应与产品整体战略保持一致，同时需要考虑资源限制，活动效果可以通过关键指标进行量化评估，但活动数量并非越多越好。</w:t>
        <w:br/>
        <w:br/>
        <w:t>7. 答案：C</w:t>
        <w:br/>
        <w:br/>
        <w:t>解析：用户留存率的正确计算公式是：(某时间段内仍活跃的用户数/该时间段初的用户总数)×100%，它反映了产品对用户的持续吸引力。</w:t>
        <w:br/>
        <w:br/>
        <w:t>8. 答案：C</w:t>
        <w:br/>
        <w:br/>
        <w:t>解析：减少产品更新频率不利于提升用户活跃度，而优化产品功能、增加用户反馈渠道和设计激励机制都是提升用户活跃度的有效方法。</w:t>
        <w:br/>
        <w:br/>
        <w:t>9. 答案：C</w:t>
        <w:br/>
        <w:br/>
        <w:t>解析：在社群运营中，放任广告信息泛滥会破坏用户体验，不利于社群健康发展，而建立明确的社群规则、定期组织线上活动和及时处理用户投诉都有利于社群健康发展。</w:t>
        <w:br/>
        <w:br/>
        <w:t>10. 答案：B</w:t>
        <w:br/>
        <w:br/>
        <w:t>解析：KPI（关键绩效指标）的主要作用是量化工作成果，评估绩效，帮助团队明确目标并衡量进展，而不是增加工作量、限制创造力或替代专业判断。</w:t>
        <w:br/>
        <w:br/>
        <w:t xml:space="preserve"> 二、填空题（共5题，每题2分，共10分）</w:t>
        <w:br/>
        <w:br/>
        <w:t>1. 答案：数据</w:t>
        <w:br/>
        <w:br/>
        <w:t>解析：运营工作的三大核心要素是用户、产品和数据。用户是运营的对象，产品是运营的载体，数据是运营的决策依据。</w:t>
        <w:br/>
        <w:br/>
        <w:t>2. 答案：衰退期</w:t>
        <w:br/>
        <w:br/>
        <w:t>解析：用户生命周期通常分为引入期、成长期、成熟期和衰退期四个阶段，运营工作需要针对不同阶段的用户采取不同的策略。</w:t>
        <w:br/>
        <w:br/>
        <w:t>3. 答案：Process（流程）</w:t>
        <w:br/>
        <w:br/>
        <w:t>解析：内容运营的"4P"原则是指Purpose（目的）、People（人群）、Platform（平台）和Process（流程），这四个要素共同构成了内容运营的基础框架。</w:t>
        <w:br/>
        <w:br/>
        <w:t>4. 答案：Recency（最近一次消费时间）</w:t>
        <w:br/>
        <w:br/>
        <w:t>解析：RFM模型是客户关系管理中的一种分析模型，R代表Recency（最近一次消费时间），F代表Frequency（消费频率），M代表Monetary（消费金额）。</w:t>
        <w:br/>
        <w:br/>
        <w:t>5. 答案：初始行为</w:t>
        <w:br/>
        <w:br/>
        <w:t>解析：漏斗分析主要用于评估用户从初始行为（如访问首页、注册账号）到最终转化的完整流程，通过分析各环节的转化率，找出用户流失的关键节点。</w:t>
        <w:br/>
        <w:br/>
        <w:t xml:space="preserve"> 三、判断题（共5题，每题2分，共10分）</w:t>
        <w:br/>
        <w:br/>
        <w:t>1. 答案：×</w:t>
        <w:br/>
        <w:br/>
        <w:t>解析：运营工作既要关注用户增长，也要关注用户留存。只关注增长而忽视留存会导致用户获取成本高、用户质量低，不利于产品的长期健康发展。</w:t>
        <w:br/>
        <w:br/>
        <w:t>2. 答案：×</w:t>
        <w:br/>
        <w:br/>
        <w:t>解析：设置过高的目标可能导致团队压力过大，难以实现，反而可能打击团队积极性。合理的目标应该是具有挑战性但通过努力可以实现的。</w:t>
        <w:br/>
        <w:br/>
        <w:t>3. 答案：×</w:t>
        <w:br/>
        <w:br/>
        <w:t>解析：用户反馈收集是运营工作中非常重要的一环，通过收集用户反馈可以了解用户需求、发现产品问题、优化运营策略，是提升产品质量和用户体验的重要途径。</w:t>
        <w:br/>
        <w:br/>
        <w:t>4. 答案：√</w:t>
        <w:br/>
        <w:br/>
        <w:t>解析：运营策略应根据数据反馈不断调整和优化，这是数据驱动运营的核心思想。通过持续监测运营数据，分析用户行为，可以及时发现问题并调整策略，提高运营效果。</w:t>
        <w:br/>
        <w:br/>
        <w:t>5. 答案：×</w:t>
        <w:br/>
        <w:br/>
        <w:t>解析：运营工作与产品工作紧密相关，需要紧密协作。运营部门向产品部门提供用户反馈和需求，产品部门根据这些信息优化产品，两者相互支持，共同推动产品发展。</w:t>
        <w:br/>
        <w:br/>
        <w:t xml:space="preserve"> 四、多项选择题（共2题，每题2分，共4分）</w:t>
        <w:br/>
        <w:br/>
        <w:t>1. 答案：ABD</w:t>
        <w:br/>
        <w:br/>
        <w:t>解析：提升用户留存的有效方法包括：优化产品核心功能（提升用户体验）、建立用户积分体系（增加用户粘性）、提供个性化内容推荐（提高用户参与度）。而定期推送促销信息可能引起用户反感，减少产品更新频率则不利于保持用户兴趣。</w:t>
        <w:br/>
        <w:br/>
        <w:t>2. 答案：ABCDE</w:t>
        <w:br/>
        <w:br/>
        <w:t>解析：运营工作中常用的数据分析方法包括漏斗分析（分析用户转化路径）、留存分析（分析用户留存情况）、A/B测试（比较不同方案效果）、用户画像分析（了解用户特征）等，这些都是数据驱动运营的重要工具。</w:t>
        <w:br/>
        <w:br/>
        <w:t xml:space="preserve"> 五、简答题（共2题，每题5分，共10分）</w:t>
        <w:br/>
        <w:br/>
        <w:t>1. 答案：</w:t>
        <w:br/>
        <w:br/>
        <w:t>用户分层运营的意义在于：首先，不同用户的需求和价值差异很大，分层运营可以针对不同用户群体制定差异化策略，提高资源利用效率；其次，通过识别高价值用户，可以重点维护这些用户，提高用户生命周期价值；最后，分层运营有助于发现用户流失的关键节点，提前采取干预措施。</w:t>
        <w:br/>
        <w:br/>
        <w:t>实施步骤包括：</w:t>
        <w:br/>
        <w:br/>
        <w:t>(1) 确定分层的维度和标准，如用户价值、活跃度、生命周期阶段等；</w:t>
        <w:br/>
        <w:br/>
        <w:t>(2) 收集相关数据，进行用户分群；</w:t>
        <w:br/>
        <w:br/>
        <w:t>(3) 针对不同用户群体制定差异化运营策略；</w:t>
        <w:br/>
        <w:br/>
        <w:t>(4) 执行运营策略并监测效果；</w:t>
        <w:br/>
        <w:br/>
        <w:t>(5) 根据效果反馈调整分层标准和运营策略。</w:t>
        <w:br/>
        <w:br/>
        <w:t>2. 答案：</w:t>
        <w:br/>
        <w:br/>
        <w:t>数据驱动决策在运营工作中的重要性体现在：首先，数据可以客观反映用户行为和产品表现，减少主观判断的偏差；其次，数据可以帮助发现用户需求和产品问题，为运营策略提供依据；再次，数据可以量化运营效果，便于评估和优化；最后，数据预测可以帮助运营人员提前布局，把握先机。</w:t>
        <w:br/>
        <w:br/>
        <w:t>例如，通过数据分析发现某功能使用率低，可以进一步分析用户在该功能页面的停留时间、跳出率等指标，找出问题所在。如果发现用户操作流程复杂，可以简化操作步骤；如果发现功能不符合用户需求，可以重新设计功能。再如，通过用户留存数据分析发现新用户在注册后的第二天流失率较高，可以针对新用户设计引导流程，提供新手教程或激励措施，提高新用户留存率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