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2025年水塔考试题及答案</w:t>
      </w:r>
    </w:p>
    <w:p>
      <w:r>
        <w:br/>
        <w:t xml:space="preserve"> 一、单项选择题（共10题，每题2分）</w:t>
        <w:br/>
        <w:br/>
        <w:t>1. 水塔的主要功能是：</w:t>
        <w:br/>
        <w:br/>
        <w:t>A. 储存饮用水</w:t>
        <w:br/>
        <w:br/>
        <w:t>B. 提供水压</w:t>
        <w:br/>
        <w:br/>
        <w:t>C. 过滤水质</w:t>
        <w:br/>
        <w:br/>
        <w:t>D. 调节水温</w:t>
        <w:br/>
        <w:br/>
        <w:t>2. 水塔中水压最大的位置是：</w:t>
        <w:br/>
        <w:br/>
        <w:t>A. 水塔底部</w:t>
        <w:br/>
        <w:br/>
        <w:t>B. 水塔中部</w:t>
        <w:br/>
        <w:br/>
        <w:t>C. 水塔顶部</w:t>
        <w:br/>
        <w:br/>
        <w:t>D. 水塔入口处</w:t>
        <w:br/>
        <w:br/>
        <w:t>3. 以下哪种材料最适合建造水塔？</w:t>
        <w:br/>
        <w:br/>
        <w:t>A. 木材</w:t>
        <w:br/>
        <w:br/>
        <w:t>B. 塑料</w:t>
        <w:br/>
        <w:br/>
        <w:t>C. 钢筋混凝土</w:t>
        <w:br/>
        <w:br/>
        <w:t>D. 纸板</w:t>
        <w:br/>
        <w:br/>
        <w:t>4. 水塔的高度主要由什么因素决定？</w:t>
        <w:br/>
        <w:br/>
        <w:t>A. 建筑美观</w:t>
        <w:br/>
        <w:br/>
        <w:t>B. 所需水压</w:t>
        <w:br/>
        <w:br/>
        <w:t>C. 占地面积</w:t>
        <w:br/>
        <w:br/>
        <w:t>D. 建造成本</w:t>
        <w:br/>
        <w:br/>
        <w:t>5. 水塔中的水消毒通常采用哪种方法？</w:t>
        <w:br/>
        <w:br/>
        <w:t>A. 加热消毒</w:t>
        <w:br/>
        <w:br/>
        <w:t>B. 紫外线照射</w:t>
        <w:br/>
        <w:br/>
        <w:t>C. 氯气消毒</w:t>
        <w:br/>
        <w:br/>
        <w:t>D. 过滤消毒</w:t>
        <w:br/>
        <w:br/>
        <w:t>6. 水塔的防冻措施不包括：</w:t>
        <w:br/>
        <w:br/>
        <w:t>A. 增加保温层</w:t>
        <w:br/>
        <w:br/>
        <w:t>B. 电加热系统</w:t>
        <w:br/>
        <w:br/>
        <w:t>C. 定期排水</w:t>
        <w:br/>
        <w:br/>
        <w:t>D. 增加水塔高度</w:t>
        <w:br/>
        <w:br/>
        <w:t>7. 水塔水位监测通常使用哪种传感器？</w:t>
        <w:br/>
        <w:br/>
        <w:t>A. 温度传感器</w:t>
        <w:br/>
        <w:br/>
        <w:t>B. 压力传感器</w:t>
        <w:br/>
        <w:br/>
        <w:t>C. 光电传感器</w:t>
        <w:br/>
        <w:br/>
        <w:t>D. 声波传感器</w:t>
        <w:br/>
        <w:br/>
        <w:t>8. 水塔的定期维护不包括：</w:t>
        <w:br/>
        <w:br/>
        <w:t>A. 清洗内壁</w:t>
        <w:br/>
        <w:br/>
        <w:t>B. 检查结构完整性</w:t>
        <w:br/>
        <w:br/>
        <w:t>C. 更换水源</w:t>
        <w:br/>
        <w:br/>
        <w:t>D. 检测水质</w:t>
        <w:br/>
        <w:br/>
        <w:t>9. 水塔的溢流管的主要作用是：</w:t>
        <w:br/>
        <w:br/>
        <w:t>A. 增加水压</w:t>
        <w:br/>
        <w:br/>
        <w:t>B. 防止溢水</w:t>
        <w:br/>
        <w:br/>
        <w:t>C. 增加水流速度</w:t>
        <w:br/>
        <w:br/>
        <w:t>D. 过滤杂质</w:t>
        <w:br/>
        <w:br/>
        <w:t>10. 水塔的进水口通常设置在：</w:t>
        <w:br/>
        <w:br/>
        <w:t>A. 水塔底部</w:t>
        <w:br/>
        <w:br/>
        <w:t>B. 水塔中部</w:t>
        <w:br/>
        <w:br/>
        <w:t>C. 水塔顶部</w:t>
        <w:br/>
        <w:br/>
        <w:t>D. 水塔侧面</w:t>
        <w:br/>
        <w:br/>
        <w:t xml:space="preserve"> 二、填空题（共5题，每题2分）</w:t>
        <w:br/>
        <w:br/>
        <w:t>1. 水塔的工作原理是利用______来提供水压。</w:t>
        <w:br/>
        <w:br/>
        <w:t>2. 水塔的储水量通常以______为单位进行计量。</w:t>
        <w:br/>
        <w:br/>
        <w:t>3. 水塔的防腐处理主要包括______和______两种方法。</w:t>
        <w:br/>
        <w:br/>
        <w:t>4. 水塔的清洗周期一般为______一次。</w:t>
        <w:br/>
        <w:br/>
        <w:t>5. 水塔的抗震设计主要考虑______和______两个因素。</w:t>
        <w:br/>
        <w:br/>
        <w:t xml:space="preserve"> 三、判断题（共5题，每题2分）</w:t>
        <w:br/>
        <w:br/>
        <w:t>1. 水塔越高，提供的水压越大。（ ）</w:t>
        <w:br/>
        <w:br/>
        <w:t>2. 水塔可以完全依靠重力供水，不需要任何外部动力。（ ）</w:t>
        <w:br/>
        <w:br/>
        <w:t>3. 水塔中的水质会随着储存时间的延长而变差。（ ）</w:t>
        <w:br/>
        <w:br/>
        <w:t>4. 水塔的进水口和出水口可以设置在同一高度。（ ）</w:t>
        <w:br/>
        <w:br/>
        <w:t>5. 水塔的防雷接地不是必要的安全措施。（ ）</w:t>
        <w:br/>
        <w:br/>
        <w:t xml:space="preserve"> 四、多项选择题（共2题，每题2分）</w:t>
        <w:br/>
        <w:br/>
        <w:t>1. 以下哪些因素会影响水塔的设计？（ ）</w:t>
        <w:br/>
        <w:br/>
        <w:t>A. 当地地质条件</w:t>
        <w:br/>
        <w:br/>
        <w:t>B. 最高用水量</w:t>
        <w:br/>
        <w:br/>
        <w:t>C. 水质要求</w:t>
        <w:br/>
        <w:br/>
        <w:t>D. 周边环境景观</w:t>
        <w:br/>
        <w:br/>
        <w:t>2. 水塔的常见结构形式包括（ ）</w:t>
        <w:br/>
        <w:br/>
        <w:t>A. 支筒式</w:t>
        <w:br/>
        <w:br/>
        <w:t>B. 支架式</w:t>
        <w:br/>
        <w:br/>
        <w:t>C. 倒锥式</w:t>
        <w:br/>
        <w:br/>
        <w:t>D. 球形</w:t>
        <w:br/>
        <w:br/>
        <w:t xml:space="preserve"> 五、简答题（共2题，每题5分）</w:t>
        <w:br/>
        <w:br/>
        <w:t>1. 简述水塔的工作原理及其在城市供水系统中的作用。</w:t>
        <w:br/>
        <w:br/>
        <w:t>2. 水塔的日常维护包括哪些内容？为什么这些维护工作很重要？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解析：水塔的主要功能是提供水压。水塔通过将水储存在一定高度，利用重力产生压力，为下游用户提供足够的水压。虽然水塔也储存水，但储存水不是其主要功能，而是实现提供水压的手段。</w:t>
        <w:br/>
        <w:br/>
        <w:t>2. 答案：A</w:t>
        <w:br/>
        <w:br/>
        <w:t>解析：根据流体静力学原理，液体中某点的压力与该点到液面的高度成正比。因此，水塔底部距离水面最深，承受的压力最大。</w:t>
        <w:br/>
        <w:br/>
        <w:t>3. 答案：C</w:t>
        <w:br/>
        <w:br/>
        <w:t>解析：钢筋混凝土具有强度高、耐久性好、抗腐蚀能力强等优点，是建造水塔的理想材料。木材易腐烂，塑料强度不足，纸板完全不适用于水塔建造。</w:t>
        <w:br/>
        <w:br/>
        <w:t>4. 答案：B</w:t>
        <w:br/>
        <w:br/>
        <w:t>解析：水塔的高度主要由所需水压决定。根据P=ρgh（压力=密度×重力加速度×高度），水塔越高，提供的水压越大，能够服务的范围越广。</w:t>
        <w:br/>
        <w:br/>
        <w:t>5. 答案：C</w:t>
        <w:br/>
        <w:br/>
        <w:t>解析：氯气消毒是水处理中最常用的消毒方法之一，能有效杀灭水中的细菌和病毒，且成本相对较低。虽然其他方法也有使用，但氯气消毒在水塔中应用最为广泛。</w:t>
        <w:br/>
        <w:br/>
        <w:t>6. 答案：D</w:t>
        <w:br/>
        <w:br/>
        <w:t>解析：增加水塔高度并不能有效防止水结冰。防冻措施主要包括增加保温层、安装电加热系统和在极寒天气定期排水等。</w:t>
        <w:br/>
        <w:br/>
        <w:t>7. 答案：B</w:t>
        <w:br/>
        <w:br/>
        <w:t>解析：压力传感器通过测量水塔底部的水压来间接计算水位，是水塔水位监测最常用的传感器类型。温度传感器用于监测水温，光电传感器和声波传感器也可用于水位监测，但不如压力传感器准确可靠。</w:t>
        <w:br/>
        <w:br/>
        <w:t>8. 答案：C</w:t>
        <w:br/>
        <w:br/>
        <w:t>解析：水塔的定期维护包括清洗内壁、检查结构完整性和检测水质等，但通常不包括更换水源，因为水源是由供水系统决定的，不是水塔本身的维护内容。</w:t>
        <w:br/>
        <w:br/>
        <w:t>9. 答案：B</w:t>
        <w:br/>
        <w:br/>
        <w:t>解析：溢流管的主要作用是当水塔水位超过设定上限时，将多余的水排出，防止水塔溢水造成浪费或损坏。</w:t>
        <w:br/>
        <w:br/>
        <w:t>10. 答案：A</w:t>
        <w:br/>
        <w:br/>
        <w:t>解析：进水口通常设置在水塔底部，这样可以利用水的重力自然流入，减少能耗。同时，底部进水也有助于水体的混合，保持水质均匀。</w:t>
        <w:br/>
        <w:br/>
        <w:t xml:space="preserve"> 二、填空题</w:t>
        <w:br/>
        <w:br/>
        <w:t>1. 答案：重力</w:t>
        <w:br/>
        <w:br/>
        <w:t>解析：水塔的工作原理是利用重力势能转化为动能，为供水系统提供压力。水被储存在一定高度，利用重力产生压力，推动水流向用户。</w:t>
        <w:br/>
        <w:br/>
        <w:t>2. 答案：立方米(m³)</w:t>
        <w:br/>
        <w:br/>
        <w:t>解析：水塔的储水量通常以立方米(m³)为单位进行计量，这是国际通用的体积单位，便于计算和管理。</w:t>
        <w:br/>
        <w:br/>
        <w:t>3. 答案：涂层保护、阴极保护</w:t>
        <w:br/>
        <w:br/>
        <w:t>解析：水塔的防腐处理主要包括涂层保护和阴极保护两种方法。涂层保护是在水塔表面涂刷防腐涂料，形成保护层；阴极保护是通过电化学方法防止金属腐蚀。</w:t>
        <w:br/>
        <w:br/>
        <w:t>4. 答案：1-3年</w:t>
        <w:br/>
        <w:br/>
        <w:t>解析：水塔的清洗周期一般为1-3年一次，具体周期取决于当地水质、气候条件和使用情况。定期清洗可以防止水垢积累和微生物滋生，保证水质安全。</w:t>
        <w:br/>
        <w:br/>
        <w:t>5. 答案：地震烈度、场地土质</w:t>
        <w:br/>
        <w:br/>
        <w:t>解析：水塔的抗震设计主要考虑地震烈度和场地土质两个因素。地震烈度决定了水塔需要抵抗的地震力大小，场地土质则影响地震波的传播特性和水塔基础的稳定性。</w:t>
        <w:br/>
        <w:br/>
        <w:t xml:space="preserve"> 三、判断题</w:t>
        <w:br/>
        <w:br/>
        <w:t>1. 答案：√</w:t>
        <w:br/>
        <w:br/>
        <w:t>解析：根据流体静力学原理，水塔提供的水压与水塔的高度成正比(P=ρgh)。水塔越高，水位差越大，提供的水压也越大。</w:t>
        <w:br/>
        <w:br/>
        <w:t>2. 答案：×</w:t>
        <w:br/>
        <w:br/>
        <w:t>解析：水塔虽然可以利用重力提供水压，但在实际运行中，通常需要水泵将水抽入水塔，并且当水塔水位较低或用水量高峰时，可能还需要辅助增压系统。</w:t>
        <w:br/>
        <w:br/>
        <w:t>3. 答案：√</w:t>
        <w:br/>
        <w:br/>
        <w:t>解析：水塔中的水质会随着储存时间的延长而变差，主要原因包括：水中余氯逐渐减少，失去消毒作用；微生物可能滋生繁殖；有机物可能发生化学变化等。</w:t>
        <w:br/>
        <w:br/>
        <w:t>4. 答案：×</w:t>
        <w:br/>
        <w:br/>
        <w:t>解析：水塔的进水口通常设置在底部，而出水口设置在侧壁或顶部，这样可以保证水体的更新，避免"死水区"的形成，保证水质。</w:t>
        <w:br/>
        <w:br/>
        <w:t>5. 答案：×</w:t>
        <w:br/>
        <w:br/>
        <w:t>解析：水塔的防雷接地是非常重要的安全措施。水塔通常位于高处，容易遭受雷击，如果没有良好的防雷接地系统，雷击可能导致设备损坏甚至人员伤亡。</w:t>
        <w:br/>
        <w:br/>
        <w:t xml:space="preserve"> 四、多项选择题</w:t>
        <w:br/>
        <w:br/>
        <w:t>1. 答案：ABCD</w:t>
        <w:br/>
        <w:br/>
        <w:t>解析：水塔设计需要考虑多个因素：当地地质条件影响基础设计和稳定性；最高用水量决定水塔的容量；水质要求影响材料选择和内部设计；周边环境景观则可能影响水塔的外观设计。所有这些因素都是水塔设计中需要考虑的。</w:t>
        <w:br/>
        <w:br/>
        <w:t>2. 答案：ABCD</w:t>
        <w:br/>
        <w:br/>
        <w:t>解析：水塔的常见结构形式包括支筒式（圆柱形支撑结构）、支架式（多柱支撑结构）、倒锥式（上大下小的锥形结构）和球形（球形储水结构）。不同结构形式适用于不同场景和需求。</w:t>
        <w:br/>
        <w:br/>
        <w:t xml:space="preserve"> 五、简答题</w:t>
        <w:br/>
        <w:br/>
        <w:t>1. 答案：</w:t>
        <w:br/>
        <w:br/>
        <w:t>水塔的工作原理是利用重力势能转化为动能，为供水系统提供压力。水被储存在一定高度的水塔中，通过重力产生压力，推动水流向用户。水塔在城市供水系统中起到调节供需平衡、稳定水压、储备应急水源的作用。在用水量低谷期，水塔可以储存多余的水；在用水量高峰期，水塔可以补充供水，确保用户获得稳定的水压和水量。</w:t>
        <w:br/>
        <w:br/>
        <w:t>解析：水塔是城市供水系统中的重要设施，其工作原理基于基本的物理原理。水塔储存的水具有重力势能，当水流向用户时，势能转化为动能，形成水压。在城市供水系统中，水塔起到"缓冲器"的作用，平衡供水和用水之间的时间差，确保用户在任何时候都能获得稳定的水压和水量。此外，水塔还具有一定的应急储备功能，在供水系统出现故障时，可以提供短期的水源供应。</w:t>
        <w:br/>
        <w:br/>
        <w:t>2. 答案：</w:t>
        <w:br/>
        <w:br/>
        <w:t>水塔的日常维护包括：定期检查结构完整性，防止裂缝和腐蚀；清洗内壁，防止水垢和微生物积累；检测水质，确保符合饮用水标准；检查阀门和管道，确保正常运行；维护防雷和接地系统，确保安全。这些维护工作非常重要，因为：首先，可以延长水塔的使用寿命，降低维修成本；其次，可以保证水质安全，预防水源性疾病；再次，可以确保供水系统的稳定运行，避免因水塔故障导致的停水事件；最后，可以及时发现和处理安全隐患，防止事故发生。</w:t>
        <w:br/>
        <w:br/>
        <w:t>解析：水塔的日常维护是确保供水系统安全稳定运行的关键环节。结构完整性检查可以及时发现和处理裂缝、腐蚀等问题，防止结构损坏导致的安全事故。内壁清洗可以去除水垢和微生物，保证水质符合标准。水质检测是确保饮用水安全的重要措施，可以及时发现和处理水质问题。阀门和管道的维护可以确保水流的正常进出，避免堵塞或泄漏。防雷和接地系统的维护可以防止雷击事故，保障设备和人员安全。这些维护工作虽然看似繁琐，但对于保障供水系统的长期稳定运行和公众健康至关重要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