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2025年感官评定的试题及答案</w:t>
      </w:r>
    </w:p>
    <w:p>
      <w:r>
        <w:br/>
        <w:t xml:space="preserve"> 一、单项选择题（每题2分，共10题）</w:t>
        <w:br/>
        <w:br/>
        <w:t>1. 感官评定的基本原理是：</w:t>
        <w:br/>
        <w:br/>
        <w:t>A. 通过仪器测量食品的物理化学性质</w:t>
        <w:br/>
        <w:br/>
        <w:t>B. 利用人的感觉器官对食品进行评价</w:t>
        <w:br/>
        <w:br/>
        <w:t>C. 通过统计分析确定食品质量</w:t>
        <w:br/>
        <w:br/>
        <w:t>D. 基于食品的包装和外观进行判断</w:t>
        <w:br/>
        <w:br/>
        <w:t>2. 以下哪项不属于感官评定的五大基本感觉：</w:t>
        <w:br/>
        <w:br/>
        <w:t>A. 视觉</w:t>
        <w:br/>
        <w:br/>
        <w:t>B. 嗅觉</w:t>
        <w:br/>
        <w:br/>
        <w:t>C. 触觉</w:t>
        <w:br/>
        <w:br/>
        <w:t>D. 味觉</w:t>
        <w:br/>
        <w:br/>
        <w:t>E. 听觉</w:t>
        <w:br/>
        <w:br/>
        <w:t>3. 在感官评定中，"盲测"的主要目的是：</w:t>
        <w:br/>
        <w:br/>
        <w:t>A. 增加评定的趣味性</w:t>
        <w:br/>
        <w:br/>
        <w:t>B. 避免心理因素对评定结果的影响</w:t>
        <w:br/>
        <w:br/>
        <w:t>C. 提高评定的速度</w:t>
        <w:br/>
        <w:br/>
        <w:t>D. 减少评定的成本</w:t>
        <w:br/>
        <w:br/>
        <w:t>4. 感官评定中常用的"三角测试"主要用于：</w:t>
        <w:br/>
        <w:br/>
        <w:t>A. 测定样品的甜度</w:t>
        <w:br/>
        <w:br/>
        <w:t>B. 检测两个样品之间的显著差异</w:t>
        <w:br/>
        <w:br/>
        <w:t>C. 评定样品的颜色</w:t>
        <w:br/>
        <w:br/>
        <w:t>D. 测定样品的保质期</w:t>
        <w:br/>
        <w:br/>
        <w:t>5. 感官评定员的选拔标准不包括：</w:t>
        <w:br/>
        <w:br/>
        <w:t>A. 对特定刺激的敏感性</w:t>
        <w:br/>
        <w:br/>
        <w:t>B. 评定的一致性</w:t>
        <w:br/>
        <w:br/>
        <w:t>C. 评定的速度</w:t>
        <w:br/>
        <w:br/>
        <w:t>D. 健康状况</w:t>
        <w:br/>
        <w:br/>
        <w:t>6. 在感官评定中，"适应性"是指：</w:t>
        <w:br/>
        <w:br/>
        <w:t>A. 评定员对环境的适应能力</w:t>
        <w:br/>
        <w:br/>
        <w:t>B. 感官器官对持续刺激的反应变化</w:t>
        <w:br/>
        <w:br/>
        <w:t>C. 评定员对不同食品的适应能力</w:t>
        <w:br/>
        <w:br/>
        <w:t>D. 评定方法对食品特性的适应程度</w:t>
        <w:br/>
        <w:br/>
        <w:t>7. 感官评定中常用的"标度法"不包括：</w:t>
        <w:br/>
        <w:br/>
        <w:t>A. 类别标度</w:t>
        <w:br/>
        <w:br/>
        <w:t>B. 线性标度</w:t>
        <w:br/>
        <w:br/>
        <w:t>C. 时间-强度标度</w:t>
        <w:br/>
        <w:br/>
        <w:t>D. 颜色标度</w:t>
        <w:br/>
        <w:br/>
        <w:t>8. 在食品感官评定中，"后味"是指：</w:t>
        <w:br/>
        <w:br/>
        <w:t>A. 食品入口后的第一感觉</w:t>
        <w:br/>
        <w:br/>
        <w:t>B. 食品被咽下后的持续感觉</w:t>
        <w:br/>
        <w:br/>
        <w:t>C. 食品被消化后的感觉</w:t>
        <w:br/>
        <w:br/>
        <w:t>D. 食品被吐出后的感觉</w:t>
        <w:br/>
        <w:br/>
        <w:t>9. 感官评定中，"交叉适应"现象是指：</w:t>
        <w:br/>
        <w:br/>
        <w:t>A. 一种刺激增强了另一种刺激的感觉</w:t>
        <w:br/>
        <w:br/>
        <w:t>B. 一种刺激减弱了另一种刺激的感觉</w:t>
        <w:br/>
        <w:br/>
        <w:t>C. 评定员对多种刺激的适应能力</w:t>
        <w:br/>
        <w:br/>
        <w:t>D. 评定员对评定环境的适应</w:t>
        <w:br/>
        <w:br/>
        <w:t>10. 感官评定中，"重复误差"的主要来源是：</w:t>
        <w:br/>
        <w:br/>
        <w:t>A. 评定员对样品的记忆</w:t>
        <w:br/>
        <w:br/>
        <w:t>B. 评定环境的温度变化</w:t>
        <w:br/>
        <w:br/>
        <w:t>C. 样品的制备方法不同</w:t>
        <w:br/>
        <w:br/>
        <w:t>D. 评定员的疲劳</w:t>
        <w:br/>
        <w:br/>
        <w:t xml:space="preserve"> 二、填空题（每题2分，共6题）</w:t>
        <w:br/>
        <w:br/>
        <w:t>1. 感官评定的五大基本感觉是视觉、嗅觉、味觉、触觉和______。</w:t>
        <w:br/>
        <w:br/>
        <w:t>2. 在感官评定中，"双盲测试"是指评定员和______都不知道样品的真实身份。</w:t>
        <w:br/>
        <w:br/>
        <w:t>3. 感官评定中常用的"排序法"是将样品按照特定属性从______到______进行排列。</w:t>
        <w:br/>
        <w:br/>
        <w:t>4. 感官评定中，"阈值"是指能够被____%的评定员检测到的刺激最低强度。</w:t>
        <w:br/>
        <w:br/>
        <w:t>5. 感官评定中，"一致性检验"用于评定员的______评估。</w:t>
        <w:br/>
        <w:br/>
        <w:t>6. 感官评定中，"描述分析法"需要评定员对样品的各个感官特性进行______描述。</w:t>
        <w:br/>
        <w:br/>
        <w:t xml:space="preserve"> 三、判断题（每题2分，共6题）</w:t>
        <w:br/>
        <w:br/>
        <w:t>1. 感官评定可以完全替代仪器分析。（ ）</w:t>
        <w:br/>
        <w:br/>
        <w:t>2. 在感官评定中，评定员的数量越多，结果越可靠。（ ）</w:t>
        <w:br/>
        <w:br/>
        <w:t>3. 感官评定应该在安静、无干扰的环境中进行。（ ）</w:t>
        <w:br/>
        <w:br/>
        <w:t>4. 感官评定中，"随机化"是指样品的呈现顺序应该是随机的。（ ）</w:t>
        <w:br/>
        <w:br/>
        <w:t>5. 感官评定中，"疲劳"可以通过增加评定间隔来避免。（ ）</w:t>
        <w:br/>
        <w:br/>
        <w:t>6. 感官评定中，"安慰剂效应"是指评定员对样品的预期会影响评定结果。（ ）</w:t>
        <w:br/>
        <w:br/>
        <w:t xml:space="preserve"> 四、多项选择题（每题2分，共2题）</w:t>
        <w:br/>
        <w:br/>
        <w:t>1. 以下哪些因素会影响感官评定的结果？（ ）</w:t>
        <w:br/>
        <w:br/>
        <w:t>A. 评定员的生理状态</w:t>
        <w:br/>
        <w:br/>
        <w:t>B. 评定环境的温度和湿度</w:t>
        <w:br/>
        <w:br/>
        <w:t>C. 样品的温度</w:t>
        <w:br/>
        <w:br/>
        <w:t>D. 评定员的个人喜好</w:t>
        <w:br/>
        <w:br/>
        <w:t>E. 样品的包装</w:t>
        <w:br/>
        <w:br/>
        <w:t>2. 感官评定中常用的标度法包括（ ）</w:t>
        <w:br/>
        <w:br/>
        <w:t>A. 类别标度</w:t>
        <w:br/>
        <w:br/>
        <w:t>B. 线性标度</w:t>
        <w:br/>
        <w:br/>
        <w:t>C. 时间-强度标度</w:t>
        <w:br/>
        <w:br/>
        <w:t>D. 量值估计标度</w:t>
        <w:br/>
        <w:br/>
        <w:t>E. 颜色标度</w:t>
        <w:br/>
        <w:br/>
        <w:t xml:space="preserve"> 五、简答题（每题5分，共2题）</w:t>
        <w:br/>
        <w:br/>
        <w:t>1. 简述感官评定的基本流程。</w:t>
        <w:br/>
        <w:br/>
        <w:t>2. 解释感官评定中"重复误差"的来源及其控制方法。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解析：感官评定的基本原理是利用人的感觉器官（视觉、嗅觉、味觉、触觉和听觉）对食品或其他产品进行评价，而不是通过仪器测量或统计分析。仪器测量属于物理化学分析范畴。</w:t>
        <w:br/>
        <w:br/>
        <w:t>2. 答案：E</w:t>
        <w:br/>
        <w:br/>
        <w:t>解析：感官评定的五大基本感觉是视觉、嗅觉、味觉、触觉和听觉。虽然听觉在某些产品（如薯片、饼干等）的感官评定中有一定作用，但它不是感官评定的基本感觉之一。</w:t>
        <w:br/>
        <w:br/>
        <w:t>3. 答案：B</w:t>
        <w:br/>
        <w:br/>
        <w:t>解析：盲测的主要目的是避免心理因素对评定结果的影响，如品牌效应、包装效应等。通过隐藏样品的真实身份，评定员只能基于感官特性进行评价，使结果更加客观。</w:t>
        <w:br/>
        <w:br/>
        <w:t>4. 答案：B</w:t>
        <w:br/>
        <w:br/>
        <w:t>解析：三角测试是感官评定中常用的方法，用于检测两个样品之间是否存在显著差异。该方法呈现三个样品，其中两个相同，一个不同，要求评定员识别出不同的那个。</w:t>
        <w:br/>
        <w:br/>
        <w:t>5. 答案：C</w:t>
        <w:br/>
        <w:br/>
        <w:t>解析：感官评定员的选拔标准主要包括对特定刺激的敏感性、评定的一致性、健康状况等，而评定的速度通常不是主要考虑因素。评定速度过快可能导致评定不准确。</w:t>
        <w:br/>
        <w:br/>
        <w:t>6. 答案：B</w:t>
        <w:br/>
        <w:br/>
        <w:t>解析：在感官评定中，"适应性"是指感官器官对持续刺激的反应变化，如嗅觉适应后对气味的敏感度降低。这是感官评定中需要考虑的重要因素。</w:t>
        <w:br/>
        <w:br/>
        <w:t>7. 答案：D</w:t>
        <w:br/>
        <w:br/>
        <w:t>解析：感官评定中常用的标度法包括类别标度、线性标度、时间-强度标度等，但颜色标度不是常用的标度法。颜色评定通常使用特定的颜色标准或色差仪进行。</w:t>
        <w:br/>
        <w:br/>
        <w:t>8. 答案：B</w:t>
        <w:br/>
        <w:br/>
        <w:t>解析：在食品感官评定中，"后味"是指食品被咽下后，在口腔和喉咙中持续的感觉。后味对于评价食品的整体品质非常重要，特别是对于酒类、茶叶等产品。</w:t>
        <w:br/>
        <w:br/>
        <w:t>9. 答案：B</w:t>
        <w:br/>
        <w:br/>
        <w:t>解析：感官评定中，"交叉适应"现象是指一种刺激减弱了另一种刺激的感觉，如先尝甜味会降低对酸味的敏感度。这种现象会影响评定的准确性。</w:t>
        <w:br/>
        <w:br/>
        <w:t>10. 答案：A</w:t>
        <w:br/>
        <w:br/>
        <w:t>解析：感官评定中，"重复误差"的主要来源是评定员对样品的记忆。当评定员需要重复评定多个样品时，对之前样品的记忆会影响当前评定的准确性。</w:t>
        <w:br/>
        <w:br/>
        <w:t xml:space="preserve"> 二、填空题</w:t>
        <w:br/>
        <w:br/>
        <w:t>1. 答案：听觉</w:t>
        <w:br/>
        <w:br/>
        <w:t>解析：感官评定的五大基本感觉是视觉、嗅觉、味觉、触觉和听觉。这些感觉器官共同作用，帮助人们对产品进行全面评价。</w:t>
        <w:br/>
        <w:br/>
        <w:t>2. 答案：实验者</w:t>
        <w:br/>
        <w:br/>
        <w:t>解析：在感官评定中，"双盲测试"是指评定员和实验者都不知道样品的真实身份。这种方法可以最大程度地减少主观偏见，确保评定结果的客观性。</w:t>
        <w:br/>
        <w:br/>
        <w:t>3. 答案：弱，强</w:t>
        <w:br/>
        <w:br/>
        <w:t>解析：感官评定中常用的"排序法"是将样品按照特定属性从弱到强进行排列。这种方法简单易行，适用于初步筛选或比较样品间的差异。</w:t>
        <w:br/>
        <w:br/>
        <w:t>4. 答案：50</w:t>
        <w:br/>
        <w:br/>
        <w:t>解析：感官评定中，"阈值"是指能够被50%的评定员检测到的刺激最低强度。阈值是感官评定中的重要概念，用于确定感官特性的敏感度。</w:t>
        <w:br/>
        <w:br/>
        <w:t>5. 答案：可靠性</w:t>
        <w:br/>
        <w:br/>
        <w:t>解析：感官评定中，"一致性检验"用于评定员的可靠性评估。通过检验评定员在不同时间对同一样品的评价是否一致，可以评定其可靠性。</w:t>
        <w:br/>
        <w:br/>
        <w:t>6. 答案：详细</w:t>
        <w:br/>
        <w:br/>
        <w:t>解析：感官评定中，"描述分析法"需要评定员对样品的各个感官特性进行详细描述。这种方法能够提供关于样品特性的全面信息，适用于产品开发和改进。</w:t>
        <w:br/>
        <w:br/>
        <w:t xml:space="preserve"> 三、判断题</w:t>
        <w:br/>
        <w:br/>
        <w:t>1. 答案：×</w:t>
        <w:br/>
        <w:br/>
        <w:t>解析：感官评定不能完全替代仪器分析。感官评定提供的是人的主观感受，而仪器分析提供的是客观的物理化学数据。两者各有优势，通常需要结合使用。</w:t>
        <w:br/>
        <w:br/>
        <w:t>2. 答案：×</w:t>
        <w:br/>
        <w:br/>
        <w:t>解析：在感官评定中，评定员的数量不是越多越好。过多的评定员可能导致评定环境拥挤，增加干扰因素。通常，根据评定目的和样品特性，选择适当数量的评定员更为重要。</w:t>
        <w:br/>
        <w:br/>
        <w:t>3. 答案：√</w:t>
        <w:br/>
        <w:br/>
        <w:t>解析：感官评定应该在安静、无干扰的环境中进行。环境因素如噪音、异味、光线等都会影响评定员的感官感受，从而影响评定结果。</w:t>
        <w:br/>
        <w:br/>
        <w:t>4. 答案：√</w:t>
        <w:br/>
        <w:br/>
        <w:t>解析：在感官评定中，"随机化"是指样品的呈现顺序应该是随机的。这样可以避免评定员因样品呈现顺序而产生的系统误差，如疲劳效应或对比效应。</w:t>
        <w:br/>
        <w:br/>
        <w:t>5. 答案：√</w:t>
        <w:br/>
        <w:br/>
        <w:t>解析：感官评定中，"疲劳"可以通过增加评定间隔来避免。适当的休息可以让感官器官恢复敏感度，提高评定的准确性。</w:t>
        <w:br/>
        <w:br/>
        <w:t>6. 答案：√</w:t>
        <w:br/>
        <w:br/>
        <w:t>解析：感官评定中，"安慰剂效应"是指评定员对样品的预期会影响评定结果。例如，如果评定员预期某个样品质量更好，可能会给出更高的评分。这是感官评定中需要控制的因素。</w:t>
        <w:br/>
        <w:br/>
        <w:t xml:space="preserve"> 四、多项选择题</w:t>
        <w:br/>
        <w:br/>
        <w:t>1. 答案：ABCDE</w:t>
        <w:br/>
        <w:br/>
        <w:t>解析：评定员的生理状态（如健康状况、饥饿程度等）、评定环境的温度和湿度、样品的温度、评定员的个人喜好以及样品的包装都会影响感官评定的结果。因此，在进行感官评定时，需要控制这些因素。</w:t>
        <w:br/>
        <w:br/>
        <w:t>2. 答案：ABCDE</w:t>
        <w:br/>
        <w:br/>
        <w:t>解析：感官评定中常用的标度法包括类别标度（如喜欢-不喜欢）、线性标度（如0-10的评分）、时间-强度标度（如记录感觉随时间的变化）、量值估计标度（如直接给出感觉强度数值）以及颜色标度（如使用颜色图表描述颜色）。</w:t>
        <w:br/>
        <w:br/>
        <w:t xml:space="preserve"> 五、简答题</w:t>
        <w:br/>
        <w:br/>
        <w:t>1. 答案：</w:t>
        <w:br/>
        <w:br/>
        <w:t>感官评定的基本流程包括以下几个步骤：</w:t>
        <w:br/>
        <w:br/>
        <w:t>(1) 确定评定目的和范围：明确评定的具体目标和需要评价的感官特性。</w:t>
        <w:br/>
        <w:br/>
        <w:t>(2) 设计评定方案：选择合适的评定方法、标度法和统计分析方法。</w:t>
        <w:br/>
        <w:br/>
        <w:t>(3) 准备样品：确保样品的一致性和代表性，控制样品的制备和呈现条件。</w:t>
        <w:br/>
        <w:br/>
        <w:t>(4) 选择和培训评定员：根据评定目的选择合适的评定员，并进行必要的培训。</w:t>
        <w:br/>
        <w:br/>
        <w:t>(5) 实施评定：在适宜的环境中进行评定，确保评定过程的标准化。</w:t>
        <w:br/>
        <w:br/>
        <w:t>(6) 数据收集和分析：收集评定数据，使用适当的统计方法进行分析。</w:t>
        <w:br/>
        <w:br/>
        <w:t>(7) 结果解释和应用：根据分析结果解释感官特性，应用于产品开发、质量控制等。</w:t>
        <w:br/>
        <w:br/>
        <w:t>解析：感官评定是一个系统性的过程，需要从确定目的到结果应用的完整流程。每个步骤都对评定结果有重要影响，需要严格控制。特别是在样品准备、评定员选择和培训、评定环境控制等方面，需要特别注意标准化。</w:t>
        <w:br/>
        <w:br/>
        <w:t>2. 答案：</w:t>
        <w:br/>
        <w:br/>
        <w:t>感官评定中"重复误差"的来源主要包括：</w:t>
        <w:br/>
        <w:br/>
        <w:t>(1) 评定员记忆：评定员对之前评定的样品记忆会影响当前评定。</w:t>
        <w:br/>
        <w:br/>
        <w:t>(2) 感官适应：感官器官对持续刺激的适应会导致敏感度变化。</w:t>
        <w:br/>
        <w:br/>
        <w:t>(3) 评定员状态变化：评定员的生理和心理状态在不同时间可能发生变化。</w:t>
        <w:br/>
        <w:br/>
        <w:t>(4) 环境因素变化：评定环境的温度、湿度、噪音等因素可能随时间变化。</w:t>
        <w:br/>
        <w:br/>
        <w:t>(5) 样品制备差异：即使是同一批样品，不同时间制备也可能存在差异。</w:t>
        <w:br/>
        <w:br/>
        <w:t>控制重复误差的方法包括：</w:t>
        <w:br/>
        <w:br/>
        <w:t>(1) 随机化样品呈现顺序：避免评定员因样品顺序产生系统性误差。</w:t>
        <w:br/>
        <w:br/>
        <w:t>(2) 适当控制评定间隔：避免感官疲劳和适应。</w:t>
        <w:br/>
        <w:br/>
        <w:t>(3) 标准化样品制备和呈现条件：确保样品的一致性。</w:t>
        <w:br/>
        <w:br/>
        <w:t>(4) 控制评定环境：保持环境条件的稳定性。</w:t>
        <w:br/>
        <w:br/>
        <w:t>(5) 增加评定员数量：通过多人评定减少个体差异的影响。</w:t>
        <w:br/>
        <w:br/>
        <w:t>(6) 使用重复评定：对同一样品进行多次评定，取平均值减少误差。</w:t>
        <w:br/>
        <w:br/>
        <w:t>解析：重复误差是感官评定中常见的误差来源，会影响评定结果的可靠性。通过上述方法可以有效控制重复误差，提高评定结果的准确性和一致性。特别是随机化和标准化是控制重复误差的关键措施。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