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21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24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四年级下学期 / 外研版（主编：陈琳）（三年级起点）</w:t>
            </w:r>
          </w:p>
        </w:tc>
      </w:tr>
    </w:tbl>
    <w:p>
      <w:pPr>
        <w:autoSpaceDN w:val="0"/>
        <w:autoSpaceDE w:val="0"/>
        <w:widowControl/>
        <w:spacing w:line="250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3476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4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218" w:right="218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单词表总结和背单词练习</w:t>
            </w:r>
          </w:p>
        </w:tc>
      </w:tr>
      <w:tr>
        <w:trPr>
          <w:trHeight w:hRule="exact" w:val="1468"/>
        </w:trPr>
        <w:tc>
          <w:tcPr>
            <w:tcW w:type="dxa" w:w="3476"/>
            <w:tcBorders>
              <w:top w:sz="5.599999904632568" w:val="single" w:color="#324C4C"/>
              <w:end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4"/>
            <w:tcBorders>
              <w:start w:sz="5.599999904632568" w:val="single" w:color="#324C4C"/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96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学期：四年级下学期</w:t>
            </w:r>
          </w:p>
          <w:p>
            <w:pPr>
              <w:autoSpaceDN w:val="0"/>
              <w:autoSpaceDE w:val="0"/>
              <w:widowControl/>
              <w:spacing w:line="422" w:lineRule="exact" w:before="228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版本：外研版（主编：陈琳）（三年级起点）</w:t>
            </w:r>
          </w:p>
        </w:tc>
      </w:tr>
    </w:tbl>
    <w:p>
      <w:pPr>
        <w:autoSpaceDN w:val="0"/>
        <w:autoSpaceDE w:val="0"/>
        <w:widowControl/>
        <w:spacing w:line="212" w:lineRule="exact" w:before="11326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21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24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四年级下学期 / 外研版（主编：陈琳）（三年级起点）</w:t>
            </w:r>
          </w:p>
        </w:tc>
      </w:tr>
    </w:tbl>
    <w:p>
      <w:pPr>
        <w:autoSpaceDN w:val="0"/>
        <w:autoSpaceDE w:val="0"/>
        <w:widowControl/>
        <w:spacing w:line="26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01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30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单词表</w:t>
                  </w:r>
                </w:p>
              </w:tc>
              <w:tc>
                <w:tcPr>
                  <w:tcW w:type="dxa" w:w="37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按课文顺序</w:t>
                  </w:r>
                </w:p>
              </w:tc>
              <w:tc>
                <w:tcPr>
                  <w:tcW w:type="dxa" w:w="35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" name="Picture 1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400" w:lineRule="exact" w:before="1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Module 1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5394"/>
        </w:trPr>
        <w:tc>
          <w:tcPr>
            <w:tcW w:type="dxa" w:w="456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 bit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稍微，有点儿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aunt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姨母；姑母；舅母；伯母；婶母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big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年龄较大的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clever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聪明的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cute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可爱的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naughty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淘气的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shy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害羞的</w:t>
            </w:r>
          </w:p>
        </w:tc>
        <w:tc>
          <w:tcPr>
            <w:tcW w:type="dxa" w:w="515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376" w:right="37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answer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接（电话）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376" w:right="37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bad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不好的，坏的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376" w:right="37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电话；（给……）打电话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376" w:right="37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cool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酷的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376" w:right="37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little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376" w:right="37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nice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友好的，亲切的，讨人喜欢的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376" w:right="37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uncle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伯父；叔父；舅父；姑父；姨父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Module 2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3114"/>
        </w:trPr>
        <w:tc>
          <w:tcPr>
            <w:tcW w:type="dxa" w:w="413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beautiful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美丽的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close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近的，接近的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old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ship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船</w:t>
            </w:r>
          </w:p>
        </w:tc>
        <w:tc>
          <w:tcPr>
            <w:tcW w:type="dxa" w:w="558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2" w:right="80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city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城市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2" w:right="80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famous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著名的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2" w:right="80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queen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女王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2" w:right="80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whose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谁的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0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Module 3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4076"/>
        </w:trPr>
        <w:tc>
          <w:tcPr>
            <w:tcW w:type="dxa" w:w="3936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everything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所有事情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have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有，拥有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homework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家庭作业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learn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学习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one 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（将来）有一天</w:t>
            </w:r>
          </w:p>
        </w:tc>
        <w:tc>
          <w:tcPr>
            <w:tcW w:type="dxa" w:w="5784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004" w:right="10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Friday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星期五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004" w:right="10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holiday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假期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004" w:right="10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housework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家务活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004" w:right="10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next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下一个的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004" w:right="10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our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我们的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19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26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四年级下学期 / 外研版（主编：陈琳）（三年级起点）</w:t>
            </w:r>
          </w:p>
        </w:tc>
      </w:tr>
      <w:tr>
        <w:trPr>
          <w:trHeight w:hRule="exact" w:val="2690"/>
        </w:trPr>
        <w:tc>
          <w:tcPr>
            <w:tcW w:type="dxa" w:w="419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4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robot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机器人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Tuesday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星期二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week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星期，周</w:t>
            </w:r>
          </w:p>
        </w:tc>
        <w:tc>
          <w:tcPr>
            <w:tcW w:type="dxa" w:w="626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4" w:after="0"/>
              <w:ind w:left="1446" w:right="14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Thursday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星期四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46" w:right="14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Wednesday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46" w:right="14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will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将，将会</w:t>
            </w:r>
          </w:p>
        </w:tc>
      </w:tr>
    </w:tbl>
    <w:p>
      <w:pPr>
        <w:autoSpaceDN w:val="0"/>
        <w:autoSpaceDE w:val="0"/>
        <w:widowControl/>
        <w:spacing w:line="400" w:lineRule="exact" w:before="180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won't=will not </w:t>
      </w:r>
      <w:r>
        <w:rPr>
          <w:rFonts w:ascii="宋体" w:hAnsi="宋体" w:eastAsia="宋体"/>
          <w:b w:val="0"/>
          <w:i w:val="0"/>
          <w:color w:val="555D5D"/>
          <w:sz w:val="24"/>
        </w:rPr>
        <w:t>将不会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Module 4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3874"/>
        </w:trPr>
        <w:tc>
          <w:tcPr>
            <w:tcW w:type="dxa" w:w="334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because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因为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fly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飞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picnic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野餐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take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带，拿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why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为什么</w:t>
            </w:r>
          </w:p>
        </w:tc>
        <w:tc>
          <w:tcPr>
            <w:tcW w:type="dxa" w:w="638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600" w:right="16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cloudy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多云的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600" w:right="16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great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太好了，好极了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600" w:right="16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所以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600" w:right="16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weather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天气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600" w:right="16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Why not?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为什么不呢?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Module 5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5394"/>
        </w:trPr>
        <w:tc>
          <w:tcPr>
            <w:tcW w:type="dxa" w:w="478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clean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干净的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grandparent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祖父；祖母；外祖父；外祖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long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长的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short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短的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当时，那时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wasn't=was not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不是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weren't=were not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不是</w:t>
            </w:r>
          </w:p>
        </w:tc>
        <w:tc>
          <w:tcPr>
            <w:tcW w:type="dxa" w:w="494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62" w:right="1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dirty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脏的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62" w:right="1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hair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头发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62" w:right="1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old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老的，年老的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62" w:right="1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这么，那么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62" w:right="1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（am,is的过去式）是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62" w:right="1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were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（are的过去式）是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62" w:right="1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young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年轻的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0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Module 6 </w:t>
      </w:r>
    </w:p>
    <w:p>
      <w:pPr>
        <w:autoSpaceDN w:val="0"/>
        <w:autoSpaceDE w:val="0"/>
        <w:widowControl/>
        <w:spacing w:line="212" w:lineRule="exact" w:before="662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3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54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91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四年级下学期 / 外研版（主编：陈琳）（三年级起点）</w:t>
            </w:r>
          </w:p>
        </w:tc>
      </w:tr>
      <w:tr>
        <w:trPr>
          <w:trHeight w:hRule="exact" w:val="2472"/>
        </w:trPr>
        <w:tc>
          <w:tcPr>
            <w:tcW w:type="dxa" w:w="454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lesson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一节课，一堂课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sun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太阳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village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乡村，村子</w:t>
            </w:r>
          </w:p>
        </w:tc>
        <w:tc>
          <w:tcPr>
            <w:tcW w:type="dxa" w:w="591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out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不在家（的）；在外面（的）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00" w:right="11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thanks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谢谢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00" w:right="11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well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健康的</w:t>
            </w:r>
          </w:p>
        </w:tc>
      </w:tr>
    </w:tbl>
    <w:p>
      <w:pPr>
        <w:autoSpaceDN w:val="0"/>
        <w:autoSpaceDE w:val="0"/>
        <w:widowControl/>
        <w:spacing w:line="400" w:lineRule="exact" w:before="180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yesterday </w:t>
      </w:r>
      <w:r>
        <w:rPr>
          <w:rFonts w:ascii="宋体" w:hAnsi="宋体" w:eastAsia="宋体"/>
          <w:b w:val="0"/>
          <w:i w:val="0"/>
          <w:color w:val="555D5D"/>
          <w:sz w:val="24"/>
        </w:rPr>
        <w:t>昨天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Module 7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4454"/>
        </w:trPr>
        <w:tc>
          <w:tcPr>
            <w:tcW w:type="dxa" w:w="404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computer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计算机；电脑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did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（do的过去式）助动词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（have的过去式）度过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love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爱；喜欢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Mrs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太太，夫人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really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真的</w:t>
            </w:r>
          </w:p>
        </w:tc>
        <w:tc>
          <w:tcPr>
            <w:tcW w:type="dxa" w:w="567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98" w:right="8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cook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烹调；煮；烧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98" w:right="8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didn't=did not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没有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98" w:right="8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him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（宾格）他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98" w:right="8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miss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小姐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98" w:right="8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phone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（给……）打电话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98" w:right="8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wash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洗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What about...? </w:t>
      </w:r>
      <w:r>
        <w:rPr>
          <w:rFonts w:ascii="宋体" w:hAnsi="宋体" w:eastAsia="宋体"/>
          <w:b w:val="0"/>
          <w:i w:val="0"/>
          <w:color w:val="555D5D"/>
          <w:sz w:val="24"/>
        </w:rPr>
        <w:t>……怎么样?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Module 8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5430"/>
        </w:trPr>
        <w:tc>
          <w:tcPr>
            <w:tcW w:type="dxa" w:w="4348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ate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（eat的过去式）吃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busy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忙的，忙碌的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drank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（drink的过去式）喝，饮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fun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有趣的事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great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last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最近过去的</w:t>
            </w:r>
          </w:p>
        </w:tc>
        <w:tc>
          <w:tcPr>
            <w:tcW w:type="dxa" w:w="5372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592" w:right="5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beautifully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优美地，动听地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92" w:right="5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delicious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美味的，可口的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92" w:right="5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drink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饮料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92" w:right="5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game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游戏；比赛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92" w:right="5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have a good time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玩得开心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92" w:right="5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made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（make的过去式）做，制作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4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91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54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四年级下学期 / 外研版（主编：陈琳）（三年级起点）</w:t>
            </w:r>
          </w:p>
        </w:tc>
      </w:tr>
      <w:tr>
        <w:trPr>
          <w:trHeight w:hRule="exact" w:val="3412"/>
        </w:trPr>
        <w:tc>
          <w:tcPr>
            <w:tcW w:type="dxa" w:w="491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poster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海报，招贴画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saw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（see的过去式）看见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there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在那儿，往那里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took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</w:tc>
        <w:tc>
          <w:tcPr>
            <w:tcW w:type="dxa" w:w="554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728" w:right="7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sang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（sing的过去式）唱歌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28" w:right="7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tell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告诉，告知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28" w:right="7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time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一段时间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28" w:right="7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went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（go的过去式）去</w:t>
            </w:r>
          </w:p>
        </w:tc>
      </w:tr>
    </w:tbl>
    <w:p>
      <w:pPr>
        <w:autoSpaceDN w:val="0"/>
        <w:autoSpaceDE w:val="0"/>
        <w:widowControl/>
        <w:spacing w:line="400" w:lineRule="exact" w:before="36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Module 9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3874"/>
        </w:trPr>
        <w:tc>
          <w:tcPr>
            <w:tcW w:type="dxa" w:w="457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came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（come的过去式）来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cousin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表（堂）兄弟；表（堂）姐妹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Earth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地球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pop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流行音乐的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travel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旅行；游历</w:t>
            </w:r>
          </w:p>
        </w:tc>
        <w:tc>
          <w:tcPr>
            <w:tcW w:type="dxa" w:w="514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364" w:right="3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concert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音乐会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364" w:right="3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dear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亲爱的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364" w:right="3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on holiday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在休假，在度假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364" w:right="3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postcard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364" w:right="3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welcome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欢迎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Module 10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6950"/>
        </w:trPr>
        <w:tc>
          <w:tcPr>
            <w:tcW w:type="dxa" w:w="4686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bought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（buy的过去式）买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carried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（carry的过去式）拿，搬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cold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感冒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fall down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摔倒，跌倒；坍塌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fell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（fal的过去式）掉下，落下；摔倒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found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（find的过去式）发现，找到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happen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发生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hospital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医院</w:t>
            </w:r>
          </w:p>
        </w:tc>
        <w:tc>
          <w:tcPr>
            <w:tcW w:type="dxa" w:w="5034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256" w:right="25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bump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撞伤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256" w:right="25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chocolate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巧克力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256" w:right="25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掉下，落下；摔倒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256" w:right="25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fall off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跌落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256" w:right="25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fever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发烧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256" w:right="25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（have的过去式）吃；喝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256" w:right="25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headache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头痛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256" w:right="25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ride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骑车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5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37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08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四年级下学期 / 外研版（主编：陈琳）（三年级起点）</w:t>
            </w:r>
          </w:p>
        </w:tc>
      </w:tr>
      <w:tr>
        <w:trPr>
          <w:trHeight w:hRule="exact" w:val="2620"/>
        </w:trPr>
        <w:tc>
          <w:tcPr>
            <w:tcW w:type="dxa" w:w="437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stomach ache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胃痛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thirsty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（口）渴的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water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水</w:t>
            </w:r>
          </w:p>
        </w:tc>
        <w:tc>
          <w:tcPr>
            <w:tcW w:type="dxa" w:w="608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1264" w:right="1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然后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64" w:right="1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town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城镇，市镇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64" w:right="1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watermelon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西瓜</w:t>
            </w:r>
          </w:p>
        </w:tc>
      </w:tr>
    </w:tbl>
    <w:p>
      <w:pPr>
        <w:autoSpaceDN w:val="0"/>
        <w:autoSpaceDE w:val="0"/>
        <w:widowControl/>
        <w:spacing w:line="32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02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单词抄写</w:t>
                  </w:r>
                </w:p>
              </w:tc>
              <w:tc>
                <w:tcPr>
                  <w:tcW w:type="dxa" w:w="376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将单词抄写6遍</w:t>
                  </w:r>
                </w:p>
              </w:tc>
              <w:tc>
                <w:tcPr>
                  <w:tcW w:type="dxa" w:w="32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200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2" name="Picture 2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5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622"/>
        </w:trPr>
        <w:tc>
          <w:tcPr>
            <w:tcW w:type="dxa" w:w="15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6" w:after="0"/>
              <w:ind w:left="138" w:right="13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little </w:t>
            </w:r>
          </w:p>
        </w:tc>
        <w:tc>
          <w:tcPr>
            <w:tcW w:type="dxa" w:w="490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86" w:after="0"/>
              <w:ind w:left="92" w:right="9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幼小的，年幼的</w:t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8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" name="Picture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" name="Picture 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" name="Picture 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" name="Picture 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" name="Picture 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" name="Picture 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" name="Picture 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" name="Picture 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5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" name="Picture 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" name="Picture 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" name="Picture 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" name="Picture 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" name="Picture 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</w:tr>
      <w:tr>
        <w:trPr>
          <w:trHeight w:hRule="exact" w:val="696"/>
        </w:trPr>
        <w:tc>
          <w:tcPr>
            <w:tcW w:type="dxa" w:w="15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72" w:right="17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cool </w:t>
            </w:r>
          </w:p>
        </w:tc>
        <w:tc>
          <w:tcPr>
            <w:tcW w:type="dxa" w:w="490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58" w:right="5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酷的</w:t>
            </w:r>
          </w:p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" name="Picture 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" name="Picture 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" name="Picture 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9" name="Picture 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</w:tr>
      <w:tr>
        <w:trPr>
          <w:trHeight w:hRule="exact" w:val="700"/>
        </w:trPr>
        <w:tc>
          <w:tcPr>
            <w:tcW w:type="dxa" w:w="15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40" w:right="4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uncle </w:t>
            </w:r>
          </w:p>
        </w:tc>
        <w:tc>
          <w:tcPr>
            <w:tcW w:type="dxa" w:w="490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92" w:right="19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伯父；叔父；舅父；姑父；姨父</w:t>
            </w:r>
          </w:p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</w:tr>
      <w:tr>
        <w:trPr>
          <w:trHeight w:hRule="exact" w:val="964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0" name="Picture 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1" name="Picture 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2" name="Picture 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3" name="Picture 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</w:tr>
      <w:tr>
        <w:trPr>
          <w:trHeight w:hRule="exact" w:val="698"/>
        </w:trPr>
        <w:tc>
          <w:tcPr>
            <w:tcW w:type="dxa" w:w="15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72" w:right="17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aunt </w:t>
            </w:r>
          </w:p>
        </w:tc>
        <w:tc>
          <w:tcPr>
            <w:tcW w:type="dxa" w:w="490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58" w:right="5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姨母；姑母；舅母；伯母；婶母</w:t>
            </w:r>
          </w:p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4" name="Picture 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5" name="Picture 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6" name="Picture 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7" name="Picture 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</w:tr>
      <w:tr>
        <w:trPr>
          <w:trHeight w:hRule="exact" w:val="674"/>
        </w:trPr>
        <w:tc>
          <w:tcPr>
            <w:tcW w:type="dxa" w:w="15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90" w:right="19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cute </w:t>
            </w:r>
          </w:p>
        </w:tc>
        <w:tc>
          <w:tcPr>
            <w:tcW w:type="dxa" w:w="490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40" w:right="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可爱的</w:t>
            </w:r>
          </w:p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</w:tr>
      <w:tr>
        <w:trPr>
          <w:trHeight w:hRule="exact" w:val="1224"/>
        </w:trPr>
        <w:tc>
          <w:tcPr>
            <w:tcW w:type="dxa" w:w="3216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4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8" name="Picture 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4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9" name="Picture 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6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6156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430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四年级下学期 / 外研版（主编：陈琳）（三年级起点）</w:t>
            </w:r>
          </w:p>
        </w:tc>
      </w:tr>
      <w:tr>
        <w:trPr>
          <w:trHeight w:hRule="exact" w:val="1330"/>
        </w:trPr>
        <w:tc>
          <w:tcPr>
            <w:tcW w:type="dxa" w:w="3216"/>
            <w:gridSpan w:val="3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9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0" name="Picture 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4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90" w:after="0"/>
              <w:ind w:left="422" w:right="42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1" name="Picture 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04"/>
            <w:vMerge w:val="restart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90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2" name="Picture 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3" name="Picture 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4" name="Picture 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5" name="Picture 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6" name="Picture 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6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7" name="Picture 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8" name="Picture 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9" name="Picture 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0" name="Picture 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1" name="Picture 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2" name="Picture 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820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3" name="Picture 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87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74" w:right="17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answer </w:t>
            </w:r>
          </w:p>
        </w:tc>
        <w:tc>
          <w:tcPr>
            <w:tcW w:type="dxa" w:w="427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56" w:right="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接（电话）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4" name="Picture 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422" w:right="42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5" name="Picture 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6" name="Picture 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22" w:right="42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7" name="Picture 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700"/>
        </w:trPr>
        <w:tc>
          <w:tcPr>
            <w:tcW w:type="dxa" w:w="187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2" w:after="0"/>
              <w:ind w:left="56" w:right="5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naughty </w:t>
            </w:r>
          </w:p>
        </w:tc>
        <w:tc>
          <w:tcPr>
            <w:tcW w:type="dxa" w:w="427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74" w:right="17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淘气的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8" name="Picture 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422" w:right="42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9" name="Picture 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0" name="Picture 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22" w:right="42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1" name="Picture 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698"/>
        </w:trPr>
        <w:tc>
          <w:tcPr>
            <w:tcW w:type="dxa" w:w="14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40" w:right="14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bad </w:t>
            </w:r>
          </w:p>
        </w:tc>
        <w:tc>
          <w:tcPr>
            <w:tcW w:type="dxa" w:w="472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90" w:right="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不好的，坏的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2" name="Picture 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422" w:right="42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3" name="Picture 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4" name="Picture 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22" w:right="42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5" name="Picture 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700"/>
        </w:trPr>
        <w:tc>
          <w:tcPr>
            <w:tcW w:type="dxa" w:w="14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74" w:right="7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nice </w:t>
            </w:r>
          </w:p>
        </w:tc>
        <w:tc>
          <w:tcPr>
            <w:tcW w:type="dxa" w:w="472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56" w:right="1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友好的，亲切的，讨人喜欢的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6" name="Picture 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422" w:right="42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7" name="Picture 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8" name="Picture 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22" w:right="42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9" name="Picture 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698"/>
        </w:trPr>
        <w:tc>
          <w:tcPr>
            <w:tcW w:type="dxa" w:w="14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56" w:right="15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shy </w:t>
            </w:r>
          </w:p>
        </w:tc>
        <w:tc>
          <w:tcPr>
            <w:tcW w:type="dxa" w:w="472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74" w:right="7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害羞的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0" name="Picture 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422" w:right="42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1" name="Picture 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2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2" name="Picture 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22" w:right="42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3" name="Picture 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610"/>
        </w:trPr>
        <w:tc>
          <w:tcPr>
            <w:tcW w:type="dxa" w:w="14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40" w:right="14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call </w:t>
            </w:r>
          </w:p>
        </w:tc>
        <w:tc>
          <w:tcPr>
            <w:tcW w:type="dxa" w:w="472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90" w:right="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电话；（给……）打电话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1026"/>
        </w:trPr>
        <w:tc>
          <w:tcPr>
            <w:tcW w:type="dxa" w:w="3216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8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4" name="Picture 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4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8" w:after="0"/>
              <w:ind w:left="422" w:right="42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5" name="Picture 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7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538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61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30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四年级下学期 / 外研版（主编：陈琳）（三年级起点）</w:t>
            </w:r>
          </w:p>
        </w:tc>
      </w:tr>
      <w:tr>
        <w:trPr>
          <w:trHeight w:hRule="exact" w:val="1594"/>
        </w:trPr>
        <w:tc>
          <w:tcPr>
            <w:tcW w:type="dxa" w:w="3538"/>
            <w:gridSpan w:val="3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5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6" name="Picture 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1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5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7" name="Picture 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0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56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8" name="Picture 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32" w:right="2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big </w:t>
            </w:r>
          </w:p>
        </w:tc>
        <w:tc>
          <w:tcPr>
            <w:tcW w:type="dxa" w:w="206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年龄较大的</w:t>
            </w:r>
          </w:p>
        </w:tc>
        <w:tc>
          <w:tcPr>
            <w:tcW w:type="dxa" w:w="261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9" name="Picture 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0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0" name="Picture 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3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1" name="Picture 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3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2" name="Picture 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3" name="Picture 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4" name="Picture 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76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72" w:right="17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clever </w:t>
            </w:r>
          </w:p>
        </w:tc>
        <w:tc>
          <w:tcPr>
            <w:tcW w:type="dxa" w:w="17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58" w:right="5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聪明的</w:t>
            </w:r>
          </w:p>
        </w:tc>
        <w:tc>
          <w:tcPr>
            <w:tcW w:type="dxa" w:w="261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5" name="Picture 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0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6" name="Picture 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3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7" name="Picture 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53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8" name="Picture 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9" name="Picture 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0" name="Picture 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4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66" w:right="16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city </w:t>
            </w:r>
          </w:p>
        </w:tc>
        <w:tc>
          <w:tcPr>
            <w:tcW w:type="dxa" w:w="206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66" w:right="6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城市</w:t>
            </w:r>
          </w:p>
        </w:tc>
        <w:tc>
          <w:tcPr>
            <w:tcW w:type="dxa" w:w="261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1" name="Picture 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0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2" name="Picture 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3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3" name="Picture 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53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4" name="Picture 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5" name="Picture 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6" name="Picture 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76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38" w:right="13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whose </w:t>
            </w:r>
          </w:p>
        </w:tc>
        <w:tc>
          <w:tcPr>
            <w:tcW w:type="dxa" w:w="17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92" w:right="9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谁的</w:t>
            </w:r>
          </w:p>
        </w:tc>
        <w:tc>
          <w:tcPr>
            <w:tcW w:type="dxa" w:w="261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7" name="Picture 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0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8" name="Picture 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53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9" name="Picture 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3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0" name="Picture 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1" name="Picture 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2" name="Picture 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4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14" w:right="1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ship </w:t>
            </w:r>
          </w:p>
        </w:tc>
        <w:tc>
          <w:tcPr>
            <w:tcW w:type="dxa" w:w="206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船</w:t>
            </w:r>
          </w:p>
        </w:tc>
        <w:tc>
          <w:tcPr>
            <w:tcW w:type="dxa" w:w="261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3" name="Picture 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0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4" name="Picture 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53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5" name="Picture 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3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6" name="Picture 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18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7" name="Picture 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04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8" name="Picture 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370"/>
        </w:trPr>
        <w:tc>
          <w:tcPr>
            <w:tcW w:type="dxa" w:w="147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2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close </w:t>
            </w:r>
          </w:p>
        </w:tc>
        <w:tc>
          <w:tcPr>
            <w:tcW w:type="dxa" w:w="2068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32" w:right="2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近的，接近的</w:t>
            </w:r>
          </w:p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8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499"/>
        <w:gridCol w:w="1499"/>
        <w:gridCol w:w="1499"/>
        <w:gridCol w:w="1499"/>
        <w:gridCol w:w="1499"/>
        <w:gridCol w:w="1499"/>
        <w:gridCol w:w="1499"/>
      </w:tblGrid>
      <w:tr>
        <w:trPr>
          <w:trHeight w:hRule="exact" w:val="338"/>
        </w:trPr>
        <w:tc>
          <w:tcPr>
            <w:tcW w:type="dxa" w:w="3662"/>
            <w:gridSpan w:val="5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49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30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四年级下学期 / 外研版（主编：陈琳）（三年级起点）</w:t>
            </w:r>
          </w:p>
        </w:tc>
      </w:tr>
      <w:tr>
        <w:trPr>
          <w:trHeight w:hRule="exact" w:val="1306"/>
        </w:trPr>
        <w:tc>
          <w:tcPr>
            <w:tcW w:type="dxa" w:w="3662"/>
            <w:gridSpan w:val="5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9" name="Picture 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49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272" w:right="27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0" name="Picture 1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0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1" name="Picture 1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34"/>
        </w:trPr>
        <w:tc>
          <w:tcPr>
            <w:tcW w:type="dxa" w:w="3662"/>
            <w:gridSpan w:val="5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2" name="Picture 1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4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72" w:right="27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3" name="Picture 1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4" name="Picture 1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206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38" w:right="13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beautiful </w:t>
            </w:r>
          </w:p>
        </w:tc>
        <w:tc>
          <w:tcPr>
            <w:tcW w:type="dxa" w:w="160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92" w:right="9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美丽的</w:t>
            </w:r>
          </w:p>
        </w:tc>
        <w:tc>
          <w:tcPr>
            <w:tcW w:type="dxa" w:w="249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272" w:right="27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5" name="Picture 1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0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6" name="Picture 1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62"/>
            <w:gridSpan w:val="5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7" name="Picture 1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499"/>
            <w:vMerge/>
            <w:tcBorders/>
          </w:tcPr>
          <w:p/>
        </w:tc>
        <w:tc>
          <w:tcPr>
            <w:tcW w:type="dxa" w:w="149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662"/>
            <w:gridSpan w:val="5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8" name="Picture 1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4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72" w:right="27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9" name="Picture 1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0" name="Picture 1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77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32" w:right="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famous </w:t>
            </w:r>
          </w:p>
        </w:tc>
        <w:tc>
          <w:tcPr>
            <w:tcW w:type="dxa" w:w="189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98" w:right="1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著名的</w:t>
            </w:r>
          </w:p>
        </w:tc>
        <w:tc>
          <w:tcPr>
            <w:tcW w:type="dxa" w:w="249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272" w:right="27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1" name="Picture 1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0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2" name="Picture 1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62"/>
            <w:gridSpan w:val="5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3" name="Picture 1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499"/>
            <w:vMerge/>
            <w:tcBorders/>
          </w:tcPr>
          <w:p/>
        </w:tc>
        <w:tc>
          <w:tcPr>
            <w:tcW w:type="dxa" w:w="149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662"/>
            <w:gridSpan w:val="5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4" name="Picture 1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4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72" w:right="27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5" name="Picture 1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6" name="Picture 1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77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98" w:right="19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queen </w:t>
            </w:r>
          </w:p>
        </w:tc>
        <w:tc>
          <w:tcPr>
            <w:tcW w:type="dxa" w:w="189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32" w:right="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女王</w:t>
            </w:r>
          </w:p>
        </w:tc>
        <w:tc>
          <w:tcPr>
            <w:tcW w:type="dxa" w:w="249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272" w:right="27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7" name="Picture 1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0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8" name="Picture 1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662"/>
            <w:gridSpan w:val="5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9" name="Picture 1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499"/>
            <w:vMerge/>
            <w:tcBorders/>
          </w:tcPr>
          <w:p/>
        </w:tc>
        <w:tc>
          <w:tcPr>
            <w:tcW w:type="dxa" w:w="149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662"/>
            <w:gridSpan w:val="5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0" name="Picture 1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4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72" w:right="27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1" name="Picture 1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2" name="Picture 1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3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116" w:right="1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old </w:t>
            </w:r>
          </w:p>
        </w:tc>
        <w:tc>
          <w:tcPr>
            <w:tcW w:type="dxa" w:w="230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14" w:right="1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年代久的，古老的</w:t>
            </w:r>
          </w:p>
        </w:tc>
        <w:tc>
          <w:tcPr>
            <w:tcW w:type="dxa" w:w="249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272" w:right="27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3" name="Picture 1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0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4" name="Picture 1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62"/>
            <w:gridSpan w:val="5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5" name="Picture 1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499"/>
            <w:vMerge/>
            <w:tcBorders/>
          </w:tcPr>
          <w:p/>
        </w:tc>
        <w:tc>
          <w:tcPr>
            <w:tcW w:type="dxa" w:w="149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662"/>
            <w:gridSpan w:val="5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6" name="Picture 1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4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72" w:right="27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7" name="Picture 1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8" name="Picture 1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236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14" w:right="1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Wednesday </w:t>
            </w:r>
          </w:p>
        </w:tc>
        <w:tc>
          <w:tcPr>
            <w:tcW w:type="dxa" w:w="12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星期三</w:t>
            </w:r>
          </w:p>
        </w:tc>
        <w:tc>
          <w:tcPr>
            <w:tcW w:type="dxa" w:w="249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272" w:right="27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9" name="Picture 1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0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0" name="Picture 1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62"/>
            <w:gridSpan w:val="5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1" name="Picture 1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499"/>
            <w:vMerge/>
            <w:tcBorders/>
          </w:tcPr>
          <w:p/>
        </w:tc>
        <w:tc>
          <w:tcPr>
            <w:tcW w:type="dxa" w:w="1499"/>
            <w:vMerge/>
            <w:tcBorders/>
          </w:tcPr>
          <w:p/>
        </w:tc>
      </w:tr>
      <w:tr>
        <w:trPr>
          <w:trHeight w:hRule="exact" w:val="1660"/>
        </w:trPr>
        <w:tc>
          <w:tcPr>
            <w:tcW w:type="dxa" w:w="3662"/>
            <w:gridSpan w:val="5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2" name="Picture 1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49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72" w:right="27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3" name="Picture 1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0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4" name="Picture 1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9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632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52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30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四年级下学期 / 外研版（主编：陈琳）（三年级起点）</w:t>
            </w:r>
          </w:p>
        </w:tc>
      </w:tr>
      <w:tr>
        <w:trPr>
          <w:trHeight w:hRule="exact" w:val="938"/>
        </w:trPr>
        <w:tc>
          <w:tcPr>
            <w:tcW w:type="dxa" w:w="2156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housework </w:t>
            </w:r>
          </w:p>
        </w:tc>
        <w:tc>
          <w:tcPr>
            <w:tcW w:type="dxa" w:w="147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96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家务活</w:t>
            </w:r>
          </w:p>
        </w:tc>
        <w:tc>
          <w:tcPr>
            <w:tcW w:type="dxa" w:w="2524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098" w:after="0"/>
              <w:ind w:left="302" w:right="30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5" name="Picture 1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04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098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6" name="Picture 1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3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7" name="Picture 1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63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8" name="Picture 1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5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02" w:right="30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9" name="Picture 1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0" name="Picture 1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215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8" w:right="1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homework </w:t>
            </w:r>
          </w:p>
        </w:tc>
        <w:tc>
          <w:tcPr>
            <w:tcW w:type="dxa" w:w="14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12" w:right="2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家庭作业</w:t>
            </w:r>
          </w:p>
        </w:tc>
        <w:tc>
          <w:tcPr>
            <w:tcW w:type="dxa" w:w="252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302" w:right="30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1" name="Picture 1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0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2" name="Picture 1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3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3" name="Picture 1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63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4" name="Picture 1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5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02" w:right="30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5" name="Picture 1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6" name="Picture 1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5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32" w:right="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week </w:t>
            </w:r>
          </w:p>
        </w:tc>
        <w:tc>
          <w:tcPr>
            <w:tcW w:type="dxa" w:w="211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98" w:right="1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星期，周</w:t>
            </w:r>
          </w:p>
        </w:tc>
        <w:tc>
          <w:tcPr>
            <w:tcW w:type="dxa" w:w="252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02" w:right="30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7" name="Picture 1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0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8" name="Picture 1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63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9" name="Picture 1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63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0" name="Picture 1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5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02" w:right="30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1" name="Picture 1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2" name="Picture 1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5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198" w:right="19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will </w:t>
            </w:r>
          </w:p>
        </w:tc>
        <w:tc>
          <w:tcPr>
            <w:tcW w:type="dxa" w:w="211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32" w:right="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将，将会</w:t>
            </w:r>
          </w:p>
        </w:tc>
        <w:tc>
          <w:tcPr>
            <w:tcW w:type="dxa" w:w="252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302" w:right="30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3" name="Picture 1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0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4" name="Picture 1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3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5" name="Picture 1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63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6" name="Picture 1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5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02" w:right="30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7" name="Picture 1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8" name="Picture 1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5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32" w:right="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robot </w:t>
            </w:r>
          </w:p>
        </w:tc>
        <w:tc>
          <w:tcPr>
            <w:tcW w:type="dxa" w:w="211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98" w:right="1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机器人</w:t>
            </w:r>
          </w:p>
        </w:tc>
        <w:tc>
          <w:tcPr>
            <w:tcW w:type="dxa" w:w="252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02" w:right="30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9" name="Picture 1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0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0" name="Picture 1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3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1" name="Picture 1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63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2" name="Picture 1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5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02" w:right="30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3" name="Picture 1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4" name="Picture 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5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98" w:right="9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have </w:t>
            </w:r>
          </w:p>
        </w:tc>
        <w:tc>
          <w:tcPr>
            <w:tcW w:type="dxa" w:w="211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32" w:right="1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有，拥有</w:t>
            </w:r>
          </w:p>
        </w:tc>
        <w:tc>
          <w:tcPr>
            <w:tcW w:type="dxa" w:w="252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02" w:right="30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5" name="Picture 1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0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6" name="Picture 1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898"/>
        </w:trPr>
        <w:tc>
          <w:tcPr>
            <w:tcW w:type="dxa" w:w="363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7" name="Picture 1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1128"/>
        </w:trPr>
        <w:tc>
          <w:tcPr>
            <w:tcW w:type="dxa" w:w="3632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8" name="Picture 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52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302" w:right="30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9" name="Picture 1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0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0" name="Picture 1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10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378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77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30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四年级下学期 / 外研版（主编：陈琳）（三年级起点）</w:t>
            </w:r>
          </w:p>
        </w:tc>
      </w:tr>
      <w:tr>
        <w:trPr>
          <w:trHeight w:hRule="exact" w:val="1202"/>
        </w:trPr>
        <w:tc>
          <w:tcPr>
            <w:tcW w:type="dxa" w:w="157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32" w:after="0"/>
              <w:ind w:left="116" w:right="1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learn </w:t>
            </w:r>
          </w:p>
        </w:tc>
        <w:tc>
          <w:tcPr>
            <w:tcW w:type="dxa" w:w="1808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760" w:after="0"/>
              <w:ind w:left="114" w:right="1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学习</w:t>
            </w:r>
          </w:p>
        </w:tc>
        <w:tc>
          <w:tcPr>
            <w:tcW w:type="dxa" w:w="2778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62" w:after="0"/>
              <w:ind w:left="422" w:right="42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1" name="Picture 1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04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62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2" name="Picture 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3" name="Picture 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3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4" name="Picture 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7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22" w:right="42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5" name="Picture 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6" name="Picture 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9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14" w:right="1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Tuesday </w:t>
            </w:r>
          </w:p>
        </w:tc>
        <w:tc>
          <w:tcPr>
            <w:tcW w:type="dxa" w:w="13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星期二</w:t>
            </w:r>
          </w:p>
        </w:tc>
        <w:tc>
          <w:tcPr>
            <w:tcW w:type="dxa" w:w="277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22" w:right="42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7" name="Picture 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0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8" name="Picture 1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9" name="Picture 1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1000"/>
        </w:trPr>
        <w:tc>
          <w:tcPr>
            <w:tcW w:type="dxa" w:w="33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0" name="Picture 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7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22" w:right="42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1" name="Picture 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12" w:right="10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2" name="Picture 1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0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03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94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中英文连线</w:t>
                  </w:r>
                </w:p>
              </w:tc>
              <w:tc>
                <w:tcPr>
                  <w:tcW w:type="dxa" w:w="46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用直线或序号将单词的中英文相连</w:t>
                  </w:r>
                </w:p>
              </w:tc>
              <w:tc>
                <w:tcPr>
                  <w:tcW w:type="dxa" w:w="20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6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3" name="Picture 183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8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9168"/>
        </w:trPr>
        <w:tc>
          <w:tcPr>
            <w:tcW w:type="dxa" w:w="406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82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little</w:t>
            </w:r>
          </w:p>
          <w:p>
            <w:pPr>
              <w:autoSpaceDN w:val="0"/>
              <w:autoSpaceDE w:val="0"/>
              <w:widowControl/>
              <w:spacing w:line="402" w:lineRule="exact" w:before="29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cool</w:t>
            </w:r>
          </w:p>
          <w:p>
            <w:pPr>
              <w:autoSpaceDN w:val="0"/>
              <w:autoSpaceDE w:val="0"/>
              <w:widowControl/>
              <w:spacing w:line="402" w:lineRule="exact" w:before="29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uncle</w:t>
            </w:r>
          </w:p>
          <w:p>
            <w:pPr>
              <w:autoSpaceDN w:val="0"/>
              <w:autoSpaceDE w:val="0"/>
              <w:widowControl/>
              <w:spacing w:line="402" w:lineRule="exact" w:before="29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aunt</w:t>
            </w:r>
          </w:p>
          <w:p>
            <w:pPr>
              <w:autoSpaceDN w:val="0"/>
              <w:autoSpaceDE w:val="0"/>
              <w:widowControl/>
              <w:spacing w:line="402" w:lineRule="exact" w:before="29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cute</w:t>
            </w:r>
          </w:p>
          <w:p>
            <w:pPr>
              <w:autoSpaceDN w:val="0"/>
              <w:autoSpaceDE w:val="0"/>
              <w:widowControl/>
              <w:spacing w:line="402" w:lineRule="exact" w:before="29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answer</w:t>
            </w:r>
          </w:p>
          <w:p>
            <w:pPr>
              <w:autoSpaceDN w:val="0"/>
              <w:autoSpaceDE w:val="0"/>
              <w:widowControl/>
              <w:spacing w:line="402" w:lineRule="exact" w:before="29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naughty</w:t>
            </w:r>
          </w:p>
          <w:p>
            <w:pPr>
              <w:autoSpaceDN w:val="0"/>
              <w:autoSpaceDE w:val="0"/>
              <w:widowControl/>
              <w:spacing w:line="402" w:lineRule="exact" w:before="29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bad</w:t>
            </w:r>
          </w:p>
          <w:p>
            <w:pPr>
              <w:autoSpaceDN w:val="0"/>
              <w:autoSpaceDE w:val="0"/>
              <w:widowControl/>
              <w:spacing w:line="402" w:lineRule="exact" w:before="29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nice</w:t>
            </w:r>
          </w:p>
          <w:p>
            <w:pPr>
              <w:autoSpaceDN w:val="0"/>
              <w:autoSpaceDE w:val="0"/>
              <w:widowControl/>
              <w:spacing w:line="402" w:lineRule="exact" w:before="29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shy</w:t>
            </w:r>
          </w:p>
          <w:p>
            <w:pPr>
              <w:autoSpaceDN w:val="0"/>
              <w:autoSpaceDE w:val="0"/>
              <w:widowControl/>
              <w:spacing w:line="402" w:lineRule="exact" w:before="29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call</w:t>
            </w:r>
          </w:p>
          <w:p>
            <w:pPr>
              <w:autoSpaceDN w:val="0"/>
              <w:autoSpaceDE w:val="0"/>
              <w:widowControl/>
              <w:spacing w:line="402" w:lineRule="exact" w:before="29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big</w:t>
            </w:r>
          </w:p>
        </w:tc>
        <w:tc>
          <w:tcPr>
            <w:tcW w:type="dxa" w:w="639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12" w:after="0"/>
              <w:ind w:left="1840" w:right="1840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(1) 幼小的，年幼的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96" w:right="239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(2) 酷的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60" w:right="160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(3) 伯父；叔父；舅父；姑父；姨父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60" w:right="160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(4) 姨母；姑母；舅母；伯母；婶母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96" w:right="239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(5) 可爱的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(6) 接（电话）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96" w:right="239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(7) 淘气的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080" w:right="2080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(8) 不好的，坏的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400" w:right="400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(9) 友好的，亲切的，讨人喜欢的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96" w:right="239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(10) 害羞的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760" w:right="760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(11) 电话；（给……）打电话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00" w:right="2200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(12) 年龄较大的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28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18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四年级下学期 / 外研版（主编：陈琳）（三年级起点）</w:t>
            </w:r>
          </w:p>
        </w:tc>
      </w:tr>
      <w:tr>
        <w:trPr>
          <w:trHeight w:hRule="exact" w:val="12916"/>
        </w:trPr>
        <w:tc>
          <w:tcPr>
            <w:tcW w:type="dxa" w:w="428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41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clever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city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whose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ship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close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beautiful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famous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queen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old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Wednesday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housework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homework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week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will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robot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have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learn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Tuesday</w:t>
            </w:r>
          </w:p>
        </w:tc>
        <w:tc>
          <w:tcPr>
            <w:tcW w:type="dxa" w:w="618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48" w:after="0"/>
              <w:ind w:left="2180" w:right="218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(13) 聪明的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80" w:right="218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(14) 城市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80" w:right="218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(15) 谁的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80" w:right="218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(16) 船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960" w:right="1960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(17) 近的，接近的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80" w:right="218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(18) 美丽的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80" w:right="218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(19) 著名的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80" w:right="218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(20) 女王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480" w:right="1480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(21) 年代久的，古老的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80" w:right="218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(22) 星期三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80" w:right="218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(23) 家务活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80" w:right="218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(24) 家庭作业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80" w:right="218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(25) 星期，周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80" w:right="218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(26) 将，将会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80" w:right="218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(27) 机器人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80" w:right="218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(28) 有，拥有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80" w:right="218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(29) 学习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80" w:right="218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(30) 星期二</w:t>
            </w:r>
          </w:p>
        </w:tc>
      </w:tr>
    </w:tbl>
    <w:p>
      <w:pPr>
        <w:autoSpaceDN w:val="0"/>
        <w:autoSpaceDE w:val="0"/>
        <w:widowControl/>
        <w:spacing w:line="19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04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字母顺序打乱</w:t>
                  </w:r>
                </w:p>
              </w:tc>
              <w:tc>
                <w:tcPr>
                  <w:tcW w:type="dxa" w:w="398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选出正确字母顺序的单词</w:t>
                  </w:r>
                </w:p>
              </w:tc>
              <w:tc>
                <w:tcPr>
                  <w:tcW w:type="dxa" w:w="23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4" name="Picture 184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498"/>
        </w:trPr>
        <w:tc>
          <w:tcPr>
            <w:tcW w:type="dxa" w:w="20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little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8" w:after="0"/>
              <w:ind w:left="620" w:right="62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eltilt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8" w:after="0"/>
              <w:ind w:left="622" w:right="6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tltlie</w:t>
            </w:r>
          </w:p>
        </w:tc>
        <w:tc>
          <w:tcPr>
            <w:tcW w:type="dxa" w:w="46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44" w:after="0"/>
              <w:ind w:left="620" w:right="6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幼小的，年幼的</w:t>
            </w:r>
          </w:p>
        </w:tc>
      </w:tr>
      <w:tr>
        <w:trPr>
          <w:trHeight w:hRule="exact" w:val="516"/>
        </w:trPr>
        <w:tc>
          <w:tcPr>
            <w:tcW w:type="dxa" w:w="20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cool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620" w:right="62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oolc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622" w:right="6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oolc</w:t>
            </w:r>
          </w:p>
        </w:tc>
        <w:tc>
          <w:tcPr>
            <w:tcW w:type="dxa" w:w="46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620" w:right="6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酷的</w:t>
            </w:r>
          </w:p>
        </w:tc>
      </w:tr>
      <w:tr>
        <w:trPr>
          <w:trHeight w:hRule="exact" w:val="1060"/>
        </w:trPr>
        <w:tc>
          <w:tcPr>
            <w:tcW w:type="dxa" w:w="201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622" w:right="62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clune</w:t>
            </w:r>
          </w:p>
        </w:tc>
        <w:tc>
          <w:tcPr>
            <w:tcW w:type="dxa" w:w="189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uncle</w:t>
            </w:r>
          </w:p>
        </w:tc>
        <w:tc>
          <w:tcPr>
            <w:tcW w:type="dxa" w:w="189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cluen</w:t>
            </w:r>
          </w:p>
        </w:tc>
        <w:tc>
          <w:tcPr>
            <w:tcW w:type="dxa" w:w="466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伯父；叔父；舅父；姑父；姨父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338"/>
        </w:trPr>
        <w:tc>
          <w:tcPr>
            <w:tcW w:type="dxa" w:w="238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18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8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29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四年级下学期 / 外研版（主编：陈琳）（三年级起点）</w:t>
            </w:r>
          </w:p>
        </w:tc>
      </w:tr>
      <w:tr>
        <w:trPr>
          <w:trHeight w:hRule="exact" w:val="790"/>
        </w:trPr>
        <w:tc>
          <w:tcPr>
            <w:tcW w:type="dxa" w:w="238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aunt</w:t>
            </w:r>
          </w:p>
        </w:tc>
        <w:tc>
          <w:tcPr>
            <w:tcW w:type="dxa" w:w="189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nuta</w:t>
            </w:r>
          </w:p>
        </w:tc>
        <w:tc>
          <w:tcPr>
            <w:tcW w:type="dxa" w:w="189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atnu</w:t>
            </w:r>
          </w:p>
        </w:tc>
        <w:tc>
          <w:tcPr>
            <w:tcW w:type="dxa" w:w="429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32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姨母；姑母；舅母；伯母；婶母</w:t>
            </w:r>
          </w:p>
        </w:tc>
      </w:tr>
      <w:tr>
        <w:trPr>
          <w:trHeight w:hRule="exact" w:val="520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cute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etcu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ucet</w:t>
            </w:r>
          </w:p>
        </w:tc>
        <w:tc>
          <w:tcPr>
            <w:tcW w:type="dxa" w:w="42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可爱的</w:t>
            </w:r>
          </w:p>
        </w:tc>
      </w:tr>
      <w:tr>
        <w:trPr>
          <w:trHeight w:hRule="exact" w:val="516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wesnra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nwreas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answer</w:t>
            </w:r>
          </w:p>
        </w:tc>
        <w:tc>
          <w:tcPr>
            <w:tcW w:type="dxa" w:w="42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接（电话）</w:t>
            </w:r>
          </w:p>
        </w:tc>
      </w:tr>
      <w:tr>
        <w:trPr>
          <w:trHeight w:hRule="exact" w:val="518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aynguht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naughty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gthauyn</w:t>
            </w:r>
          </w:p>
        </w:tc>
        <w:tc>
          <w:tcPr>
            <w:tcW w:type="dxa" w:w="42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淘气的</w:t>
            </w:r>
          </w:p>
        </w:tc>
      </w:tr>
      <w:tr>
        <w:trPr>
          <w:trHeight w:hRule="exact" w:val="518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abd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bad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adb</w:t>
            </w:r>
          </w:p>
        </w:tc>
        <w:tc>
          <w:tcPr>
            <w:tcW w:type="dxa" w:w="42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不好的，坏的</w:t>
            </w:r>
          </w:p>
        </w:tc>
      </w:tr>
      <w:tr>
        <w:trPr>
          <w:trHeight w:hRule="exact" w:val="516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einc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niec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nice</w:t>
            </w:r>
          </w:p>
        </w:tc>
        <w:tc>
          <w:tcPr>
            <w:tcW w:type="dxa" w:w="42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友好的，亲切的，讨人喜欢的</w:t>
            </w:r>
          </w:p>
        </w:tc>
      </w:tr>
      <w:tr>
        <w:trPr>
          <w:trHeight w:hRule="exact" w:val="518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shy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yhs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syh</w:t>
            </w:r>
          </w:p>
        </w:tc>
        <w:tc>
          <w:tcPr>
            <w:tcW w:type="dxa" w:w="42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害羞的</w:t>
            </w:r>
          </w:p>
        </w:tc>
      </w:tr>
      <w:tr>
        <w:trPr>
          <w:trHeight w:hRule="exact" w:val="518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clal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call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alcl</w:t>
            </w:r>
          </w:p>
        </w:tc>
        <w:tc>
          <w:tcPr>
            <w:tcW w:type="dxa" w:w="42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电话；（给……）打电话</w:t>
            </w:r>
          </w:p>
        </w:tc>
      </w:tr>
      <w:tr>
        <w:trPr>
          <w:trHeight w:hRule="exact" w:val="516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ibg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igb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big</w:t>
            </w:r>
          </w:p>
        </w:tc>
        <w:tc>
          <w:tcPr>
            <w:tcW w:type="dxa" w:w="42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年龄较大的</w:t>
            </w:r>
          </w:p>
        </w:tc>
      </w:tr>
      <w:tr>
        <w:trPr>
          <w:trHeight w:hRule="exact" w:val="518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clever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vrlcee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crlvee</w:t>
            </w:r>
          </w:p>
        </w:tc>
        <w:tc>
          <w:tcPr>
            <w:tcW w:type="dxa" w:w="42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聪明的</w:t>
            </w:r>
          </w:p>
        </w:tc>
      </w:tr>
      <w:tr>
        <w:trPr>
          <w:trHeight w:hRule="exact" w:val="516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ytic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ctiy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city</w:t>
            </w:r>
          </w:p>
        </w:tc>
        <w:tc>
          <w:tcPr>
            <w:tcW w:type="dxa" w:w="42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城市</w:t>
            </w:r>
          </w:p>
        </w:tc>
      </w:tr>
      <w:tr>
        <w:trPr>
          <w:trHeight w:hRule="exact" w:val="520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whoes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osehw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whose</w:t>
            </w:r>
          </w:p>
        </w:tc>
        <w:tc>
          <w:tcPr>
            <w:tcW w:type="dxa" w:w="42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谁的</w:t>
            </w:r>
          </w:p>
        </w:tc>
      </w:tr>
      <w:tr>
        <w:trPr>
          <w:trHeight w:hRule="exact" w:val="516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ishp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ship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hsip</w:t>
            </w:r>
          </w:p>
        </w:tc>
        <w:tc>
          <w:tcPr>
            <w:tcW w:type="dxa" w:w="42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船</w:t>
            </w:r>
          </w:p>
        </w:tc>
      </w:tr>
      <w:tr>
        <w:trPr>
          <w:trHeight w:hRule="exact" w:val="518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scole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escol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close</w:t>
            </w:r>
          </w:p>
        </w:tc>
        <w:tc>
          <w:tcPr>
            <w:tcW w:type="dxa" w:w="42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近的，接近的</w:t>
            </w:r>
          </w:p>
        </w:tc>
      </w:tr>
      <w:tr>
        <w:trPr>
          <w:trHeight w:hRule="exact" w:val="516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580" w:right="58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beautiful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etbulfuia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bfiltueau</w:t>
            </w:r>
          </w:p>
        </w:tc>
        <w:tc>
          <w:tcPr>
            <w:tcW w:type="dxa" w:w="42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美丽的</w:t>
            </w:r>
          </w:p>
        </w:tc>
      </w:tr>
      <w:tr>
        <w:trPr>
          <w:trHeight w:hRule="exact" w:val="520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fouasm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famous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fuasom</w:t>
            </w:r>
          </w:p>
        </w:tc>
        <w:tc>
          <w:tcPr>
            <w:tcW w:type="dxa" w:w="42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著名的</w:t>
            </w:r>
          </w:p>
        </w:tc>
      </w:tr>
      <w:tr>
        <w:trPr>
          <w:trHeight w:hRule="exact" w:val="516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nquee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queen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qeenu</w:t>
            </w:r>
          </w:p>
        </w:tc>
        <w:tc>
          <w:tcPr>
            <w:tcW w:type="dxa" w:w="42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女王</w:t>
            </w:r>
          </w:p>
        </w:tc>
      </w:tr>
      <w:tr>
        <w:trPr>
          <w:trHeight w:hRule="exact" w:val="518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old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dol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ldo</w:t>
            </w:r>
          </w:p>
        </w:tc>
        <w:tc>
          <w:tcPr>
            <w:tcW w:type="dxa" w:w="42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年代久的，古老的</w:t>
            </w:r>
          </w:p>
        </w:tc>
      </w:tr>
      <w:tr>
        <w:trPr>
          <w:trHeight w:hRule="exact" w:val="518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deynsdeaW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Weysddaen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Wednesday</w:t>
            </w:r>
          </w:p>
        </w:tc>
        <w:tc>
          <w:tcPr>
            <w:tcW w:type="dxa" w:w="42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星期三</w:t>
            </w:r>
          </w:p>
        </w:tc>
      </w:tr>
      <w:tr>
        <w:trPr>
          <w:trHeight w:hRule="exact" w:val="516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0" w:right="33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uooshkerw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kesurwooh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housework</w:t>
            </w:r>
          </w:p>
        </w:tc>
        <w:tc>
          <w:tcPr>
            <w:tcW w:type="dxa" w:w="42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家务活</w:t>
            </w:r>
          </w:p>
        </w:tc>
      </w:tr>
      <w:tr>
        <w:trPr>
          <w:trHeight w:hRule="exact" w:val="518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62" w:right="36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homework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howemokr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rhokoewm</w:t>
            </w:r>
          </w:p>
        </w:tc>
        <w:tc>
          <w:tcPr>
            <w:tcW w:type="dxa" w:w="42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家庭作业</w:t>
            </w:r>
          </w:p>
        </w:tc>
      </w:tr>
      <w:tr>
        <w:trPr>
          <w:trHeight w:hRule="exact" w:val="516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ewke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week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wkee</w:t>
            </w:r>
          </w:p>
        </w:tc>
        <w:tc>
          <w:tcPr>
            <w:tcW w:type="dxa" w:w="42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星期，周</w:t>
            </w:r>
          </w:p>
        </w:tc>
      </w:tr>
      <w:tr>
        <w:trPr>
          <w:trHeight w:hRule="exact" w:val="518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wlil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will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lilw</w:t>
            </w:r>
          </w:p>
        </w:tc>
        <w:tc>
          <w:tcPr>
            <w:tcW w:type="dxa" w:w="42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将，将会</w:t>
            </w:r>
          </w:p>
        </w:tc>
      </w:tr>
      <w:tr>
        <w:trPr>
          <w:trHeight w:hRule="exact" w:val="518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robot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oobrt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tboor</w:t>
            </w:r>
          </w:p>
        </w:tc>
        <w:tc>
          <w:tcPr>
            <w:tcW w:type="dxa" w:w="42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机器人</w:t>
            </w:r>
          </w:p>
        </w:tc>
      </w:tr>
      <w:tr>
        <w:trPr>
          <w:trHeight w:hRule="exact" w:val="518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vahe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evah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have</w:t>
            </w:r>
          </w:p>
        </w:tc>
        <w:tc>
          <w:tcPr>
            <w:tcW w:type="dxa" w:w="42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有，拥有</w:t>
            </w:r>
          </w:p>
        </w:tc>
      </w:tr>
      <w:tr>
        <w:trPr>
          <w:trHeight w:hRule="exact" w:val="516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learn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alern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elarn</w:t>
            </w:r>
          </w:p>
        </w:tc>
        <w:tc>
          <w:tcPr>
            <w:tcW w:type="dxa" w:w="42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学习</w:t>
            </w:r>
          </w:p>
        </w:tc>
      </w:tr>
      <w:tr>
        <w:trPr>
          <w:trHeight w:hRule="exact" w:val="604"/>
        </w:trPr>
        <w:tc>
          <w:tcPr>
            <w:tcW w:type="dxa" w:w="2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630" w:right="63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yTeusad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esydTua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46" w:right="2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Tuesday</w:t>
            </w:r>
          </w:p>
        </w:tc>
        <w:tc>
          <w:tcPr>
            <w:tcW w:type="dxa" w:w="42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星期二</w:t>
            </w:r>
          </w:p>
        </w:tc>
      </w:tr>
    </w:tbl>
    <w:p>
      <w:pPr>
        <w:autoSpaceDN w:val="0"/>
        <w:autoSpaceDE w:val="0"/>
        <w:widowControl/>
        <w:spacing w:line="14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05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单词填空</w:t>
                  </w:r>
                </w:p>
              </w:tc>
              <w:tc>
                <w:tcPr>
                  <w:tcW w:type="dxa" w:w="42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填写单词所缺的2个字母</w:t>
                  </w:r>
                </w:p>
              </w:tc>
              <w:tc>
                <w:tcPr>
                  <w:tcW w:type="dxa" w:w="27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6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5" name="Picture 185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12" w:lineRule="exact" w:before="82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13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549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496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四年级下学期 / 外研版（主编：陈琳）（三年级起点）</w:t>
            </w:r>
          </w:p>
        </w:tc>
      </w:tr>
      <w:tr>
        <w:trPr>
          <w:trHeight w:hRule="exact" w:val="2346"/>
        </w:trPr>
        <w:tc>
          <w:tcPr>
            <w:tcW w:type="dxa" w:w="549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56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幼小的，年幼的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66" w:right="66" w:firstLine="0"/>
              <w:jc w:val="righ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伯父；叔父；舅父；姑父；姨</w:t>
            </w:r>
          </w:p>
        </w:tc>
        <w:tc>
          <w:tcPr>
            <w:tcW w:type="dxa" w:w="496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568" w:after="0"/>
              <w:ind w:left="316" w:right="316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酷的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au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姨母；姑母；舅母；伯母；婶母</w:t>
            </w:r>
          </w:p>
        </w:tc>
      </w:tr>
    </w:tbl>
    <w:p>
      <w:pPr>
        <w:autoSpaceDN w:val="0"/>
        <w:autoSpaceDE w:val="0"/>
        <w:widowControl/>
        <w:spacing w:line="240" w:lineRule="exact" w:before="358" w:after="316"/>
        <w:ind w:left="2314" w:right="2314" w:firstLine="0"/>
        <w:jc w:val="left"/>
      </w:pPr>
      <w:r>
        <w:rPr>
          <w:rFonts w:ascii="宋体" w:hAnsi="宋体" w:eastAsia="宋体"/>
          <w:b w:val="0"/>
          <w:i w:val="0"/>
          <w:color w:val="555D5D"/>
          <w:sz w:val="24"/>
        </w:rPr>
        <w:t>父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12692"/>
        </w:trPr>
        <w:tc>
          <w:tcPr>
            <w:tcW w:type="dxa" w:w="540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314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可爱的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nau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淘气的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52" w:right="15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友好的，亲切的，讨人喜欢的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650" w:right="650" w:firstLine="0"/>
              <w:jc w:val="righ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电话；（给……）打电话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ver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聪明的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谁的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los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近的，接近的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am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著名的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年代久的，古老的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ework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家务活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星期，周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rob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机器人</w:t>
            </w:r>
          </w:p>
        </w:tc>
        <w:tc>
          <w:tcPr>
            <w:tcW w:type="dxa" w:w="505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314" w:after="0"/>
              <w:ind w:left="152" w:right="15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接（电话）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52" w:right="15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不好的，坏的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402" w:right="402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害羞的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76" w:right="776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年龄较大的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76" w:right="776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城市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402" w:right="402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船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52" w:right="15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beaut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fu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美丽的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52" w:right="15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q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女王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52" w:right="15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Wedne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星期三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52" w:right="15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homew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家庭作业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402" w:right="402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将，将会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52" w:right="15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v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有，拥有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14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15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30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四年级下学期 / 外研版（主编：陈琳）（三年级起点）</w:t>
            </w:r>
          </w:p>
        </w:tc>
      </w:tr>
      <w:tr>
        <w:trPr>
          <w:trHeight w:hRule="exact" w:val="1246"/>
        </w:trPr>
        <w:tc>
          <w:tcPr>
            <w:tcW w:type="dxa" w:w="415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56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学习</w:t>
            </w:r>
          </w:p>
        </w:tc>
        <w:tc>
          <w:tcPr>
            <w:tcW w:type="dxa" w:w="630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568" w:after="0"/>
              <w:ind w:left="1402" w:right="140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Tues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星期二</w:t>
            </w:r>
          </w:p>
        </w:tc>
      </w:tr>
    </w:tbl>
    <w:p>
      <w:pPr>
        <w:autoSpaceDN w:val="0"/>
        <w:autoSpaceDE w:val="0"/>
        <w:widowControl/>
        <w:spacing w:line="26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06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4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看中文写英文</w:t>
                  </w:r>
                </w:p>
              </w:tc>
              <w:tc>
                <w:tcPr>
                  <w:tcW w:type="dxa" w:w="42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在空白处写出对应的英文单词</w:t>
                  </w:r>
                </w:p>
              </w:tc>
              <w:tc>
                <w:tcPr>
                  <w:tcW w:type="dxa" w:w="21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200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6" name="Picture 186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2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53.9999999999999" w:type="dxa"/>
      </w:tblPr>
      <w:tblGrid>
        <w:gridCol w:w="3497"/>
        <w:gridCol w:w="3497"/>
        <w:gridCol w:w="3497"/>
      </w:tblGrid>
      <w:tr>
        <w:trPr>
          <w:trHeight w:hRule="exact" w:val="1022"/>
        </w:trPr>
        <w:tc>
          <w:tcPr>
            <w:tcW w:type="dxa" w:w="51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352" w:right="35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7" name="Picture 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幼小的，年幼的 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8" name="Picture 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22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酷的 </w:t>
            </w:r>
          </w:p>
        </w:tc>
      </w:tr>
      <w:tr>
        <w:trPr>
          <w:trHeight w:hRule="exact" w:val="570"/>
        </w:trPr>
        <w:tc>
          <w:tcPr>
            <w:tcW w:type="dxa" w:w="51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00" w:after="0"/>
              <w:ind w:left="312" w:right="31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伯父；叔父；舅父；姑父</w:t>
            </w:r>
          </w:p>
        </w:tc>
        <w:tc>
          <w:tcPr>
            <w:tcW w:type="dxa" w:w="189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602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9" name="Picture 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8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00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姨母；姑母；舅母；伯母</w:t>
            </w:r>
          </w:p>
        </w:tc>
      </w:tr>
      <w:tr>
        <w:trPr>
          <w:trHeight w:hRule="exact" w:val="682"/>
        </w:trPr>
        <w:tc>
          <w:tcPr>
            <w:tcW w:type="dxa" w:w="51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32" w:after="0"/>
              <w:ind w:left="352" w:right="35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0" name="Picture 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497"/>
            <w:vMerge/>
            <w:tcBorders/>
          </w:tcPr>
          <w:p/>
        </w:tc>
        <w:tc>
          <w:tcPr>
            <w:tcW w:type="dxa" w:w="3497"/>
            <w:vMerge/>
            <w:tcBorders/>
          </w:tcPr>
          <w:p/>
        </w:tc>
      </w:tr>
      <w:tr>
        <w:trPr>
          <w:trHeight w:hRule="exact" w:val="568"/>
        </w:trPr>
        <w:tc>
          <w:tcPr>
            <w:tcW w:type="dxa" w:w="51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8" w:after="0"/>
              <w:ind w:left="2112" w:right="211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；姨父 </w:t>
            </w:r>
          </w:p>
        </w:tc>
        <w:tc>
          <w:tcPr>
            <w:tcW w:type="dxa" w:w="189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5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1" name="Picture 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8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；婶母 </w:t>
            </w:r>
          </w:p>
        </w:tc>
      </w:tr>
      <w:tr>
        <w:trPr>
          <w:trHeight w:hRule="exact" w:val="380"/>
        </w:trPr>
        <w:tc>
          <w:tcPr>
            <w:tcW w:type="dxa" w:w="514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82" w:after="0"/>
              <w:ind w:left="352" w:right="35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2" name="Picture 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可爱的 </w:t>
            </w:r>
          </w:p>
        </w:tc>
        <w:tc>
          <w:tcPr>
            <w:tcW w:type="dxa" w:w="3497"/>
            <w:vMerge/>
            <w:tcBorders/>
          </w:tcPr>
          <w:p/>
        </w:tc>
        <w:tc>
          <w:tcPr>
            <w:tcW w:type="dxa" w:w="3497"/>
            <w:vMerge/>
            <w:tcBorders/>
          </w:tcPr>
          <w:p/>
        </w:tc>
      </w:tr>
      <w:tr>
        <w:trPr>
          <w:trHeight w:hRule="exact" w:val="702"/>
        </w:trPr>
        <w:tc>
          <w:tcPr>
            <w:tcW w:type="dxa" w:w="3497"/>
            <w:vMerge/>
            <w:tcBorders/>
          </w:tcPr>
          <w:p/>
        </w:tc>
        <w:tc>
          <w:tcPr>
            <w:tcW w:type="dxa" w:w="3497"/>
            <w:vMerge/>
            <w:tcBorders/>
          </w:tcPr>
          <w:p/>
        </w:tc>
        <w:tc>
          <w:tcPr>
            <w:tcW w:type="dxa" w:w="28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00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接（电话） </w:t>
            </w:r>
          </w:p>
        </w:tc>
      </w:tr>
      <w:tr>
        <w:trPr>
          <w:trHeight w:hRule="exact" w:val="1000"/>
        </w:trPr>
        <w:tc>
          <w:tcPr>
            <w:tcW w:type="dxa" w:w="51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52" w:right="35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3" name="Picture 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淘气的 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4" name="Picture 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不好的，坏的 </w:t>
            </w:r>
          </w:p>
        </w:tc>
      </w:tr>
      <w:tr>
        <w:trPr>
          <w:trHeight w:hRule="exact" w:val="668"/>
        </w:trPr>
        <w:tc>
          <w:tcPr>
            <w:tcW w:type="dxa" w:w="51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72" w:right="7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友好的，亲切的，讨人喜欢</w:t>
            </w:r>
          </w:p>
        </w:tc>
        <w:tc>
          <w:tcPr>
            <w:tcW w:type="dxa" w:w="189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5" name="Picture 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8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害羞的 </w:t>
            </w:r>
          </w:p>
        </w:tc>
      </w:tr>
      <w:tr>
        <w:trPr>
          <w:trHeight w:hRule="exact" w:val="680"/>
        </w:trPr>
        <w:tc>
          <w:tcPr>
            <w:tcW w:type="dxa" w:w="51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32" w:after="0"/>
              <w:ind w:left="352" w:right="35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6" name="Picture 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497"/>
            <w:vMerge/>
            <w:tcBorders/>
          </w:tcPr>
          <w:p/>
        </w:tc>
        <w:tc>
          <w:tcPr>
            <w:tcW w:type="dxa" w:w="3497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40" w:lineRule="exact" w:before="50" w:after="280"/>
        <w:ind w:left="2546" w:right="2546" w:firstLine="0"/>
        <w:jc w:val="left"/>
      </w:pPr>
      <w:r>
        <w:rPr>
          <w:rFonts w:ascii="宋体" w:hAnsi="宋体" w:eastAsia="宋体"/>
          <w:b w:val="0"/>
          <w:i w:val="0"/>
          <w:color w:val="363639"/>
          <w:sz w:val="24"/>
        </w:rPr>
        <w:t xml:space="preserve">的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1082"/>
        </w:trPr>
        <w:tc>
          <w:tcPr>
            <w:tcW w:type="dxa" w:w="54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82" w:after="0"/>
              <w:ind w:left="132" w:right="13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7" name="Picture 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电话；（给……）打电话 </w:t>
            </w:r>
          </w:p>
        </w:tc>
        <w:tc>
          <w:tcPr>
            <w:tcW w:type="dxa" w:w="19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82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8" name="Picture 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80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年龄较大的 </w:t>
            </w:r>
          </w:p>
        </w:tc>
      </w:tr>
      <w:tr>
        <w:trPr>
          <w:trHeight w:hRule="exact" w:val="1000"/>
        </w:trPr>
        <w:tc>
          <w:tcPr>
            <w:tcW w:type="dxa" w:w="54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9" name="Picture 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聪明的 </w:t>
            </w:r>
          </w:p>
        </w:tc>
        <w:tc>
          <w:tcPr>
            <w:tcW w:type="dxa" w:w="19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0" name="Picture 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城市 </w:t>
            </w:r>
          </w:p>
        </w:tc>
      </w:tr>
      <w:tr>
        <w:trPr>
          <w:trHeight w:hRule="exact" w:val="1000"/>
        </w:trPr>
        <w:tc>
          <w:tcPr>
            <w:tcW w:type="dxa" w:w="54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1" name="Picture 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谁的 </w:t>
            </w:r>
          </w:p>
        </w:tc>
        <w:tc>
          <w:tcPr>
            <w:tcW w:type="dxa" w:w="19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2" name="Picture 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船 </w:t>
            </w:r>
          </w:p>
        </w:tc>
      </w:tr>
      <w:tr>
        <w:trPr>
          <w:trHeight w:hRule="exact" w:val="1000"/>
        </w:trPr>
        <w:tc>
          <w:tcPr>
            <w:tcW w:type="dxa" w:w="54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3" name="Picture 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近的，接近的 </w:t>
            </w:r>
          </w:p>
        </w:tc>
        <w:tc>
          <w:tcPr>
            <w:tcW w:type="dxa" w:w="19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4" name="Picture 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美丽的 </w:t>
            </w:r>
          </w:p>
        </w:tc>
      </w:tr>
      <w:tr>
        <w:trPr>
          <w:trHeight w:hRule="exact" w:val="1000"/>
        </w:trPr>
        <w:tc>
          <w:tcPr>
            <w:tcW w:type="dxa" w:w="54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5" name="Picture 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著名的 </w:t>
            </w:r>
          </w:p>
        </w:tc>
        <w:tc>
          <w:tcPr>
            <w:tcW w:type="dxa" w:w="19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6" name="Picture 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女王 </w:t>
            </w:r>
          </w:p>
        </w:tc>
      </w:tr>
      <w:tr>
        <w:trPr>
          <w:trHeight w:hRule="exact" w:val="1662"/>
        </w:trPr>
        <w:tc>
          <w:tcPr>
            <w:tcW w:type="dxa" w:w="543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7" name="Picture 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年代久的，古老的 </w:t>
            </w:r>
          </w:p>
        </w:tc>
        <w:tc>
          <w:tcPr>
            <w:tcW w:type="dxa" w:w="195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8" name="Picture 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星期三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15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338"/>
        </w:trPr>
        <w:tc>
          <w:tcPr>
            <w:tcW w:type="dxa" w:w="45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868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四年级下学期 / 外研版（主编：陈琳）（三年级起点）</w:t>
            </w:r>
          </w:p>
        </w:tc>
      </w:tr>
      <w:tr>
        <w:trPr>
          <w:trHeight w:hRule="exact" w:val="1306"/>
        </w:trPr>
        <w:tc>
          <w:tcPr>
            <w:tcW w:type="dxa" w:w="4592"/>
            <w:vMerge w:val="restart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9" name="Picture 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家务活 </w:t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0" name="Picture 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星期，周 </w:t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1" name="Picture 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机器人 </w:t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2" name="Picture 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学习 </w:t>
            </w:r>
          </w:p>
        </w:tc>
        <w:tc>
          <w:tcPr>
            <w:tcW w:type="dxa" w:w="279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3" name="Picture 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家庭作业 </w:t>
            </w:r>
          </w:p>
        </w:tc>
      </w:tr>
      <w:tr>
        <w:trPr>
          <w:trHeight w:hRule="exact" w:val="1000"/>
        </w:trPr>
        <w:tc>
          <w:tcPr>
            <w:tcW w:type="dxa" w:w="3497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  <w:tc>
          <w:tcPr>
            <w:tcW w:type="dxa" w:w="27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4" name="Picture 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将，将会 </w:t>
            </w:r>
          </w:p>
        </w:tc>
      </w:tr>
      <w:tr>
        <w:trPr>
          <w:trHeight w:hRule="exact" w:val="1000"/>
        </w:trPr>
        <w:tc>
          <w:tcPr>
            <w:tcW w:type="dxa" w:w="3497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  <w:tc>
          <w:tcPr>
            <w:tcW w:type="dxa" w:w="27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5" name="Picture 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有，拥有 </w:t>
            </w:r>
          </w:p>
        </w:tc>
      </w:tr>
      <w:tr>
        <w:trPr>
          <w:trHeight w:hRule="exact" w:val="12646"/>
        </w:trPr>
        <w:tc>
          <w:tcPr>
            <w:tcW w:type="dxa" w:w="3497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  <w:tc>
          <w:tcPr>
            <w:tcW w:type="dxa" w:w="27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6" name="Picture 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星期二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16</w:t>
      </w:r>
    </w:p>
    <w:sectPr w:rsidR="00FC693F" w:rsidRPr="0006063C" w:rsidSect="00034616">
      <w:pgSz w:w="11900" w:h="16840"/>
      <w:pgMar w:top="76" w:right="694" w:bottom="70" w:left="71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