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2025年统考试题及答案</w:t>
      </w:r>
    </w:p>
    <w:p>
      <w:r>
        <w:br/>
        <w:t xml:space="preserve"> 一、单项选择题（共10题，每题2分，共20分）</w:t>
        <w:br/>
        <w:br/>
        <w:t>1. 中国古代四大发明不包括以下哪一项？</w:t>
        <w:br/>
        <w:br/>
        <w:t>A. 造纸术</w:t>
        <w:br/>
        <w:br/>
        <w:t>B. 指南针</w:t>
        <w:br/>
        <w:br/>
        <w:t>C. 火药</w:t>
        <w:br/>
        <w:br/>
        <w:t>D. 望远镜</w:t>
        <w:br/>
        <w:br/>
        <w:t>2. 下列哪个元素不属于生命的基本元素？</w:t>
        <w:br/>
        <w:br/>
        <w:t>A. 碳</w:t>
        <w:br/>
        <w:br/>
        <w:t>B. 氢</w:t>
        <w:br/>
        <w:br/>
        <w:t>C. 氮</w:t>
        <w:br/>
        <w:br/>
        <w:t>D. 硅</w:t>
        <w:br/>
        <w:br/>
        <w:t>3. 中国历史上第一个统一的封建王朝是：</w:t>
        <w:br/>
        <w:br/>
        <w:t>A. 夏朝</w:t>
        <w:br/>
        <w:br/>
        <w:t>B. 商朝</w:t>
        <w:br/>
        <w:br/>
        <w:t>C. 周朝</w:t>
        <w:br/>
        <w:br/>
        <w:t>D. 秦朝</w:t>
        <w:br/>
        <w:br/>
        <w:t>4. 下列哪个不是可再生能源？</w:t>
        <w:br/>
        <w:br/>
        <w:t>A. 太阳能</w:t>
        <w:br/>
        <w:br/>
        <w:t>B. 风能</w:t>
        <w:br/>
        <w:br/>
        <w:t>C. 天然气</w:t>
        <w:br/>
        <w:br/>
        <w:t>D. 水能</w:t>
        <w:br/>
        <w:br/>
        <w:t>5. 光在真空中的传播速度约为：</w:t>
        <w:br/>
        <w:br/>
        <w:t>A. 3×10⁵米/秒</w:t>
        <w:br/>
        <w:br/>
        <w:t>B. 3×10⁶米/秒</w:t>
        <w:br/>
        <w:br/>
        <w:t>C. 3×10⁷米/秒</w:t>
        <w:br/>
        <w:br/>
        <w:t>D. 3×10⁸米/秒</w:t>
        <w:br/>
        <w:br/>
        <w:t>6. 下列哪个城市不是中国的直辖市？</w:t>
        <w:br/>
        <w:br/>
        <w:t>A. 北京</w:t>
        <w:br/>
        <w:br/>
        <w:t>B. 上海</w:t>
        <w:br/>
        <w:br/>
        <w:t>C. 广州</w:t>
        <w:br/>
        <w:br/>
        <w:t>D. 重庆</w:t>
        <w:br/>
        <w:br/>
        <w:t>7. 下列哪个是计算机中最基本的存储单位？</w:t>
        <w:br/>
        <w:br/>
        <w:t>A. 位(bit)</w:t>
        <w:br/>
        <w:br/>
        <w:t>B. 字节(Byte)</w:t>
        <w:br/>
        <w:br/>
        <w:t>C. 千字节(KB)</w:t>
        <w:br/>
        <w:br/>
        <w:t>D. 兆字节(MB)</w:t>
        <w:br/>
        <w:br/>
        <w:t>8. 下列哪个不是哺乳动物的特征？</w:t>
        <w:br/>
        <w:br/>
        <w:t>A. 胎生</w:t>
        <w:br/>
        <w:br/>
        <w:t>B. 哺乳</w:t>
        <w:br/>
        <w:br/>
        <w:t>C. 恒温</w:t>
        <w:br/>
        <w:br/>
        <w:t>D. 卵生</w:t>
        <w:br/>
        <w:br/>
        <w:t>9. 下列哪个不是中国古代四大名著？</w:t>
        <w:br/>
        <w:br/>
        <w:t>A. 《红楼梦》</w:t>
        <w:br/>
        <w:br/>
        <w:t>B. 《西游记》</w:t>
        <w:br/>
        <w:br/>
        <w:t>C. 《水浒传》</w:t>
        <w:br/>
        <w:br/>
        <w:t>D. 《三国演义》</w:t>
        <w:br/>
        <w:br/>
        <w:t>E. 《聊斋志异》</w:t>
        <w:br/>
        <w:br/>
        <w:t>10. 下列哪个是人体最大的器官？</w:t>
        <w:br/>
        <w:br/>
        <w:t>A. 心脏</w:t>
        <w:br/>
        <w:br/>
        <w:t>B. 肝脏</w:t>
        <w:br/>
        <w:br/>
        <w:t>C. 皮肤</w:t>
        <w:br/>
        <w:br/>
        <w:t>D. 肺</w:t>
        <w:br/>
        <w:br/>
        <w:t xml:space="preserve"> 二、判断题（共5题，每题2分，共10分）</w:t>
        <w:br/>
        <w:br/>
        <w:t>1. 地球是太阳系中唯一存在已知生命的行星。（ ）</w:t>
        <w:br/>
        <w:br/>
        <w:t>2. 光合作用是植物将光能转化为化学能的过程。（ ）</w:t>
        <w:br/>
        <w:br/>
        <w:t>3. 中国的首都是上海。（ ）</w:t>
        <w:br/>
        <w:br/>
        <w:t>4. 水的化学式是H₂O。（ ）</w:t>
        <w:br/>
        <w:br/>
        <w:t>5. 计算机病毒是一种生物病毒。（ ）</w:t>
        <w:br/>
        <w:br/>
        <w:t xml:space="preserve"> 三、多项选择题（共2题，每题2分，共4分）</w:t>
        <w:br/>
        <w:br/>
        <w:t>1. 下列哪些是中国的传统节日？（ ）</w:t>
        <w:br/>
        <w:br/>
        <w:t>A. 春节</w:t>
        <w:br/>
        <w:br/>
        <w:t>B. 元宵节</w:t>
        <w:br/>
        <w:br/>
        <w:t>C. 感恩节</w:t>
        <w:br/>
        <w:br/>
        <w:t>D. 中秋节</w:t>
        <w:br/>
        <w:br/>
        <w:t>E. 圣诞节</w:t>
        <w:br/>
        <w:br/>
        <w:t>2. 下列哪些是物理变化？（ ）</w:t>
        <w:br/>
        <w:br/>
        <w:t>A. 水结冰</w:t>
        <w:br/>
        <w:br/>
        <w:t>B. 铁生锈</w:t>
        <w:br/>
        <w:br/>
        <w:t>C. 水蒸发</w:t>
        <w:br/>
        <w:br/>
        <w:t>D. 纸张燃烧</w:t>
        <w:br/>
        <w:br/>
        <w:t>E. 食物腐烂</w:t>
        <w:br/>
        <w:br/>
        <w:t xml:space="preserve"> 四、填空题（共5题，每题2分，共10分）</w:t>
        <w:br/>
        <w:br/>
        <w:t>1. 中国的首都是______。</w:t>
        <w:br/>
        <w:br/>
        <w:t>2. 光合作用的原料是二氧化碳和______。</w:t>
        <w:br/>
        <w:br/>
        <w:t>3. 计算机硬件系统由运算器、控制器、存储器、输入设备和______组成。</w:t>
        <w:br/>
        <w:br/>
        <w:t>4. 中国古代的"四书五经"中，"四书"指的是《大学》、《中庸》、《论语》和______。</w:t>
        <w:br/>
        <w:br/>
        <w:t>5. 牛顿第一定律也称为______定律。</w:t>
        <w:br/>
        <w:br/>
        <w:t xml:space="preserve"> 五、简答题（共2题，每题5分，共10分）</w:t>
        <w:br/>
        <w:br/>
        <w:t>1. 简述全球气候变暖的主要原因及其可能带来的影响。</w:t>
        <w:br/>
        <w:br/>
        <w:t>2. 请简述细胞呼吸的基本过程及其意义。</w:t>
        <w:br/>
        <w:br/>
        <w:t xml:space="preserve"> 参考答案及解析</w:t>
        <w:br/>
        <w:br/>
        <w:t xml:space="preserve"> 一、单项选择题</w:t>
        <w:br/>
        <w:br/>
        <w:t>1. 答案：D</w:t>
        <w:br/>
        <w:br/>
        <w:t>解析：中国古代四大发明是造纸术、指南针、火药和印刷术。望远镜是后来发明的观测工具，不属于中国古代四大发明。</w:t>
        <w:br/>
        <w:br/>
        <w:t>2. 答案：D</w:t>
        <w:br/>
        <w:br/>
        <w:t>解析：生命的基本元素包括碳、氢、氧、氮、磷、硫等，其中碳、氢、氮是最基本的元素。硅虽然在地壳中含量丰富，但不是生命的基本元素。</w:t>
        <w:br/>
        <w:br/>
        <w:t>3. 答案：D</w:t>
        <w:br/>
        <w:br/>
        <w:t>解析：中国历史上第一个统一的封建王朝是秦朝，秦始皇统一六国后建立了中央集权的封建制度。夏朝、商朝、周朝都是奴隶制社会。</w:t>
        <w:br/>
        <w:br/>
        <w:t>4. 答案：C</w:t>
        <w:br/>
        <w:br/>
        <w:t>解析：可再生能源是指可以再生的能源，包括太阳能、风能、水能、生物质能等。天然气是不可再生能源，属于化石能源。</w:t>
        <w:br/>
        <w:br/>
        <w:t>5. 答案：D</w:t>
        <w:br/>
        <w:br/>
        <w:t>解析：光在真空中的传播速度约为3×10⁸米/秒，这是物理学中的一个基本常数，也是宇宙中信息传播的最高速度。</w:t>
        <w:br/>
        <w:br/>
        <w:t>6. 答案：C</w:t>
        <w:br/>
        <w:br/>
        <w:t>解析：中国的直辖市包括北京、上海、天津和重庆，广州是广东省的省会，不是直辖市。</w:t>
        <w:br/>
        <w:br/>
        <w:t>7. 答案：B</w:t>
        <w:br/>
        <w:br/>
        <w:t>解析：计算机中最基本的存储单位是位(bit)，但最基本的可寻址存储单位是字节(Byte)，通常计算机的存储容量以字节为单位进行计算。</w:t>
        <w:br/>
        <w:br/>
        <w:t>8. 答案：D</w:t>
        <w:br/>
        <w:br/>
        <w:t>解析：哺乳动物的主要特征包括胎生、哺乳、恒温等。卵生是爬行动物、鸟类等动物的特征，不是哺乳动物的特征。</w:t>
        <w:br/>
        <w:br/>
        <w:t>9. 答案：E</w:t>
        <w:br/>
        <w:br/>
        <w:t>解析：中国古代四大名著是《红楼梦》、《西游记》、《水浒传》和《三国演义》。《聊斋志异》是清代蒲松龄创作的短篇小说集，不属于四大名著。</w:t>
        <w:br/>
        <w:br/>
        <w:t>10. 答案：C</w:t>
        <w:br/>
        <w:br/>
        <w:t>解析：人体最大的器官是皮肤，它覆盖全身，具有保护、调节体温、感知外界刺激等功能。心脏、肝脏、肺虽然也是重要器官，但面积和重量都不如皮肤。</w:t>
        <w:br/>
        <w:br/>
        <w:t xml:space="preserve"> 二、判断题</w:t>
        <w:br/>
        <w:br/>
        <w:t>1. 答案：√</w:t>
        <w:br/>
        <w:br/>
        <w:t>解析：目前科学探测表明，地球是太阳系中唯一已知存在生命的行星。虽然科学家们一直在探索其他行星可能存在的生命迹象，但尚未确证。</w:t>
        <w:br/>
        <w:br/>
        <w:t>2. 答案：√</w:t>
        <w:br/>
        <w:br/>
        <w:t>解析：光合作用是植物、藻类和某些细菌利用光能将二氧化碳和水转化为有机物（如葡萄糖）并释放氧气的过程，是将光能转化为化学能的过程。</w:t>
        <w:br/>
        <w:br/>
        <w:t>3. 答案：×</w:t>
        <w:br/>
        <w:br/>
        <w:t>解析：中国的首都是北京，上海是中国最大的城市和经济中心，但不是首都。</w:t>
        <w:br/>
        <w:br/>
        <w:t>4. 答案：√</w:t>
        <w:br/>
        <w:br/>
        <w:t>解析：水的化学式是H₂O，表示一个水分子由两个氢原子和一个氧原子组成。</w:t>
        <w:br/>
        <w:br/>
        <w:t>5. 答案：×</w:t>
        <w:br/>
        <w:br/>
        <w:t>解析：计算机病毒是一种程序，不是生物病毒。它是一段能够自我复制并传播的恶意代码，会干扰计算机的正常运行。</w:t>
        <w:br/>
        <w:br/>
        <w:t xml:space="preserve"> 三、多项选择题</w:t>
        <w:br/>
        <w:br/>
        <w:t>1. 答案：ABD</w:t>
        <w:br/>
        <w:br/>
        <w:t>解析：中国的传统节日包括春节、元宵节、清明节、端午节、中秋节等。感恩节是西方国家的节日，圣诞节是西方的宗教节日，不属于中国传统节日。</w:t>
        <w:br/>
        <w:br/>
        <w:t>2. 答案：AC</w:t>
        <w:br/>
        <w:br/>
        <w:t>解析：物理变化是指物质的状态、形状等发生变化，但物质本身的化学性质不改变。水结冰和水蒸发都是物理变化，因为水的化学性质没有改变。铁生锈、纸张燃烧、食物腐烂都是化学变化，因为生成了新物质。</w:t>
        <w:br/>
        <w:br/>
        <w:t xml:space="preserve"> 四、填空题</w:t>
        <w:br/>
        <w:br/>
        <w:t>1. 答案：北京</w:t>
        <w:br/>
        <w:br/>
        <w:t>解析：北京是中华人民共和国的首都，是全国政治、文化、国际交往和科技创新中心。</w:t>
        <w:br/>
        <w:br/>
        <w:t>2. 答案：水</w:t>
        <w:br/>
        <w:br/>
        <w:t>解析：光合作用的基本过程是植物利用叶绿素吸收光能，将二氧化碳和水转化为葡萄糖和氧气，因此水是光合作用的原料之一。</w:t>
        <w:br/>
        <w:br/>
        <w:t>3. 答案：输出设备</w:t>
        <w:br/>
        <w:br/>
        <w:t>解析：计算机硬件系统由运算器、控制器、存储器、输入设备和输出设备五大部分组成。输入设备负责将信息输入计算机，输出设备负责将处理结果输出。</w:t>
        <w:br/>
        <w:br/>
        <w:t>4. 答案：《孟子》</w:t>
        <w:br/>
        <w:br/>
        <w:t>解析："四书五经"是中国儒家经典著作，"四书"指的是《大学》、《中庸》、《论语》和《孟子》；"五经"指的是《诗经》、《尚书》、《礼记》、《周易》和《春秋》。</w:t>
        <w:br/>
        <w:br/>
        <w:t>5. 答案：惯性</w:t>
        <w:br/>
        <w:br/>
        <w:t>解析：牛顿第一定律也称为惯性定律，内容是：任何物体都要保持匀速直线运动或静止状态，直到外力迫使它改变运动状态为止。</w:t>
        <w:br/>
        <w:br/>
        <w:t xml:space="preserve"> 五、简答题</w:t>
        <w:br/>
        <w:br/>
        <w:t>1. 答案：</w:t>
        <w:br/>
        <w:br/>
        <w:t>全球气候变暖的主要原因包括：</w:t>
        <w:br/>
        <w:br/>
        <w:t>(1) 温室气体排放增加：人类活动（如燃烧化石燃料、工业生产、森林砍伐等）导致大气中二氧化碳、甲烷等温室气体浓度增加，增强了温室效应。</w:t>
        <w:br/>
        <w:br/>
        <w:t>(2) 土地利用变化：城市化、森林砍伐等改变了地表反射率和碳储存能力。</w:t>
        <w:br/>
        <w:br/>
        <w:t>(3) 工业化进程：工业革命以来，人类活动对气候系统的影响显著增强。</w:t>
        <w:br/>
        <w:br/>
        <w:t>可能带来的影响：</w:t>
        <w:br/>
        <w:br/>
        <w:t>(1) 极端天气事件增加：如热浪、干旱、暴雨、洪水等极端天气事件频率和强度增加。</w:t>
        <w:br/>
        <w:br/>
        <w:t>(2) 海平面上升：冰川融化和海水热膨胀导致海平面上升，威胁沿海地区和岛屿国家。</w:t>
        <w:br/>
        <w:br/>
        <w:t>(3) 生物多样性减少：气候变化导致物种栖息地改变，部分物种面临灭绝风险。</w:t>
        <w:br/>
        <w:br/>
        <w:t>(4) 农业生产受影响：气温升高和降水模式改变影响农作物生长，威胁粮食安全。</w:t>
        <w:br/>
        <w:br/>
        <w:t>(5) 人类健康风险增加：热相关疾病、传染病传播范围扩大等。</w:t>
        <w:br/>
        <w:br/>
        <w:t>2. 答案：</w:t>
        <w:br/>
        <w:br/>
        <w:t>细胞呼吸的基本过程：</w:t>
        <w:br/>
        <w:br/>
        <w:t>(1) 糖酵解：在细胞质中进行，一分子葡萄糖分解为两分子丙酮酸，产生少量ATP和NADH。</w:t>
        <w:br/>
        <w:br/>
        <w:t>(2) 三羧酸循环（克雷布斯循环）：在线粒体基质中进行，丙酮酸经过一系列反应被彻底氧化为二氧化碳，同时产生NADH、FADH₂和少量ATP。</w:t>
        <w:br/>
        <w:br/>
        <w:t>(3) 电子传递链和氧化磷酸化：在线粒体内膜上进行，NADH和FADH₂释放的电子通过电子传递链传递，最终与氧气结合生成水，同时释放大量能量用于合成ATP。</w:t>
        <w:br/>
        <w:br/>
        <w:t>细胞呼吸的意义：</w:t>
        <w:br/>
        <w:br/>
        <w:t>(1) 提供能量：细胞呼吸是生物体获取能量的主要方式，通过分解有机物释放能量，合成ATP供生命活动使用。</w:t>
        <w:br/>
        <w:br/>
        <w:t>(2) 维持体温：细胞呼吸释放的部分能量以热能形式散出，有助于维持恒温动物的体温。</w:t>
        <w:br/>
        <w:br/>
        <w:t>(3) 中间产物：细胞呼吸的中间产物是合成其他重要物质（如氨基酸、脂肪酸等）的原料。</w:t>
        <w:br/>
        <w:br/>
        <w:t>(4) 清除废物：通过呼吸作用，生物体可以将体内的有机废物（如葡萄糖）分解为二氧化碳和水排出体外。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