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2025年蓄电池试题及答案</w:t>
      </w:r>
    </w:p>
    <w:p>
      <w:r>
        <w:br/>
        <w:t xml:space="preserve"> 一、单项选择题（每题2分，共20分）</w:t>
        <w:br/>
        <w:br/>
        <w:t>1. 蓄电池的基本工作原理是：</w:t>
        <w:br/>
        <w:br/>
        <w:t>A. 化学能转化为电能</w:t>
        <w:br/>
        <w:br/>
        <w:t>B. 电能转化为化学能</w:t>
        <w:br/>
        <w:br/>
        <w:t>C. 热能转化为电能</w:t>
        <w:br/>
        <w:br/>
        <w:t>D. 机械能转化为电能</w:t>
        <w:br/>
        <w:br/>
        <w:t>2. 铅酸蓄电池的正极板活性物质是：</w:t>
        <w:br/>
        <w:br/>
        <w:t>A. 海绵状铅</w:t>
        <w:br/>
        <w:br/>
        <w:t>B. 二氧化铅</w:t>
        <w:br/>
        <w:br/>
        <w:t>C. 硫酸铅</w:t>
        <w:br/>
        <w:br/>
        <w:t>D. 铅合金</w:t>
        <w:br/>
        <w:br/>
        <w:t>3. 蓄电池的放电终止电压通常为：</w:t>
        <w:br/>
        <w:br/>
        <w:t>A. 1.8V/单格</w:t>
        <w:br/>
        <w:br/>
        <w:t>B. 2.0V/单格</w:t>
        <w:br/>
        <w:br/>
        <w:t>C. 2.1V/单格</w:t>
        <w:br/>
        <w:br/>
        <w:t>D. 2.4V/单格</w:t>
        <w:br/>
        <w:br/>
        <w:t>4. 蓄电池的充电过程中，电解液的密度会：</w:t>
        <w:br/>
        <w:br/>
        <w:t>A. 降低</w:t>
        <w:br/>
        <w:br/>
        <w:t>B. 升高</w:t>
        <w:br/>
        <w:br/>
        <w:t>C. 不变</w:t>
        <w:br/>
        <w:br/>
        <w:t>D. 先升高后降低</w:t>
        <w:br/>
        <w:br/>
        <w:t>5. 下列哪种因素会导致蓄电池容量下降？</w:t>
        <w:br/>
        <w:br/>
        <w:t>A. 适当放电</w:t>
        <w:br/>
        <w:br/>
        <w:t>B. 定期充电</w:t>
        <w:br/>
        <w:br/>
        <w:t>C. 电解液液位过低</w:t>
        <w:br/>
        <w:br/>
        <w:t>D. 保持清洁</w:t>
        <w:br/>
        <w:br/>
        <w:t>6. 蓄电池的额定容量通常是在什么条件下测定的？</w:t>
        <w:br/>
        <w:br/>
        <w:t>A. 20小时率放电</w:t>
        <w:br/>
        <w:br/>
        <w:t>B. 10小时率放电</w:t>
        <w:br/>
        <w:br/>
        <w:t>C. 5小时率放电</w:t>
        <w:br/>
        <w:br/>
        <w:t>D. 1小时率放电</w:t>
        <w:br/>
        <w:br/>
        <w:t>7. 镍氢电池与镍镉电池相比，其主要优点是：</w:t>
        <w:br/>
        <w:br/>
        <w:t>A. 循环寿命更长</w:t>
        <w:br/>
        <w:br/>
        <w:t>B. 记忆效应更小</w:t>
        <w:br/>
        <w:br/>
        <w:t>C. 能量密度更高</w:t>
        <w:br/>
        <w:br/>
        <w:t>D. 价格更低</w:t>
        <w:br/>
        <w:br/>
        <w:t>8. 锂离子电池的安全保护装置不包括：</w:t>
        <w:br/>
        <w:br/>
        <w:t>A. 过充保护</w:t>
        <w:br/>
        <w:br/>
        <w:t>B. 过放保护</w:t>
        <w:br/>
        <w:br/>
        <w:t>C. 短路保护</w:t>
        <w:br/>
        <w:br/>
        <w:t>D. 温度控制</w:t>
        <w:br/>
        <w:br/>
        <w:t>9. 蓄电池的"记忆效应"主要出现在哪种类型电池中？</w:t>
        <w:br/>
        <w:br/>
        <w:t>A. 铅酸电池</w:t>
        <w:br/>
        <w:br/>
        <w:t>B. 镍镉电池</w:t>
        <w:br/>
        <w:br/>
        <w:t>C. 镍氢电池</w:t>
        <w:br/>
        <w:br/>
        <w:t>D. 锂离子电池</w:t>
        <w:br/>
        <w:br/>
        <w:t>10. 下列哪种材料不是锂电池的负极材料？</w:t>
        <w:br/>
        <w:br/>
        <w:t>A. 石墨</w:t>
        <w:br/>
        <w:br/>
        <w:t>B. 硅碳复合材料</w:t>
        <w:br/>
        <w:br/>
        <w:t>C. 钛酸锂</w:t>
        <w:br/>
        <w:br/>
        <w:t>D. 氢氧化镍</w:t>
        <w:br/>
        <w:br/>
        <w:t xml:space="preserve"> 二、填空题（每题2分，共10分）</w:t>
        <w:br/>
        <w:br/>
        <w:t>1. 蓄电池的容量单位通常用________表示。</w:t>
        <w:br/>
        <w:br/>
        <w:t>2. 铅酸蓄电池在放电过程中，正极板上的活性物质________转化为硫酸铅。</w:t>
        <w:br/>
        <w:br/>
        <w:t>3. 蓄电池的充电方法主要有恒流充电、________和脉冲充电等。</w:t>
        <w:br/>
        <w:br/>
        <w:t>4. 锂离子电池的电解质通常是________形态。</w:t>
        <w:br/>
        <w:br/>
        <w:t>5. 蓄电池的荷电状态（SOC）是指电池的________与额定容量的比值。</w:t>
        <w:br/>
        <w:br/>
        <w:t xml:space="preserve"> 三、判断题（每题2分，共10分）</w:t>
        <w:br/>
        <w:br/>
        <w:t>1. 蓄电池在充电过程中会产生气体，因此需要定期检查液位。（ ）</w:t>
        <w:br/>
        <w:br/>
        <w:t>2. 锂离子电池可以完全放电至0V而不损坏电池。（ ）</w:t>
        <w:br/>
        <w:br/>
        <w:t>3. 铅酸蓄电池的电解液是纯水。（ ）</w:t>
        <w:br/>
        <w:br/>
        <w:t>4. 蓄电池的自放电率与环境温度成正比。（ ）</w:t>
        <w:br/>
        <w:br/>
        <w:t>5. 镍氢电池的记忆效应比镍镉电池更明显。（ ）</w:t>
        <w:br/>
        <w:br/>
        <w:t xml:space="preserve"> 四、多项选择题（每题2分，共4分）</w:t>
        <w:br/>
        <w:br/>
        <w:t>1. 下列哪些因素会影响蓄电池的寿命？（ ）</w:t>
        <w:br/>
        <w:br/>
        <w:t>A. 充放电深度</w:t>
        <w:br/>
        <w:br/>
        <w:t>B. 环境温度</w:t>
        <w:br/>
        <w:br/>
        <w:t>C. 充放电电流</w:t>
        <w:br/>
        <w:br/>
        <w:t>D. 存储时间</w:t>
        <w:br/>
        <w:br/>
        <w:t>E. 电池外壳颜色</w:t>
        <w:br/>
        <w:br/>
        <w:t>2. 锂离子电池的安全使用注意事项包括（ ）</w:t>
        <w:br/>
        <w:br/>
        <w:t>A. 避免过充</w:t>
        <w:br/>
        <w:br/>
        <w:t>B. 避免过放</w:t>
        <w:br/>
        <w:br/>
        <w:t>C. 避免高温环境</w:t>
        <w:br/>
        <w:br/>
        <w:t>D. 避免短路</w:t>
        <w:br/>
        <w:br/>
        <w:t>E. 可以随意改装</w:t>
        <w:br/>
        <w:br/>
        <w:t xml:space="preserve"> 五、简答题（每题5分，共10分）</w:t>
        <w:br/>
        <w:br/>
        <w:t>1. 简述铅酸蓄电池的工作原理。</w:t>
        <w:br/>
        <w:br/>
        <w:t>2. 解释锂离子电池的记忆效应及其预防措施。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解析：蓄电池的基本工作原理是将化学能转化为电能。在放电过程中，蓄电池内部的活性物质发生化学反应，将储存的化学能转化为电能输出。</w:t>
        <w:br/>
        <w:br/>
        <w:t>2. 答案：B</w:t>
        <w:br/>
        <w:br/>
        <w:t>解析：铅酸蓄电池的正极板活性物质是二氧化铅(PbO₂)，负极板活性物质是海绵状铅(Pb)。在放电过程中，正负极板上的活性物质都与电解液中的硫酸反应，生成硫酸铅(PbSO₄)和水。</w:t>
        <w:br/>
        <w:br/>
        <w:t>3. 答案：A</w:t>
        <w:br/>
        <w:br/>
        <w:t>解析：蓄电池的放电终止电压通常为1.8V/单格。当电池电压降至这个值时，应停止放电，否则会导致电池过度放电，损害电池寿命。对于12V的铅酸蓄电池，终止电压约为10.8V。</w:t>
        <w:br/>
        <w:br/>
        <w:t>4. 答案：B</w:t>
        <w:br/>
        <w:br/>
        <w:t>解析：蓄电池在充电过程中，电解液的密度会升高。这是因为充电时，电解液中的硫酸(H₂SO₄)浓度增加，水被分解为氢气和氧气，导致电解液密度上升。</w:t>
        <w:br/>
        <w:br/>
        <w:t>5. 答案：C</w:t>
        <w:br/>
        <w:br/>
        <w:t>解析：电解液液位过低会导致蓄电池容量下降。因为电解液不足会使极板暴露在空气中，极板活性物质氧化，同时也会增加极板短路的风险，从而降低电池容量。适当放电、定期充电和保持清洁都有助于维持电池容量。</w:t>
        <w:br/>
        <w:br/>
        <w:t>6. 答案：A</w:t>
        <w:br/>
        <w:br/>
        <w:t>解析：蓄电池的额定容量通常是在20小时率放电条件下测定的。这意味着电池以额定容量的1/20的电流放电，能够持续放电20小时。例如，一个100Ah的电池，以5A电流放电，应能持续20小时。</w:t>
        <w:br/>
        <w:br/>
        <w:t>7. 答案：C</w:t>
        <w:br/>
        <w:br/>
        <w:t>解析：镍氢电池与镍镉电池相比，其主要优点是能量密度更高。这意味着在相同体积和重量下，镍氢电池可以储存更多的电能。此外，镍氢电池的记忆效应也比镍镉电池小，且对环境更友好。</w:t>
        <w:br/>
        <w:br/>
        <w:t>8. 答案：D</w:t>
        <w:br/>
        <w:br/>
        <w:t>解析：锂离子电池的安全保护装置包括过充保护、过放保护和短路保护等，但温度控制不是标准的安全保护装置，而是电池管理系统(BMS)的功能之一。不过，现代锂离子电池通常都包含温度监测和保护功能。</w:t>
        <w:br/>
        <w:br/>
        <w:t>9. 答案：B</w:t>
        <w:br/>
        <w:br/>
        <w:t>解析：记忆效应主要出现在镍镉电池中。记忆效应是指电池在未完全放电的情况下就充电，导致电池"记住"了部分放电状态，从而降低了实际可用容量。虽然镍氢电池也有一定记忆效应，但比镍镉电池小得多。铅酸电池和锂离子电池基本没有记忆效应。</w:t>
        <w:br/>
        <w:br/>
        <w:t>10. 答案：D</w:t>
        <w:br/>
        <w:br/>
        <w:t>解析：氢氧化镍(NiOOH)是镍氢电池或镍镉电池的正极材料，不是锂电池的负极材料。锂电池的负极材料主要包括石墨、硅碳复合材料、钛酸锂等。</w:t>
        <w:br/>
        <w:br/>
        <w:t xml:space="preserve"> 二、填空题</w:t>
        <w:br/>
        <w:br/>
        <w:t>1. 答案：安时(Ah)</w:t>
        <w:br/>
        <w:br/>
        <w:t>解析：蓄电池的容量单位通常用安时(Ah)表示，表示电池在特定条件下能够持续放电的电流与时间的乘积。例如，一个100Ah的电池表示可以在特定条件下以100A的电流放电1小时，或以10A的电流放电10小时。</w:t>
        <w:br/>
        <w:br/>
        <w:t>2. 答案：二氧化铅</w:t>
        <w:br/>
        <w:br/>
        <w:t>解析：铅酸蓄电池在放电过程中，正极板上的活性物质二氧化铅(PbO₂)与电解液中的硫酸反应，生成硫酸铅(PbSO₄)和水。同时，负极板上的海绵状铅(Pb)也与硫酸反应生成硫酸铅(PbSO₄)。</w:t>
        <w:br/>
        <w:br/>
        <w:t>3. 答案：恒压充电</w:t>
        <w:br/>
        <w:br/>
        <w:t>解析：蓄电池的充电方法主要有恒流充电、恒压充电和脉冲充电等。恒流充电是在充电初期保持电流恒定；恒压充电是在充电过程中保持电压恒定；脉冲充电则是通过脉冲电流进行充电，有助于延长电池寿命。</w:t>
        <w:br/>
        <w:br/>
        <w:t>4. 答案：液态或凝胶</w:t>
        <w:br/>
        <w:br/>
        <w:t>解析：锂离子电池的电解质通常是液态或凝胶形态。液态电解质具有较好的离子导电性，但存在泄漏风险；凝胶电解质则具有更好的安全性和稳定性。近年来，固态电解质也成为研究热点，有望进一步提高电池安全性。</w:t>
        <w:br/>
        <w:br/>
        <w:t>5. 答案：剩余电量</w:t>
        <w:br/>
        <w:br/>
        <w:t>解析：蓄电池的荷电状态(SOC)是指电池的剩余电量与额定容量的比值，通常用百分比表示。SOC是评估电池状态的重要参数，对于电池管理系统和用户来说都非常重要，可以帮助确定何时需要充电或更换电池。</w:t>
        <w:br/>
        <w:br/>
        <w:t xml:space="preserve"> 三、判断题</w:t>
        <w:br/>
        <w:br/>
        <w:t>1. 答案：√</w:t>
        <w:br/>
        <w:br/>
        <w:t>解析：蓄电池在充电过程中，尤其是接近充满时，会产生氢气和氧气，这些气体会导致电解液液位下降。因此，需要定期检查液位，必要时添加蒸馏水或去离子水，保持液位在适当范围内。</w:t>
        <w:br/>
        <w:br/>
        <w:t>2. 答案：×</w:t>
        <w:br/>
        <w:br/>
        <w:t>解析：锂离子电池不应完全放电至0V，这会导致电池过度放电，可能造成电池内部结构损坏，甚至使电池无法恢复。大多数锂离子电池管理系统会在电池电压降至3.0V左右时切断放电，以保护电池。</w:t>
        <w:br/>
        <w:br/>
        <w:t>3. 答案：×</w:t>
        <w:br/>
        <w:br/>
        <w:t>解析：铅酸蓄电池的电解液不是纯水，而是稀硫酸溶液，通常由浓硫酸和蒸馏水按一定比例混合而成。电解液的浓度(密度)与电池的荷电状态密切相关，是判断电池状态的重要指标。</w:t>
        <w:br/>
        <w:br/>
        <w:t>4. 答案：√</w:t>
        <w:br/>
        <w:br/>
        <w:t>解析：蓄电池的自放电率与环境温度成正比。温度越高，电池内部的化学反应速度越快，自放电率也越高。因此，长期存放蓄电池时应选择阴凉干燥的环境，以减少自放电。</w:t>
        <w:br/>
        <w:br/>
        <w:t>5. 答案：×</w:t>
        <w:br/>
        <w:br/>
        <w:t>解析：镍氢电池的记忆效应比镍镉电池小得多。记忆效应是指电池在未完全放电的情况下就充电，导致电池"记住"了部分放电状态，从而降低了实际可用容量。虽然镍氢电池也有一定记忆效应，但比镍镉电池小得多，几乎可以忽略不计。</w:t>
        <w:br/>
        <w:br/>
        <w:t xml:space="preserve"> 四、多项选择题</w:t>
        <w:br/>
        <w:br/>
        <w:t>1. 答案：ABCD</w:t>
        <w:br/>
        <w:br/>
        <w:t>解析：影响蓄电池寿命的因素包括：</w:t>
        <w:br/>
        <w:br/>
        <w:t>- 充放电深度：深度充放电会加速电池老化，浅充浅放有助于延长电池寿命。</w:t>
        <w:br/>
        <w:br/>
        <w:t>- 环境温度：过高或过低的温度都会加速电池老化，最佳工作温度通常在20-25℃之间。</w:t>
        <w:br/>
        <w:br/>
        <w:t>- 充放电电流：过大或过小的充放电电流都会影响电池寿命，应按照电池规格书推荐的电流进行充放电。</w:t>
        <w:br/>
        <w:br/>
        <w:t>- 存储时间：长期不使用的电池会因自放电而损害，应定期检查并补充电。</w:t>
        <w:br/>
        <w:br/>
        <w:t>电池外壳颜色不会直接影响电池寿命。</w:t>
        <w:br/>
        <w:br/>
        <w:t>2. 答案：ABCD</w:t>
        <w:br/>
        <w:br/>
        <w:t>解析：锂离子电池的安全使用注意事项包括：</w:t>
        <w:br/>
        <w:br/>
        <w:t>- 避免过充：过充会导致电池过热，可能引发热失控，甚至起火爆炸。</w:t>
        <w:br/>
        <w:br/>
        <w:t>- 避免过放：过放会导致电池内部结构损坏，降低电池寿命，甚至使电池无法恢复。</w:t>
        <w:br/>
        <w:br/>
        <w:t>- 避免高温环境：高温会加速电池老化，增加安全风险。</w:t>
        <w:br/>
        <w:br/>
        <w:t>- 避免短路：短路会导致大电流放电，产生大量热量，可能引发热失控。</w:t>
        <w:br/>
        <w:br/>
        <w:t>锂离子电池不应随意改装，因为这可能会破坏原有的安全保护设计，增加安全风险。</w:t>
        <w:br/>
        <w:br/>
        <w:t xml:space="preserve"> 五、简答题</w:t>
        <w:br/>
        <w:br/>
        <w:t>1. 答案：</w:t>
        <w:br/>
        <w:br/>
        <w:t>铅酸蓄电池的工作原理基于电化学反应。在放电过程中，正极板上的二氧化铅(PbO₂)和负极板上的海绵状铅(Pb)都与电解液中的硫酸(H₂SO₄)反应，生成硫酸铅(PbSO₄)和水。具体反应式为：</w:t>
        <w:br/>
        <w:br/>
        <w:t>正极：PbO₂ + H₂SO₄ + 2H⁺ + 2e⁻ → PbSO₄ + 2H₂O</w:t>
        <w:br/>
        <w:br/>
        <w:t>负极：Pb + H₂SO₄ → PbSO₄ + 2H⁺ + 2e⁻</w:t>
        <w:br/>
        <w:br/>
        <w:t>总反应：PbO₂ + Pb + 2H₂SO₄ → 2PbSO₄ + 2H₂O</w:t>
        <w:br/>
        <w:br/>
        <w:t>在充电过程中，上述反应逆向进行，硫酸铅重新转化为二氧化铅和海绵状铅，同时水被分解为氢气和氧气。铅酸蓄电池的可逆性使得它可以反复充放电使用。</w:t>
        <w:br/>
        <w:br/>
        <w:t>2. 答案：</w:t>
        <w:br/>
        <w:br/>
        <w:t>记忆效应是指电池在未完全放电的情况下就充电，导致电池"记住"了部分放电状态，从而降低了实际可用容量的现象。这种现象在镍镉电池中较为明显，镍氢电池也有一定记忆效应，但程度较轻，锂离子电池基本没有记忆效应。</w:t>
        <w:br/>
        <w:br/>
        <w:t>预防措施：</w:t>
        <w:br/>
        <w:br/>
        <w:t>- 定期进行完全充放电循环，如每月一次深度放电至截止电压，然后完全充电。</w:t>
        <w:br/>
        <w:br/>
        <w:t>- 避免频繁进行部分充放电，尽量在电量较低时再充电。</w:t>
        <w:br/>
        <w:br/>
        <w:t>- 使用智能充电器，能够根据电池状态自动调整充电参数。</w:t>
        <w:br/>
        <w:br/>
        <w:t>- 对于长期不使用的电池，应定期检查电量并进行补充电，避免过度自放电。</w:t>
        <w:br/>
        <w:br/>
        <w:t>- 遵循电池制造商的使用说明，采用推荐的充放电方法。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