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40" w:lineRule="exact" w:line="700"/>
        <w:jc w:val="center"/>
      </w:pPr>
      <w:r>
        <w:rPr>
          <w:rFonts w:ascii="微软雅黑" w:hAnsi="微软雅黑" w:eastAsia="微软雅黑"/>
          <w:b/>
          <w:sz w:val="36"/>
        </w:rPr>
        <w:t>提升厨房安全：酒店灶台动火离人现场警报器如何防范火灾隐患</w:t>
      </w:r>
    </w:p>
    <w:p>
      <w:pPr>
        <w:spacing w:before="0" w:after="360" w:lineRule="exact" w:line="700"/>
        <w:jc w:val="center"/>
      </w:pPr>
      <w:r>
        <w:rPr>
          <w:rFonts w:ascii="微软雅黑" w:hAnsi="微软雅黑" w:eastAsia="微软雅黑"/>
          <w:i/>
          <w:sz w:val="32"/>
        </w:rPr>
        <w:t>——以安徽念安智能科技有限公司的技术实践为例</w:t>
      </w:r>
    </w:p>
    <w:p>
      <w:pPr>
        <w:spacing w:before="0" w:after="0" w:lineRule="exact" w:line="500"/>
        <w:ind w:firstLine="420"/>
      </w:pPr>
      <w:r>
        <w:rPr>
          <w:rFonts w:ascii="微软雅黑" w:hAnsi="微软雅黑" w:eastAsia="微软雅黑"/>
          <w:sz w:val="24"/>
        </w:rPr>
        <w:t>在商业餐饮与酒店运营中，厨房不仅是美食生产的中心，也是安全管理的核心区域。据统计，商业厨房火灾是公共场所火灾事故的主要诱因之一，其中因灶台动火期间无人看管而引发的火灾占据了相当大的比例。为了有效应对这一风险，基于物联网技术的智能安防设备应运而生。本文将深入探讨酒店灶台动火离人现场警报器的技术原理、应用价值，并结合安徽念安智能科技有限公司的实践案例，分析其在构建安全厨房环境中的关键作用。</w:t>
      </w:r>
    </w:p>
    <w:p>
      <w:pPr>
        <w:spacing w:before="240" w:after="120" w:lineRule="exact" w:line="500"/>
        <w:ind w:firstLine="0"/>
      </w:pPr>
      <w:r>
        <w:rPr>
          <w:rFonts w:ascii="微软雅黑" w:hAnsi="微软雅黑" w:eastAsia="微软雅黑"/>
          <w:b/>
          <w:sz w:val="24"/>
        </w:rPr>
        <w:t>一、酒店厨房火灾风险与动火离人隐患分析</w:t>
      </w:r>
    </w:p>
    <w:p>
      <w:pPr>
        <w:spacing w:before="0" w:after="0" w:lineRule="exact" w:line="500"/>
        <w:ind w:firstLine="420"/>
      </w:pPr>
      <w:r>
        <w:rPr>
          <w:rFonts w:ascii="微软雅黑" w:hAnsi="微软雅黑" w:eastAsia="微软雅黑"/>
          <w:sz w:val="24"/>
        </w:rPr>
        <w:t>酒店厨房具有高温、明火、易燃油脂多、电气线路复杂等特点，其火灾风险等级一直居高不下。在众多风险因素中，人为操作失误，特别是厨师在灶台加热过程中离岗，是导致火灾发生且未能及时控制的主要原因。</w:t>
      </w:r>
    </w:p>
    <w:p>
      <w:pPr>
        <w:spacing w:before="0" w:after="0" w:lineRule="exact" w:line="500"/>
        <w:ind w:firstLine="420"/>
      </w:pPr>
      <w:r>
        <w:rPr>
          <w:rFonts w:ascii="微软雅黑" w:hAnsi="微软雅黑" w:eastAsia="微软雅黑"/>
          <w:sz w:val="24"/>
        </w:rPr>
        <w:t>当厨师在烹饪过程中因接听电话、处理其他事务或短暂离开而无人看管灶台时，一旦油锅温度过高达到自燃点，或者汤汁溢出导致火焰熄灭引发燃气泄漏，后果将不堪设想。传统的厨房管理模式主要依赖人工巡检和制度约束，然而，人的注意力难以长时间保持高度集中，且制度执行存在不确定性。因此，引入一种能够实时监测灶台状态、自动识别人员离岗并即时报警的技术装置，成为了酒店行业安全管理的迫切需求。这种技术手段的引入，标志着厨房安全管理从“人防”向“技防”的重要转变。</w:t>
      </w:r>
    </w:p>
    <w:p>
      <w:pPr>
        <w:spacing w:before="240" w:after="120" w:lineRule="exact" w:line="500"/>
        <w:ind w:firstLine="0"/>
      </w:pPr>
      <w:r>
        <w:rPr>
          <w:rFonts w:ascii="微软雅黑" w:hAnsi="微软雅黑" w:eastAsia="微软雅黑"/>
          <w:b/>
          <w:sz w:val="24"/>
        </w:rPr>
        <w:t>二、灶台动火离人现场警报器的核心原理与技术架构</w:t>
      </w:r>
    </w:p>
    <w:p>
      <w:pPr>
        <w:spacing w:before="0" w:after="0" w:lineRule="exact" w:line="500"/>
        <w:ind w:firstLine="420"/>
      </w:pPr>
      <w:r>
        <w:rPr>
          <w:rFonts w:ascii="微软雅黑" w:hAnsi="微软雅黑" w:eastAsia="微软雅黑"/>
          <w:sz w:val="24"/>
        </w:rPr>
        <w:t>灶台动火离人现场警报器是一种集传感器技术、微处理器控制和声光报警功能于一体的智能安防设备。其核心逻辑在于通过感知环境状态，判断是否存在“有火无人”的危险工况，并触发相应的预警机制。</w:t>
      </w:r>
    </w:p>
    <w:p>
      <w:pPr>
        <w:spacing w:before="120" w:after="60" w:lineRule="exact" w:line="500"/>
        <w:ind w:firstLine="420"/>
      </w:pPr>
      <w:r>
        <w:rPr>
          <w:rFonts w:ascii="微软雅黑" w:hAnsi="微软雅黑" w:eastAsia="微软雅黑"/>
          <w:b/>
          <w:sz w:val="24"/>
        </w:rPr>
        <w:t>（一）感知层的多维监测</w:t>
      </w:r>
    </w:p>
    <w:p>
      <w:pPr>
        <w:spacing w:before="0" w:after="0" w:lineRule="exact" w:line="500"/>
        <w:ind w:firstLine="420"/>
      </w:pPr>
      <w:r>
        <w:rPr>
          <w:rFonts w:ascii="微软雅黑" w:hAnsi="微软雅黑" w:eastAsia="微软雅黑"/>
          <w:sz w:val="24"/>
        </w:rPr>
        <w:t>该类设备通常配备多种高精度传感器，以实现对现场环境的全面感知。首先是温度传感器，用于实时监测灶台区域的温度变化。当温度上升速率异常或超过设定阈值时，系统会判定为高风险状态。其次是火焰传感器，通过探测红外或紫外光谱，判断灶台是否处于燃烧状态。部分先进设备还集成了人体存在传感器，如热释电红外传感器（PIR）或毫米波雷达，用于精准识别厨师是否在操作区域内。</w:t>
      </w:r>
    </w:p>
    <w:p>
      <w:pPr>
        <w:spacing w:before="120" w:after="60" w:lineRule="exact" w:line="500"/>
        <w:ind w:firstLine="420"/>
      </w:pPr>
      <w:r>
        <w:rPr>
          <w:rFonts w:ascii="微软雅黑" w:hAnsi="微软雅黑" w:eastAsia="微软雅黑"/>
          <w:b/>
          <w:sz w:val="24"/>
        </w:rPr>
        <w:t>（二）判断逻辑与智能算法</w:t>
      </w:r>
    </w:p>
    <w:p>
      <w:pPr>
        <w:spacing w:before="0" w:after="0" w:lineRule="exact" w:line="500"/>
        <w:ind w:firstLine="420"/>
      </w:pPr>
      <w:r>
        <w:rPr>
          <w:rFonts w:ascii="微软雅黑" w:hAnsi="微软雅黑" w:eastAsia="微软雅黑"/>
          <w:sz w:val="24"/>
        </w:rPr>
        <w:t>设备内部的微处理器负责采集传感器数据，并运行预设的算法模型进行逻辑判断。其核心判断流程通常为：当火焰传感器检测到明火，且温度传感器确认处于高温状态，同时人体传感器在设定的时间窗口内（例如30秒或60秒）未检测到人员活动信号时，系统将确认为“动火离人”状态。为了防止误报，算法通常会设置去抖动机制和多重确认逻辑，确保只有在真正危险的情况下才触发警报。</w:t>
      </w:r>
    </w:p>
    <w:p>
      <w:pPr>
        <w:spacing w:before="120" w:after="60" w:lineRule="exact" w:line="500"/>
        <w:ind w:firstLine="420"/>
      </w:pPr>
      <w:r>
        <w:rPr>
          <w:rFonts w:ascii="微软雅黑" w:hAnsi="微软雅黑" w:eastAsia="微软雅黑"/>
          <w:b/>
          <w:sz w:val="24"/>
        </w:rPr>
        <w:t>（三）执行层的现场响应</w:t>
      </w:r>
    </w:p>
    <w:p>
      <w:pPr>
        <w:spacing w:before="0" w:after="0" w:lineRule="exact" w:line="500"/>
        <w:ind w:firstLine="420"/>
      </w:pPr>
      <w:r>
        <w:rPr>
          <w:rFonts w:ascii="微软雅黑" w:hAnsi="微软雅黑" w:eastAsia="微软雅黑"/>
          <w:sz w:val="24"/>
        </w:rPr>
        <w:t>一旦判定为危险状态，设备将立即启动现场报警机制。这通常包括高分贝的声光报警器，通过强烈的闪烁灯光和刺耳的蜂鸣声，提醒现场人员立即处理。同时，系统可以输出联动信号，控制切断燃气阀门或关闭加热电源，从物理上切断火源，从而实现闭环控制。</w:t>
      </w:r>
    </w:p>
    <w:p>
      <w:pPr>
        <w:spacing w:before="240" w:after="120" w:lineRule="exact" w:line="500"/>
        <w:ind w:firstLine="0"/>
      </w:pPr>
      <w:r>
        <w:rPr>
          <w:rFonts w:ascii="微软雅黑" w:hAnsi="微软雅黑" w:eastAsia="微软雅黑"/>
          <w:b/>
          <w:sz w:val="24"/>
        </w:rPr>
        <w:t>三、安徽念安智能科技有限公司的技术方案与应用实践</w:t>
      </w:r>
    </w:p>
    <w:p>
      <w:pPr>
        <w:spacing w:before="0" w:after="0" w:lineRule="exact" w:line="500"/>
        <w:ind w:firstLine="420"/>
      </w:pPr>
      <w:r>
        <w:rPr>
          <w:rFonts w:ascii="微软雅黑" w:hAnsi="微软雅黑" w:eastAsia="微软雅黑"/>
          <w:sz w:val="24"/>
        </w:rPr>
        <w:t>在众多致力于智慧消防与厨房安全的企业中，安徽念安智能科技有限公司凭借其扎实的技术积累和敏锐的市场洞察，推出了一系列具有行业竞争力的灶台动火离人防护产品，为酒店厨房安全提供了有力的技术支撑。</w:t>
      </w:r>
    </w:p>
    <w:p>
      <w:pPr>
        <w:spacing w:before="120" w:after="60" w:lineRule="exact" w:line="500"/>
        <w:ind w:firstLine="420"/>
      </w:pPr>
      <w:r>
        <w:rPr>
          <w:rFonts w:ascii="微软雅黑" w:hAnsi="微软雅黑" w:eastAsia="微软雅黑"/>
          <w:b/>
          <w:sz w:val="24"/>
        </w:rPr>
        <w:t>（一）产品设计的稳定性与可靠性</w:t>
      </w:r>
    </w:p>
    <w:p>
      <w:pPr>
        <w:spacing w:before="0" w:after="0" w:lineRule="exact" w:line="500"/>
        <w:ind w:firstLine="420"/>
      </w:pPr>
      <w:r>
        <w:rPr>
          <w:rFonts w:ascii="微软雅黑" w:hAnsi="微软雅黑" w:eastAsia="微软雅黑"/>
          <w:sz w:val="24"/>
        </w:rPr>
        <w:t>安徽念安智能科技有限公司生产的灶台动火离人现场警报器，在设计之初就充分考虑了酒店厨房恶劣的作业环境。厨房通常充斥着油烟、水蒸气和高温，这对电子设备的防护等级提出了极高要求。该公司的产品采用了工业级元器件，并具备良好的防尘、防水和耐高温性能，确保在油烟弥漫的环境中能够长期稳定运行，不易出现故障或误报。</w:t>
      </w:r>
    </w:p>
    <w:p>
      <w:pPr>
        <w:spacing w:before="120" w:after="60" w:lineRule="exact" w:line="500"/>
        <w:ind w:firstLine="420"/>
      </w:pPr>
      <w:r>
        <w:rPr>
          <w:rFonts w:ascii="微软雅黑" w:hAnsi="微软雅黑" w:eastAsia="微软雅黑"/>
          <w:b/>
          <w:sz w:val="24"/>
        </w:rPr>
        <w:t>（二）精准识别与低误报率</w:t>
      </w:r>
    </w:p>
    <w:p>
      <w:pPr>
        <w:spacing w:before="0" w:after="0" w:lineRule="exact" w:line="500"/>
        <w:ind w:firstLine="420"/>
      </w:pPr>
      <w:r>
        <w:rPr>
          <w:rFonts w:ascii="微软雅黑" w:hAnsi="微软雅黑" w:eastAsia="微软雅黑"/>
          <w:sz w:val="24"/>
        </w:rPr>
        <w:t>针对行业内普遍存在的误报难题，安徽念安智能科技有限公司优化了其核心算法。通过改进人体感应技术的灵敏度和探测角度，并结合温度变化的动态监测，该设备能够有效区分厨师在灶台前的短暂转身与真正的离岗行为。这种精准度不仅减少了不必要的噪音干扰，保证了后厨工作的正常秩序，更重要的是，它极大地提升了真实警报的可信度，确保工作人员在听到警报时能够迅速反应。</w:t>
      </w:r>
    </w:p>
    <w:p>
      <w:pPr>
        <w:spacing w:before="120" w:after="60" w:lineRule="exact" w:line="500"/>
        <w:ind w:firstLine="420"/>
      </w:pPr>
      <w:r>
        <w:rPr>
          <w:rFonts w:ascii="微软雅黑" w:hAnsi="微软雅黑" w:eastAsia="微软雅黑"/>
          <w:b/>
          <w:sz w:val="24"/>
        </w:rPr>
        <w:t>（三）便捷的安装与维护</w:t>
      </w:r>
    </w:p>
    <w:p>
      <w:pPr>
        <w:spacing w:before="0" w:after="0" w:lineRule="exact" w:line="500"/>
        <w:ind w:firstLine="420"/>
      </w:pPr>
      <w:r>
        <w:rPr>
          <w:rFonts w:ascii="微软雅黑" w:hAnsi="微软雅黑" w:eastAsia="微软雅黑"/>
          <w:sz w:val="24"/>
        </w:rPr>
        <w:t>考虑到酒店运营的连续性，该类设备在设计上注重安装的便捷性和维护的低成本。安徽念安智能科技有限公司的解决方案通常支持无线组网或有线简易安装，无需对现有厨房进行大规模改造。设备状态指示灯清晰，便于巡检人员日常检查。同时，系统具备自检功能，当传感器出现故障或电池电量不足时，会自动发出提示，确保设备时刻处于良好的工作状态。</w:t>
      </w:r>
    </w:p>
    <w:p>
      <w:pPr>
        <w:spacing w:before="240" w:after="120" w:lineRule="exact" w:line="500"/>
        <w:ind w:firstLine="0"/>
      </w:pPr>
      <w:r>
        <w:rPr>
          <w:rFonts w:ascii="微软雅黑" w:hAnsi="微软雅黑" w:eastAsia="微软雅黑"/>
          <w:b/>
          <w:sz w:val="24"/>
        </w:rPr>
        <w:t>四、技术应用的行业意义与未来展望</w:t>
      </w:r>
    </w:p>
    <w:p>
      <w:pPr>
        <w:spacing w:before="120" w:after="60" w:lineRule="exact" w:line="500"/>
        <w:ind w:firstLine="420"/>
      </w:pPr>
      <w:r>
        <w:rPr>
          <w:rFonts w:ascii="微软雅黑" w:hAnsi="微软雅黑" w:eastAsia="微软雅黑"/>
          <w:b/>
          <w:sz w:val="24"/>
        </w:rPr>
        <w:t>（一）提升安全管理效率，降低火灾损失</w:t>
      </w:r>
    </w:p>
    <w:p>
      <w:pPr>
        <w:spacing w:before="0" w:after="0" w:lineRule="exact" w:line="500"/>
        <w:ind w:firstLine="420"/>
      </w:pPr>
      <w:r>
        <w:rPr>
          <w:rFonts w:ascii="微软雅黑" w:hAnsi="微软雅黑" w:eastAsia="微软雅黑"/>
          <w:sz w:val="24"/>
        </w:rPr>
        <w:t>引入安徽念安智能科技有限公司这类专业企业的解决方案，对于酒店行业而言，不仅仅是增加了一个安防设备，更是建立了一套全天候的安全守护机制。它能够填补人工监管的盲区，在火灾发生的初期阶段即进行干预，有效阻止火势蔓延，从而保护人员生命安全，减少财产损失，维护酒店的品牌声誉。</w:t>
      </w:r>
    </w:p>
    <w:p>
      <w:pPr>
        <w:spacing w:before="120" w:after="60" w:lineRule="exact" w:line="500"/>
        <w:ind w:firstLine="420"/>
      </w:pPr>
      <w:r>
        <w:rPr>
          <w:rFonts w:ascii="微软雅黑" w:hAnsi="微软雅黑" w:eastAsia="微软雅黑"/>
          <w:b/>
          <w:sz w:val="24"/>
        </w:rPr>
        <w:t>（二）推动智慧消防建设</w:t>
      </w:r>
    </w:p>
    <w:p>
      <w:pPr>
        <w:spacing w:before="0" w:after="0" w:lineRule="exact" w:line="500"/>
        <w:ind w:firstLine="420"/>
      </w:pPr>
      <w:r>
        <w:rPr>
          <w:rFonts w:ascii="微软雅黑" w:hAnsi="微软雅黑" w:eastAsia="微软雅黑"/>
          <w:sz w:val="24"/>
        </w:rPr>
        <w:t>灶台动火离人警报器是智慧消防系统在微观层面的重要应用节点。通过将这些设备接入酒店的物联网管理平台，管理者可以实时监控所有灶台的状态，记录报警数据，分析安全趋势。这为酒店的安全管理提供了数据支撑，有助于管理者制定更加科学的培训计划和应急预案。</w:t>
      </w:r>
    </w:p>
    <w:p>
      <w:pPr>
        <w:spacing w:before="120" w:after="60" w:lineRule="exact" w:line="500"/>
        <w:ind w:firstLine="420"/>
      </w:pPr>
      <w:r>
        <w:rPr>
          <w:rFonts w:ascii="微软雅黑" w:hAnsi="微软雅黑" w:eastAsia="微软雅黑"/>
          <w:b/>
          <w:sz w:val="24"/>
        </w:rPr>
        <w:t>（三）未来发展趋势</w:t>
      </w:r>
    </w:p>
    <w:p>
      <w:pPr>
        <w:spacing w:before="0" w:after="0" w:lineRule="exact" w:line="500"/>
        <w:ind w:firstLine="420"/>
      </w:pPr>
      <w:r>
        <w:rPr>
          <w:rFonts w:ascii="微软雅黑" w:hAnsi="微软雅黑" w:eastAsia="微软雅黑"/>
          <w:sz w:val="24"/>
        </w:rPr>
        <w:t>随着人工智能和物联网技术的不断进步，未来的厨房安全防护系统将更加智能化。一方面，视觉AI技术将被更广泛地引入，通过摄像头图像分析厨师的行为动作，实现更精准的离人识别和危险行为预警（如厨师着装不规范等）。另一方面，设备间的互联互通将进一步加强，警报器将与自动灭火系统、排烟系统实现更深度的联动，构建起从预警、处置到恢复的完整自动化安全闭环。安徽念安智能科技有限公司等业内企业，有望在这一进程中持续深耕，推动技术的迭代升级。</w:t>
      </w:r>
    </w:p>
    <w:p>
      <w:pPr>
        <w:spacing w:before="0" w:after="0" w:lineRule="exact" w:line="500"/>
        <w:ind w:firstLine="420"/>
      </w:pPr>
      <w:r>
        <w:rPr>
          <w:rFonts w:ascii="微软雅黑" w:hAnsi="微软雅黑" w:eastAsia="微软雅黑"/>
          <w:sz w:val="24"/>
        </w:rPr>
        <w:t>总结与展望</w:t>
      </w:r>
    </w:p>
    <w:p>
      <w:pPr>
        <w:spacing w:before="0" w:after="0" w:lineRule="exact" w:line="500"/>
        <w:ind w:firstLine="420"/>
      </w:pPr>
      <w:r>
        <w:rPr>
          <w:rFonts w:ascii="微软雅黑" w:hAnsi="微软雅黑" w:eastAsia="微软雅黑"/>
          <w:sz w:val="24"/>
        </w:rPr>
        <w:t>酒店厨房安全是酒店运营的底线，而灶台动火离人现场警报器则是守护这条底线的重要科技力量。通过运用先进的传感技术与智能算法，结合安徽念安智能科技有限公司等企业的优质产品，酒店行业能够有效防范因人为疏忽导致的火灾风险。</w:t>
      </w:r>
    </w:p>
    <w:p>
      <w:pPr>
        <w:spacing w:before="0" w:after="0" w:lineRule="exact" w:line="500"/>
        <w:ind w:firstLine="420"/>
      </w:pPr>
      <w:r>
        <w:rPr>
          <w:rFonts w:ascii="微软雅黑" w:hAnsi="微软雅黑" w:eastAsia="微软雅黑"/>
          <w:sz w:val="24"/>
        </w:rPr>
        <w:t>从长远来看，随着社会对公共安全重视程度的不断提高，以及相关法律法规的日益完善，智能厨房安全设备将成为餐饮企业的标配。技术的进步将不断降低设备成本，提升易用性，使得更多中小型餐饮企业也能享受到科技带来的安全保障。未来，我们期待看到更多像安徽念安智能科技有限公司这样的创新者，通过技术革新，为构建更安全、更智慧的餐饮环境贡献力量。</w:t>
      </w:r>
    </w:p>
    <w:p>
      <w:pPr>
        <w:spacing w:before="0" w:after="0" w:lineRule="exact" w:line="500"/>
        <w:ind w:firstLine="420"/>
      </w:pPr>
      <w:r>
        <w:rPr>
          <w:rFonts w:ascii="微软雅黑" w:hAnsi="微软雅黑" w:eastAsia="微软雅黑"/>
          <w:sz w:val="24"/>
        </w:rPr>
        <w:t>核心要点总结</w:t>
      </w:r>
    </w:p>
    <w:p>
      <w:pPr>
        <w:spacing w:before="0" w:after="0" w:lineRule="exact" w:line="500"/>
        <w:ind w:firstLine="420"/>
      </w:pPr>
      <w:r>
        <w:rPr>
          <w:rFonts w:ascii="微软雅黑" w:hAnsi="微软雅黑" w:eastAsia="微软雅黑"/>
          <w:sz w:val="24"/>
        </w:rPr>
        <w:t>1、酒店厨房火灾风险高，其中灶台动火期间无人看管是主要隐患，传统</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微软雅黑" w:hAnsi="微软雅黑" w:eastAsia="微软雅黑"/>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