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版本：闽教版（三年级起点）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Winter Vacation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34"/>
        </w:trPr>
        <w:tc>
          <w:tcPr>
            <w:tcW w:type="dxa" w:w="37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hometown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父，母；家长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swim的过去式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旅行；旅游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go的过去式</w:t>
            </w:r>
          </w:p>
        </w:tc>
        <w:tc>
          <w:tcPr>
            <w:tcW w:type="dxa" w:w="59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do的过去式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 Moon 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日月潭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take的过去式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am,is的过去式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20" w:right="12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are的过去式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A Visit to the Zoo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3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animal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eat的过去式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there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在那边</w:t>
            </w:r>
          </w:p>
        </w:tc>
        <w:tc>
          <w:tcPr>
            <w:tcW w:type="dxa" w:w="53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任何的；若干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elephant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next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紧挨着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8" w:right="5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see的过去式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under </w:t>
      </w:r>
      <w:r>
        <w:rPr>
          <w:rFonts w:ascii="宋体" w:hAnsi="宋体" w:eastAsia="宋体"/>
          <w:b w:val="0"/>
          <w:i w:val="0"/>
          <w:color w:val="555D5D"/>
          <w:sz w:val="24"/>
        </w:rPr>
        <w:t>在……下面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Easter Eggs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316"/>
        </w:trPr>
        <w:tc>
          <w:tcPr>
            <w:tcW w:type="dxa" w:w="33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复活节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藏</w:t>
            </w:r>
          </w:p>
        </w:tc>
        <w:tc>
          <w:tcPr>
            <w:tcW w:type="dxa" w:w="635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72" w:right="15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上颜色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84" w:right="14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Easter Bunny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复活节小兔子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2" w:right="15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get的过去式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72" w:right="15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for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寻找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59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pick up </w:t>
      </w:r>
      <w:r>
        <w:rPr>
          <w:rFonts w:ascii="宋体" w:hAnsi="宋体" w:eastAsia="宋体"/>
          <w:b w:val="0"/>
          <w:i w:val="0"/>
          <w:color w:val="555D5D"/>
          <w:sz w:val="24"/>
        </w:rPr>
        <w:t>捡起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A Spring Outing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4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camera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照相机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渴的</w:t>
            </w:r>
          </w:p>
        </w:tc>
        <w:tc>
          <w:tcPr>
            <w:tcW w:type="dxa" w:w="63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22" w:right="1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climb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攀爬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2" w:right="1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2" w:right="1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喊叫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2" w:right="1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outing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2" w:right="15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顶部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water </w:t>
      </w:r>
      <w:r>
        <w:rPr>
          <w:rFonts w:ascii="宋体" w:hAnsi="宋体" w:eastAsia="宋体"/>
          <w:b w:val="0"/>
          <w:i w:val="0"/>
          <w:color w:val="555D5D"/>
          <w:sz w:val="24"/>
        </w:rPr>
        <w:t>水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Sports Day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34"/>
        </w:trPr>
        <w:tc>
          <w:tcPr>
            <w:tcW w:type="dxa" w:w="34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忙的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high jump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跳高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run的过去式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尝试</w:t>
            </w:r>
          </w:p>
        </w:tc>
        <w:tc>
          <w:tcPr>
            <w:tcW w:type="dxa" w:w="62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down.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跌倒；跌下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 jump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跳远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proud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自豪的；骄傲的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sports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2" w:right="14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Feelings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760"/>
        </w:trPr>
        <w:tc>
          <w:tcPr>
            <w:tcW w:type="dxa" w:w="332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生气的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</w:tc>
        <w:tc>
          <w:tcPr>
            <w:tcW w:type="dxa" w:w="639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cheer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振作起来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仅仅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0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3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952"/>
        </w:trPr>
        <w:tc>
          <w:tcPr>
            <w:tcW w:type="dxa" w:w="40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program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节目</w:t>
            </w:r>
          </w:p>
        </w:tc>
        <w:tc>
          <w:tcPr>
            <w:tcW w:type="dxa" w:w="33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590" w:right="5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赛跑</w:t>
            </w:r>
          </w:p>
        </w:tc>
        <w:tc>
          <w:tcPr>
            <w:tcW w:type="dxa" w:w="302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40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难过的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56" w:right="2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40"/>
        </w:trPr>
        <w:tc>
          <w:tcPr>
            <w:tcW w:type="dxa" w:w="40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298" w:right="2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疲倦的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Tall Buildings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39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building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建筑物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楼层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grandmother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祖母；外婆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neighbor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邻居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河</w:t>
            </w:r>
          </w:p>
        </w:tc>
        <w:tc>
          <w:tcPr>
            <w:tcW w:type="dxa" w:w="57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bridge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grandfather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祖父；外公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living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客厅；起居室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真的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50" w:right="95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第十二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would </w:t>
      </w:r>
      <w:r>
        <w:rPr>
          <w:rFonts w:ascii="宋体" w:hAnsi="宋体" w:eastAsia="宋体"/>
          <w:b w:val="0"/>
          <w:i w:val="0"/>
          <w:color w:val="555D5D"/>
          <w:sz w:val="24"/>
        </w:rPr>
        <w:t>表达较合意愿的做法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Dates of the Month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080"/>
        </w:trPr>
        <w:tc>
          <w:tcPr>
            <w:tcW w:type="dxa" w:w="36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before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在……之前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guess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Mrs.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夫人；太太</w:t>
            </w:r>
          </w:p>
        </w:tc>
        <w:tc>
          <w:tcPr>
            <w:tcW w:type="dxa" w:w="61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calendar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lucky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幸运的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people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人；人们</w:t>
            </w:r>
          </w:p>
        </w:tc>
      </w:tr>
    </w:tbl>
    <w:p>
      <w:pPr>
        <w:autoSpaceDN w:val="0"/>
        <w:autoSpaceDE w:val="0"/>
        <w:widowControl/>
        <w:spacing w:line="31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were </w:t>
            </w:r>
          </w:p>
        </w:tc>
        <w:tc>
          <w:tcPr>
            <w:tcW w:type="dxa" w:w="19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are的过去式</w:t>
            </w:r>
          </w:p>
        </w:tc>
        <w:tc>
          <w:tcPr>
            <w:tcW w:type="dxa" w:w="298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472" w:right="4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366"/>
        </w:trPr>
        <w:tc>
          <w:tcPr>
            <w:tcW w:type="dxa" w:w="346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8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240"/>
        </w:trPr>
        <w:tc>
          <w:tcPr>
            <w:tcW w:type="dxa" w:w="3580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swam </w:t>
            </w:r>
          </w:p>
        </w:tc>
        <w:tc>
          <w:tcPr>
            <w:tcW w:type="dxa" w:w="18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0" w:right="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swim的过去式</w:t>
            </w:r>
          </w:p>
        </w:tc>
        <w:tc>
          <w:tcPr>
            <w:tcW w:type="dxa" w:w="287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went </w:t>
            </w:r>
          </w:p>
        </w:tc>
        <w:tc>
          <w:tcPr>
            <w:tcW w:type="dxa" w:w="21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go的过去式</w:t>
            </w:r>
          </w:p>
        </w:tc>
        <w:tc>
          <w:tcPr>
            <w:tcW w:type="dxa" w:w="287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did </w:t>
            </w:r>
          </w:p>
        </w:tc>
        <w:tc>
          <w:tcPr>
            <w:tcW w:type="dxa" w:w="21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do的过去式</w:t>
            </w:r>
          </w:p>
        </w:tc>
        <w:tc>
          <w:tcPr>
            <w:tcW w:type="dxa" w:w="287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2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hometown </w:t>
            </w:r>
          </w:p>
        </w:tc>
        <w:tc>
          <w:tcPr>
            <w:tcW w:type="dxa" w:w="1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故乡</w:t>
            </w:r>
          </w:p>
        </w:tc>
        <w:tc>
          <w:tcPr>
            <w:tcW w:type="dxa" w:w="287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tour </w:t>
            </w:r>
          </w:p>
        </w:tc>
        <w:tc>
          <w:tcPr>
            <w:tcW w:type="dxa" w:w="21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旅行；旅游</w:t>
            </w:r>
          </w:p>
        </w:tc>
        <w:tc>
          <w:tcPr>
            <w:tcW w:type="dxa" w:w="287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</w:p>
        </w:tc>
        <w:tc>
          <w:tcPr>
            <w:tcW w:type="dxa" w:w="21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0" w:right="1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</w:tc>
        <w:tc>
          <w:tcPr>
            <w:tcW w:type="dxa" w:w="287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54" w:right="35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8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0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504"/>
        </w:trPr>
        <w:tc>
          <w:tcPr>
            <w:tcW w:type="dxa" w:w="360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</w:p>
        </w:tc>
        <w:tc>
          <w:tcPr>
            <w:tcW w:type="dxa" w:w="219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am,is的过去式</w:t>
            </w:r>
          </w:p>
        </w:tc>
        <w:tc>
          <w:tcPr>
            <w:tcW w:type="dxa" w:w="284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8" w:right="1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284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6" w:right="1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parent 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24" w:right="1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父，母；家长</w:t>
            </w:r>
          </w:p>
        </w:tc>
        <w:tc>
          <w:tcPr>
            <w:tcW w:type="dxa" w:w="284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took </w:t>
            </w:r>
          </w:p>
        </w:tc>
        <w:tc>
          <w:tcPr>
            <w:tcW w:type="dxa" w:w="219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take的过去式</w:t>
            </w:r>
          </w:p>
        </w:tc>
        <w:tc>
          <w:tcPr>
            <w:tcW w:type="dxa" w:w="284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ate </w:t>
            </w:r>
          </w:p>
        </w:tc>
        <w:tc>
          <w:tcPr>
            <w:tcW w:type="dxa" w:w="219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" w:right="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eat的过去式</w:t>
            </w:r>
          </w:p>
        </w:tc>
        <w:tc>
          <w:tcPr>
            <w:tcW w:type="dxa" w:w="284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0" w:right="33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4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4" w:right="1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 </w:t>
            </w:r>
          </w:p>
        </w:tc>
        <w:tc>
          <w:tcPr>
            <w:tcW w:type="dxa" w:w="219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6" w:right="1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任何的；若干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5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306"/>
        </w:trPr>
        <w:tc>
          <w:tcPr>
            <w:tcW w:type="dxa" w:w="345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hill </w:t>
            </w:r>
          </w:p>
        </w:tc>
        <w:tc>
          <w:tcPr>
            <w:tcW w:type="dxa" w:w="20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小山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animal </w:t>
            </w:r>
          </w:p>
        </w:tc>
        <w:tc>
          <w:tcPr>
            <w:tcW w:type="dxa" w:w="173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动物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elephant </w:t>
            </w:r>
          </w:p>
        </w:tc>
        <w:tc>
          <w:tcPr>
            <w:tcW w:type="dxa" w:w="14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大象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</w:p>
        </w:tc>
        <w:tc>
          <w:tcPr>
            <w:tcW w:type="dxa" w:w="20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under </w:t>
            </w:r>
          </w:p>
        </w:tc>
        <w:tc>
          <w:tcPr>
            <w:tcW w:type="dxa" w:w="173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在……下面</w:t>
            </w:r>
          </w:p>
        </w:tc>
        <w:tc>
          <w:tcPr>
            <w:tcW w:type="dxa" w:w="29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5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5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2" w:right="48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0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938"/>
        </w:trPr>
        <w:tc>
          <w:tcPr>
            <w:tcW w:type="dxa" w:w="168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</w:p>
        </w:tc>
        <w:tc>
          <w:tcPr>
            <w:tcW w:type="dxa" w:w="17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饿的</w:t>
            </w:r>
          </w:p>
        </w:tc>
        <w:tc>
          <w:tcPr>
            <w:tcW w:type="dxa" w:w="304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saw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0" w:right="1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see的过去式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hide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藏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color </w:t>
            </w:r>
          </w:p>
        </w:tc>
        <w:tc>
          <w:tcPr>
            <w:tcW w:type="dxa" w:w="17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上颜色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</w:p>
        </w:tc>
        <w:tc>
          <w:tcPr>
            <w:tcW w:type="dxa" w:w="17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Easter </w:t>
            </w:r>
          </w:p>
        </w:tc>
        <w:tc>
          <w:tcPr>
            <w:tcW w:type="dxa" w:w="17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复活节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40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6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202"/>
        </w:trPr>
        <w:tc>
          <w:tcPr>
            <w:tcW w:type="dxa" w:w="173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brown </w:t>
            </w:r>
          </w:p>
        </w:tc>
        <w:tc>
          <w:tcPr>
            <w:tcW w:type="dxa" w:w="16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棕色的</w:t>
            </w:r>
          </w:p>
        </w:tc>
        <w:tc>
          <w:tcPr>
            <w:tcW w:type="dxa" w:w="308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got </w:t>
            </w:r>
          </w:p>
        </w:tc>
        <w:tc>
          <w:tcPr>
            <w:tcW w:type="dxa" w:w="200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get的过去式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 </w:t>
            </w:r>
          </w:p>
        </w:tc>
        <w:tc>
          <w:tcPr>
            <w:tcW w:type="dxa" w:w="16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</w:p>
        </w:tc>
        <w:tc>
          <w:tcPr>
            <w:tcW w:type="dxa" w:w="16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渴的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climb </w:t>
            </w:r>
          </w:p>
        </w:tc>
        <w:tc>
          <w:tcPr>
            <w:tcW w:type="dxa" w:w="16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攀爬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camera </w:t>
            </w:r>
          </w:p>
        </w:tc>
        <w:tc>
          <w:tcPr>
            <w:tcW w:type="dxa" w:w="16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照相机</w:t>
            </w:r>
          </w:p>
        </w:tc>
        <w:tc>
          <w:tcPr>
            <w:tcW w:type="dxa" w:w="308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36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21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306"/>
        </w:trPr>
        <w:tc>
          <w:tcPr>
            <w:tcW w:type="dxa" w:w="32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628"/>
        </w:trPr>
        <w:tc>
          <w:tcPr>
            <w:tcW w:type="dxa" w:w="421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swam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did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hometown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tour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China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parent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took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animal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elephant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under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hungry</w:t>
            </w:r>
          </w:p>
        </w:tc>
        <w:tc>
          <w:tcPr>
            <w:tcW w:type="dxa" w:w="62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are的过去式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8" w:right="207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swim的过去式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go的过去式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do的过去式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故乡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旅行；旅游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湖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8" w:right="195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am,is的过去式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中国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8" w:right="195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父，母；家长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8" w:right="195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take的过去式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8" w:right="207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eat的过去式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58" w:right="195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任何的；若干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小山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动物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大象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地图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在……下面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48" w:right="2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饿的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8014"/>
        </w:trPr>
        <w:tc>
          <w:tcPr>
            <w:tcW w:type="dxa" w:w="41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color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garden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Easter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brown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got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thirsty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climb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camera</w:t>
            </w:r>
          </w:p>
        </w:tc>
        <w:tc>
          <w:tcPr>
            <w:tcW w:type="dxa" w:w="6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078" w:right="207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see的过去式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上颜色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花园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复活节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棕色的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8" w:right="207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get的过去式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渴的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攀爬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6" w:right="23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照相机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were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wree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weer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are的过去式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swam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wsam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swim的过去式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netw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ntew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go的过去式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idd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do的过去式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wenmtoho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hometown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mwoohnet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故乡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rout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rotu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tour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旅行；旅游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aekl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lake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klea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湖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am,is的过去式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China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Cinha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nCiah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中国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parent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tnpaer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rnetap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父，母；家长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took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otok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ookt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take的过去式</w:t>
            </w:r>
          </w:p>
        </w:tc>
      </w:tr>
      <w:tr>
        <w:trPr>
          <w:trHeight w:hRule="exact" w:val="1302"/>
        </w:trPr>
        <w:tc>
          <w:tcPr>
            <w:tcW w:type="dxa" w:w="23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eat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eta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ate</w:t>
            </w:r>
          </w:p>
        </w:tc>
        <w:tc>
          <w:tcPr>
            <w:tcW w:type="dxa" w:w="43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eat的过去式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790"/>
        </w:trPr>
        <w:tc>
          <w:tcPr>
            <w:tcW w:type="dxa" w:w="2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yna</w:t>
            </w:r>
          </w:p>
        </w:tc>
        <w:tc>
          <w:tcPr>
            <w:tcW w:type="dxa" w:w="18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any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ayn</w:t>
            </w:r>
          </w:p>
        </w:tc>
        <w:tc>
          <w:tcPr>
            <w:tcW w:type="dxa" w:w="44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任何的；若干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illh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ihll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小山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alniam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niamal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animal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动物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82" w:right="4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etlhaenp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elephant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tepeahnl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大象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apm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mpa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map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地图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dunre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uenrd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under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在……下面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48" w:right="6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rynhgu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ugnhyr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hungry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饿的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wsa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saw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see的过去式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hide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hdie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ideh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藏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olocr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lcoor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color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上颜色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ngared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gnrdae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garden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花园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taEsre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Easter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eEsatr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复活节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brown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wnobr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rnwbo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棕色的</w:t>
            </w:r>
          </w:p>
        </w:tc>
      </w:tr>
      <w:tr>
        <w:trPr>
          <w:trHeight w:hRule="exact" w:val="518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got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ogt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gto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get的过去式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water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atrew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awter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水</w:t>
            </w:r>
          </w:p>
        </w:tc>
      </w:tr>
      <w:tr>
        <w:trPr>
          <w:trHeight w:hRule="exact" w:val="520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thirsty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ysihtrt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tsirhyt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渴的</w:t>
            </w:r>
          </w:p>
        </w:tc>
      </w:tr>
      <w:tr>
        <w:trPr>
          <w:trHeight w:hRule="exact" w:val="516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mlcib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bmilc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climb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攀爬</w:t>
            </w:r>
          </w:p>
        </w:tc>
      </w:tr>
      <w:tr>
        <w:trPr>
          <w:trHeight w:hRule="exact" w:val="604"/>
        </w:trPr>
        <w:tc>
          <w:tcPr>
            <w:tcW w:type="dxa" w:w="22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32" w:right="6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raceam</w:t>
            </w:r>
          </w:p>
        </w:tc>
        <w:tc>
          <w:tcPr>
            <w:tcW w:type="dxa" w:w="18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camera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38" w:right="4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craame</w:t>
            </w:r>
          </w:p>
        </w:tc>
        <w:tc>
          <w:tcPr>
            <w:tcW w:type="dxa" w:w="4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36" w:right="43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照相机</w:t>
            </w:r>
          </w:p>
        </w:tc>
      </w:tr>
    </w:tbl>
    <w:p>
      <w:pPr>
        <w:autoSpaceDN w:val="0"/>
        <w:autoSpaceDE w:val="0"/>
        <w:widowControl/>
        <w:spacing w:line="14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5158"/>
        </w:trPr>
        <w:tc>
          <w:tcPr>
            <w:tcW w:type="dxa" w:w="45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2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are的过去式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go的过去式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故乡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5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2" w:lineRule="exact" w:before="238" w:after="0"/>
              <w:ind w:left="1242" w:right="12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swim的过去式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992" w:right="9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do的过去式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1616" w:right="161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旅行；旅游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1242" w:right="124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am,is的过去式</w:t>
            </w:r>
          </w:p>
          <w:p>
            <w:pPr>
              <w:autoSpaceDN w:val="0"/>
              <w:autoSpaceDE w:val="0"/>
              <w:widowControl/>
              <w:spacing w:line="412" w:lineRule="exact" w:before="588" w:after="0"/>
              <w:ind w:left="992" w:right="9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父，母；家长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0246"/>
        </w:trPr>
        <w:tc>
          <w:tcPr>
            <w:tcW w:type="dxa" w:w="46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60" w:right="960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take的过去式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50" w:right="1150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任何的；若干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nima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动物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饿的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棕色的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攀爬</w:t>
            </w:r>
          </w:p>
        </w:tc>
        <w:tc>
          <w:tcPr>
            <w:tcW w:type="dxa" w:w="58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210" w:right="12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eat的过去式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84" w:right="158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10" w:right="12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大象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60" w:right="9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在……下面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10" w:right="12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see的过去式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10" w:right="12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上颜色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60" w:right="9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复活节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84" w:right="158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get的过去式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60" w:right="9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渴的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210" w:right="12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照相机</w:t>
            </w:r>
          </w:p>
        </w:tc>
      </w:tr>
    </w:tbl>
    <w:p>
      <w:pPr>
        <w:autoSpaceDN w:val="0"/>
        <w:autoSpaceDE w:val="0"/>
        <w:widowControl/>
        <w:spacing w:line="2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7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are的过去式 </w:t>
            </w:r>
          </w:p>
        </w:tc>
        <w:tc>
          <w:tcPr>
            <w:tcW w:type="dxa" w:w="2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swim的过去式 </w:t>
            </w:r>
          </w:p>
        </w:tc>
      </w:tr>
      <w:tr>
        <w:trPr>
          <w:trHeight w:hRule="exact" w:val="1000"/>
        </w:trPr>
        <w:tc>
          <w:tcPr>
            <w:tcW w:type="dxa" w:w="47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go的过去式 </w:t>
            </w:r>
          </w:p>
        </w:tc>
        <w:tc>
          <w:tcPr>
            <w:tcW w:type="dxa" w:w="2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do的过去式 </w:t>
            </w:r>
          </w:p>
        </w:tc>
      </w:tr>
      <w:tr>
        <w:trPr>
          <w:trHeight w:hRule="exact" w:val="1000"/>
        </w:trPr>
        <w:tc>
          <w:tcPr>
            <w:tcW w:type="dxa" w:w="47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故乡 </w:t>
            </w:r>
          </w:p>
        </w:tc>
        <w:tc>
          <w:tcPr>
            <w:tcW w:type="dxa" w:w="26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旅行；旅游 </w:t>
            </w:r>
          </w:p>
        </w:tc>
      </w:tr>
      <w:tr>
        <w:trPr>
          <w:trHeight w:hRule="exact" w:val="1662"/>
        </w:trPr>
        <w:tc>
          <w:tcPr>
            <w:tcW w:type="dxa" w:w="47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湖 </w:t>
            </w:r>
          </w:p>
        </w:tc>
        <w:tc>
          <w:tcPr>
            <w:tcW w:type="dxa" w:w="26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am,is的过去式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闽教版（三年级起点）</w:t>
            </w:r>
          </w:p>
        </w:tc>
      </w:tr>
      <w:tr>
        <w:trPr>
          <w:trHeight w:hRule="exact" w:val="1306"/>
        </w:trPr>
        <w:tc>
          <w:tcPr>
            <w:tcW w:type="dxa" w:w="48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中国 </w:t>
            </w:r>
          </w:p>
        </w:tc>
        <w:tc>
          <w:tcPr>
            <w:tcW w:type="dxa" w:w="25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父，母；家长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take的过去式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eat的过去式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任何的；若干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小山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动物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大象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地图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在……下面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饿的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see的过去式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藏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上颜色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花园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复活节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棕色的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get的过去式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水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渴的 </w:t>
            </w:r>
          </w:p>
        </w:tc>
      </w:tr>
      <w:tr>
        <w:trPr>
          <w:trHeight w:hRule="exact" w:val="5646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攀爬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照相机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