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一年级上学期 / 北京版（一年级起点）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学期：一年级上学期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版本：北京版（一年级起点）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一年级上学期 / 北京版（一年级起点）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3" name="Picture 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4" name="Picture 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5" name="Picture 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4" w:lineRule="exact" w:before="152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4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6" name="Picture 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4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12" w:lineRule="exact" w:before="1011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