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2025年白蚁防治知识试题及答案</w:t>
      </w:r>
    </w:p>
    <w:p>
      <w:r>
        <w:br/>
        <w:t xml:space="preserve"> 一、单项选择题（共10题，每题2分）</w:t>
        <w:br/>
        <w:br/>
        <w:t>1. 白蚁属于哪一类昆虫？</w:t>
        <w:br/>
        <w:br/>
        <w:t>A. 膜翅目</w:t>
        <w:br/>
        <w:br/>
        <w:t>B. 等翅目</w:t>
        <w:br/>
        <w:br/>
        <w:t>C. 鞘翅目</w:t>
        <w:br/>
        <w:br/>
        <w:t>D. 鳞翅目</w:t>
        <w:br/>
        <w:br/>
        <w:t>2. 下列哪种环境最适合白蚁生存？</w:t>
        <w:br/>
        <w:br/>
        <w:t>A. 干燥高温环境</w:t>
        <w:br/>
        <w:br/>
        <w:t>B. 潮湿阴暗环境</w:t>
        <w:br/>
        <w:br/>
        <w:t>C. 寒冷干燥环境</w:t>
        <w:br/>
        <w:br/>
        <w:t>D. 高海拔环境</w:t>
        <w:br/>
        <w:br/>
        <w:t>3. 白蚁的主要食物来源是什么？</w:t>
        <w:br/>
        <w:br/>
        <w:t>A. 肉类</w:t>
        <w:br/>
        <w:br/>
        <w:t>B. 植物纤维素</w:t>
        <w:br/>
        <w:br/>
        <w:t>C. 鱼类</w:t>
        <w:br/>
        <w:br/>
        <w:t>D. 金属</w:t>
        <w:br/>
        <w:br/>
        <w:t>4. 白蚁的社会结构中，负责繁殖的个体是？</w:t>
        <w:br/>
        <w:br/>
        <w:t>A. 工蚁</w:t>
        <w:br/>
        <w:br/>
        <w:t>B. 兵蚁</w:t>
        <w:br/>
        <w:br/>
        <w:t>C. 蚁后和蚁王</w:t>
        <w:br/>
        <w:br/>
        <w:t>D. 若蚁</w:t>
        <w:br/>
        <w:br/>
        <w:t>5. 白蚁防治的最佳季节是？</w:t>
        <w:br/>
        <w:br/>
        <w:t>A. 冬季</w:t>
        <w:br/>
        <w:br/>
        <w:t>B. 春季</w:t>
        <w:br/>
        <w:br/>
        <w:t>C. 夏季</w:t>
        <w:br/>
        <w:br/>
        <w:t>D. 秋季</w:t>
        <w:br/>
        <w:br/>
        <w:t>6. 下列哪种木材对白蚁有较强的天然抗性？</w:t>
        <w:br/>
        <w:br/>
        <w:t>A. 松木</w:t>
        <w:br/>
        <w:br/>
        <w:t>B. 柏木</w:t>
        <w:br/>
        <w:br/>
        <w:t>C. 杉木</w:t>
        <w:br/>
        <w:br/>
        <w:t>D. 橡木</w:t>
        <w:br/>
        <w:br/>
        <w:t>7. 白蚁分飞通常发生在什么时间？</w:t>
        <w:br/>
        <w:br/>
        <w:t>A. 清晨</w:t>
        <w:br/>
        <w:br/>
        <w:t>B. 中午</w:t>
        <w:br/>
        <w:br/>
        <w:t>C. 傍晚</w:t>
        <w:br/>
        <w:br/>
        <w:t>D. 夜晚</w:t>
        <w:br/>
        <w:br/>
        <w:t>8. 下列哪种方法不属于白蚁防治的物理方法？</w:t>
        <w:br/>
        <w:br/>
        <w:t>A. 木材处理</w:t>
        <w:br/>
        <w:br/>
        <w:t>B. 挖沟阻断</w:t>
        <w:br/>
        <w:br/>
        <w:t>C. 灯光诱杀</w:t>
        <w:br/>
        <w:br/>
        <w:t>D. 化学药剂喷洒</w:t>
        <w:br/>
        <w:br/>
        <w:t>9. 白蚁的翅型成虫被称为？</w:t>
        <w:br/>
        <w:br/>
        <w:t>A. 工蚁</w:t>
        <w:br/>
        <w:br/>
        <w:t>B. 兵蚁</w:t>
        <w:br/>
        <w:br/>
        <w:t>C. 有翅成虫</w:t>
        <w:br/>
        <w:br/>
        <w:t>D. 若蚁</w:t>
        <w:br/>
        <w:br/>
        <w:t>10. 白蚁防治中，"监测-控制"系统的核心原理是？</w:t>
        <w:br/>
        <w:br/>
        <w:t>A. 直接杀死所有白蚁</w:t>
        <w:br/>
        <w:br/>
        <w:t>B. 利用白蚁取食习性设置监测点</w:t>
        <w:br/>
        <w:br/>
        <w:t>C. 完全清除白蚁栖息地</w:t>
        <w:br/>
        <w:br/>
        <w:t>D. 使用大量化学药剂</w:t>
        <w:br/>
        <w:br/>
        <w:t xml:space="preserve"> 二、填空题（共5题，每题2分）</w:t>
        <w:br/>
        <w:br/>
        <w:t>1. 白蚁的社会一般由______、______、工蚁和兵蚁组成。</w:t>
        <w:br/>
        <w:br/>
        <w:t>2. 白蚁防治的IPM原则是指______。</w:t>
        <w:br/>
        <w:br/>
        <w:t>3. 白蚁分飞时，有翅成虫会______，寻找配偶后建立新的蚁群。</w:t>
        <w:br/>
        <w:br/>
        <w:t>4. 预防白蚁侵害建筑物的有效措施之一是保持建筑物周围______畅通。</w:t>
        <w:br/>
        <w:br/>
        <w:t>5. 白蚁防治中常用的饵剂系统主要是利用白蚁的______习性。</w:t>
        <w:br/>
        <w:br/>
        <w:t xml:space="preserve"> 三、判断题（共5题，每题2分）</w:t>
        <w:br/>
        <w:br/>
        <w:t>1. 白蚁和蚂蚁是同一类昆虫。（ ）</w:t>
        <w:br/>
        <w:br/>
        <w:t>2. 白蚁能够消化木材纤维素是因为它们体内有共生微生物。（ ）</w:t>
        <w:br/>
        <w:br/>
        <w:t>3. 所有白蚁都会对建筑物造成危害。（ ）</w:t>
        <w:br/>
        <w:br/>
        <w:t>4. 白蚁防治只需要在发现白蚁时进行一次处理即可。（ ）</w:t>
        <w:br/>
        <w:br/>
        <w:t>5. 白蚁分飞是白蚁繁殖的主要方式。（ ）</w:t>
        <w:br/>
        <w:br/>
        <w:t xml:space="preserve"> 四、多项选择题（共2题，每题2分）</w:t>
        <w:br/>
        <w:br/>
        <w:t>1. 下列哪些是白蚁防治的常用方法？（ ）</w:t>
        <w:br/>
        <w:br/>
        <w:t>A. 化学防治法</w:t>
        <w:br/>
        <w:br/>
        <w:t>B. 物理防治法</w:t>
        <w:br/>
        <w:br/>
        <w:t>C. 生物防治法</w:t>
        <w:br/>
        <w:br/>
        <w:t>D. 生态防治法</w:t>
        <w:br/>
        <w:br/>
        <w:t>2. 白蚁对人类的主要危害包括哪些？（ ）</w:t>
        <w:br/>
        <w:br/>
        <w:t>A. 破坏建筑物结构</w:t>
        <w:br/>
        <w:br/>
        <w:t>B. 损害农作物</w:t>
        <w:br/>
        <w:br/>
        <w:t>C. 传播疾病</w:t>
        <w:br/>
        <w:br/>
        <w:t>D. 破坏森林资源</w:t>
        <w:br/>
        <w:br/>
        <w:t xml:space="preserve"> 五、简答题（共2题，每题5分）</w:t>
        <w:br/>
        <w:br/>
        <w:t>1. 简述白蚁的生活周期及其特点。</w:t>
        <w:br/>
        <w:br/>
        <w:t>2. 请说明白蚁防治的综合管理策略及其优势。</w:t>
        <w:br/>
        <w:br/>
        <w:t xml:space="preserve"> 参考答案</w:t>
        <w:br/>
        <w:br/>
        <w:t xml:space="preserve"> 一、单项选择题答案及解析</w:t>
        <w:br/>
        <w:br/>
        <w:t>1. B. 等翅目</w:t>
        <w:br/>
        <w:br/>
        <w:t>解析：白蚁属于昆虫纲中等翅目的昆虫，与蚂蚁、蜜蜂等不同。白蚁的学名Isoptera就来源于其前后翅几乎等长的特征。</w:t>
        <w:br/>
        <w:br/>
        <w:t>2. B. 潮湿阴暗环境</w:t>
        <w:br/>
        <w:br/>
        <w:t>解析：白蚁喜欢温暖、潮湿、阴暗的环境，这类环境有利于它们的生存和繁殖。它们通常生活在土壤中、木材内部或建筑物阴暗潮湿的角落。</w:t>
        <w:br/>
        <w:br/>
        <w:t>3. B. 植物纤维素</w:t>
        <w:br/>
        <w:br/>
        <w:t>解析：白蚁主要以植物纤维素为食，包括木材、纸张、纤维素材料等。它们能够消化木材是因为肠道内有共生微生物帮助分解纤维素。</w:t>
        <w:br/>
        <w:br/>
        <w:t>4. C. 蚁后和蚁王</w:t>
        <w:br/>
        <w:br/>
        <w:t>解析：在白蚁社会中，蚁后和蚁王负责繁殖，是蚁群的繁殖核心。工蚁负责觅食、筑巢、照顾幼虫等工作，兵蚁负责保卫蚁群。</w:t>
        <w:br/>
        <w:br/>
        <w:t>5. B. 春季</w:t>
        <w:br/>
        <w:br/>
        <w:t>解析：春季是白蚁活动和繁殖的高峰期，也是进行白蚁防治的最佳季节。此时白蚁活动频繁，更容易发现和处理。</w:t>
        <w:br/>
        <w:br/>
        <w:t>6. B. 柏木</w:t>
        <w:br/>
        <w:br/>
        <w:t>解析：柏木含有天然的抗白蚁物质，对白蚁有较强的天然抗性。其他选项如松木、杉木、橡木相对容易被白蚁侵害。</w:t>
        <w:br/>
        <w:br/>
        <w:t>7. C. 傍晚</w:t>
        <w:br/>
        <w:br/>
        <w:t>解析：大多数种类的白蚁分飞发生在傍晚时分，此时温度适宜，湿度较高，有利于有翅成虫的飞行和繁殖。</w:t>
        <w:br/>
        <w:br/>
        <w:t>8. D. 化学药剂喷洒</w:t>
        <w:br/>
        <w:br/>
        <w:t>解析：化学药剂喷洒属于化学防治方法，而非物理方法。物理防治方法包括木材处理、挖沟阻断、灯光诱杀等。</w:t>
        <w:br/>
        <w:br/>
        <w:t>9. C. 有翅成虫</w:t>
        <w:br/>
        <w:br/>
        <w:t>解析：白蚁的翅型成虫被称为有翅成虫，它们是未来新蚁群的蚁王和蚁后。工蚁和兵蚁是无翅的，若蚁是未成熟的个体。</w:t>
        <w:br/>
        <w:br/>
        <w:t>10. B. 利用白蚁取食习性设置监测点</w:t>
        <w:br/>
        <w:br/>
        <w:t>解析："监测-控制"系统的核心原理是利用白蚁的取食习性，在建筑物周围设置监测点，一旦发现白蚁活动，再进行针对性的控制处理，这种方法更加精准和环保。</w:t>
        <w:br/>
        <w:br/>
        <w:t xml:space="preserve"> 二、填空题答案及解析</w:t>
        <w:br/>
        <w:br/>
        <w:t>1. 蚁后、蚁王</w:t>
        <w:br/>
        <w:br/>
        <w:t>解析：白蚁社会通常由蚁后、蚁王、工蚁和兵蚁组成。蚁后和蚁王负责繁殖，工蚁负责日常工作，兵蚁负责保卫蚁群。</w:t>
        <w:br/>
        <w:br/>
        <w:t>2. 综合害虫管理</w:t>
        <w:br/>
        <w:br/>
        <w:t>解析：IPM是Integrated Pest Management的缩写，即综合害虫管理。这是一种综合考虑环境、经济和社会因素，采用多种防治手段，以最低成本和环境影响控制害虫的方法。</w:t>
        <w:br/>
        <w:br/>
        <w:t>3. 群飞</w:t>
        <w:br/>
        <w:br/>
        <w:t>解析：白蚁分飞时，有翅成虫会成群飞舞，这个过程称为"群飞"。它们在飞行中寻找配偶，落地后脱去翅膀，寻找合适的地方建立新蚁群。</w:t>
        <w:br/>
        <w:br/>
        <w:t>4. 排水系统</w:t>
        <w:br/>
        <w:br/>
        <w:t>解析：保持建筑物周围排水系统畅通可以有效减少潮湿环境，降低白蚁滋生的可能性。白蚁喜欢潮湿的环境，干燥的环境不利于它们的生存。</w:t>
        <w:br/>
        <w:br/>
        <w:t>5. 取食</w:t>
        <w:br/>
        <w:br/>
        <w:t>解析：白蚁防治中常用的饵剂系统主要是利用白蚁的取食习性，将含有毒饵的装置放置在白蚁可能经过的地方，白蚁取食后会毒杀其他个体，达到控制整个蚁群的目的。</w:t>
        <w:br/>
        <w:br/>
        <w:t xml:space="preserve"> 三、判断题答案及解析</w:t>
        <w:br/>
        <w:br/>
        <w:t>1. 错误</w:t>
        <w:br/>
        <w:br/>
        <w:t>解析：白蚁和蚂蚁虽然外观有些相似，但它们属于不同的昆虫类别。白蚁属于等翅目，蚂蚁属于膜翅目，在生物学分类上有明显区别。</w:t>
        <w:br/>
        <w:br/>
        <w:t>2. 正确</w:t>
        <w:br/>
        <w:br/>
        <w:t>解析：白蚁能够消化木材纤维素是因为它们肠道内有共生微生物，这些微生物帮助分解木材中的纤维素，使白蚁能够从中获取营养。</w:t>
        <w:br/>
        <w:br/>
        <w:t>3. 错误</w:t>
        <w:br/>
        <w:br/>
        <w:t>解析：并非所有白蚁都会对建筑物造成危害。有些白蚁种类生活在野外，主要取食枯木和植物，不危害建筑物。只有少数种类的白蚁会侵害人类居住的建筑物。</w:t>
        <w:br/>
        <w:br/>
        <w:t>4. 错误</w:t>
        <w:br/>
        <w:br/>
        <w:t>解析：白蚁防治通常需要持续进行，因为白蚁可能会从其他地方再次入侵。一次处理可能无法完全消除所有白蚁，需要定期检查和维护。</w:t>
        <w:br/>
        <w:br/>
        <w:t>5. 正确</w:t>
        <w:br/>
        <w:br/>
        <w:t>解析：白蚁分飞是白蚁繁殖的主要方式。有翅成虫在分飞后寻找配偶，建立新的蚁群，这是白蚁种群扩散和繁殖的重要途径。</w:t>
        <w:br/>
        <w:br/>
        <w:t xml:space="preserve"> 四、多项选择题答案及解析</w:t>
        <w:br/>
        <w:br/>
        <w:t>1. A、B、C、D</w:t>
        <w:br/>
        <w:br/>
        <w:t>解析：白蚁防治的常用方法包括化学防治法（使用化学药剂）、物理防治法（如挖沟、屏障等）、生物防治法（利用天敌或病原微生物）和生态防治法（改变环境条件使不利于白蚁生存）。这些方法可以单独使用，也可以结合使用，形成综合防治策略。</w:t>
        <w:br/>
        <w:br/>
        <w:t>2. A、B、D</w:t>
        <w:br/>
        <w:br/>
        <w:t>解析：白蚁对人类的主要危害包括破坏建筑物结构（蛀蚀木材、梁柱等）、损害农作物（取食农作物根部和茎部）以及破坏森林资源（蛀蚀树木）。虽然白蚁可能携带一些微生物，但它们不直接传播人类疾病，因此选项C不正确。</w:t>
        <w:br/>
        <w:br/>
        <w:t xml:space="preserve"> 五、简答题答案及解析</w:t>
        <w:br/>
        <w:br/>
        <w:t>1. 白蚁的生活周期及其特点：</w:t>
        <w:br/>
        <w:br/>
        <w:t>白蚁的生活周期主要包括卵、若虫、工蚁、兵蚁和有翅成虫等阶段。蚁后产卵后，卵孵化成若虫，若虫经过几次蜕皮后，分化成不同类型的成虫。在白蚁社会中，有明确的分工：蚁后和蚁王负责繁殖，工蚁负责觅食、筑巢和照顾幼虫，兵蚁负责保卫蚁群。白蚁的生活周期特点是具有社会性、分工明确和世代重叠的特点。不同种类的白蚁，其生活周期长度和繁殖方式有所不同，但基本结构相似。</w:t>
        <w:br/>
        <w:br/>
        <w:t>2. 白蚁防治的综合管理策略及其优势：</w:t>
        <w:br/>
        <w:br/>
        <w:t>白蚁防治的综合管理策略（IPM）包括以下几个步骤：</w:t>
        <w:br/>
        <w:br/>
        <w:t>(1) 监测：定期检查建筑物周围和内部是否有白蚁活动的迹象，如蚁路、分飞孔、被蛀蚀的木材等。</w:t>
        <w:br/>
        <w:br/>
        <w:t>(2) 识别：准确识别白蚁种类，了解其生活习性和危害特点。</w:t>
        <w:br/>
        <w:br/>
        <w:t>(3) 预防：采取预防措施，如保持建筑物干燥、清除木材废料、安装物理屏障等。</w:t>
        <w:br/>
        <w:br/>
        <w:t>(4) 控制：根据白蚁种类和危害程度，选择合适的防治方法，如化学防治、物理防治、生物防治或饵剂系统等。</w:t>
        <w:br/>
        <w:br/>
        <w:t>(5) 评估：定期评估防治效果，必要时调整防治策略。</w:t>
        <w:br/>
        <w:br/>
        <w:t>综合管理策略的优势在于：</w:t>
        <w:br/>
        <w:br/>
        <w:t>(1) 环境友好：减少化学药剂的使用，降低对环境和非目标生物的影响。</w:t>
        <w:br/>
        <w:br/>
        <w:t>(2) 经济高效：通过精准定位和针对性处理，降低防治成本。</w:t>
        <w:br/>
        <w:br/>
        <w:t>(3) 持久有效：通过综合多种方法，提高防治效果，延长防治效果持续时间。</w:t>
        <w:br/>
        <w:br/>
        <w:t>(4) 可持续：注重预防为主，减少对化学药剂的依赖，实现长期控制。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