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2025年钢结构吊装试题及答案</w:t>
      </w:r>
    </w:p>
    <w:p>
      <w:r>
        <w:br/>
        <w:t xml:space="preserve"> 一、单项选择题（共10题，每题2分，共20分）</w:t>
        <w:br/>
        <w:br/>
        <w:t>1. 钢结构吊装过程中，最常用的起重设备是？</w:t>
        <w:br/>
        <w:br/>
        <w:t>A. 汽车起重机</w:t>
        <w:br/>
        <w:br/>
        <w:t>B. 塔式起重机</w:t>
        <w:br/>
        <w:br/>
        <w:t>C. 门式起重机</w:t>
        <w:br/>
        <w:br/>
        <w:t>D. 桥式起重机</w:t>
        <w:br/>
        <w:br/>
        <w:t>2. 钢结构吊装时，吊点选择应遵循的原则是？</w:t>
        <w:br/>
        <w:br/>
        <w:t>A. 靠近构件重心</w:t>
        <w:br/>
        <w:br/>
        <w:t>B. 靠近构件端部</w:t>
        <w:br/>
        <w:br/>
        <w:t>C. 构件中间位置</w:t>
        <w:br/>
        <w:br/>
        <w:t>D. 任意位置均可</w:t>
        <w:br/>
        <w:br/>
        <w:t>3. 钢结构吊装前，应对吊装设备进行检查，以下哪项不是必须检查的项目？</w:t>
        <w:br/>
        <w:br/>
        <w:t>A. 起重机稳定性</w:t>
        <w:br/>
        <w:br/>
        <w:t>B. 钢丝绳磨损情况</w:t>
        <w:br/>
        <w:br/>
        <w:t>C. 操作人员身体状况</w:t>
        <w:br/>
        <w:br/>
        <w:t>D. 吊具完好性</w:t>
        <w:br/>
        <w:br/>
        <w:t>4. 钢结构吊装过程中，风速超过多少米/秒时应停止吊装作业？</w:t>
        <w:br/>
        <w:br/>
        <w:t>A. 8米/秒</w:t>
        <w:br/>
        <w:br/>
        <w:t>B. 10米/秒</w:t>
        <w:br/>
        <w:br/>
        <w:t>C. 12米/秒</w:t>
        <w:br/>
        <w:br/>
        <w:t>D. 15米/秒</w:t>
        <w:br/>
        <w:br/>
        <w:t>5. 钢结构吊装时，吊装索具的安全系数一般不应小于？</w:t>
        <w:br/>
        <w:br/>
        <w:t>A. 2</w:t>
        <w:br/>
        <w:br/>
        <w:t>B. 3</w:t>
        <w:br/>
        <w:br/>
        <w:t>C. 4</w:t>
        <w:br/>
        <w:br/>
        <w:t>D. 5</w:t>
        <w:br/>
        <w:br/>
        <w:t>6. 钢结构吊装中，临时支撑的设置应遵循的原则是？</w:t>
        <w:br/>
        <w:br/>
        <w:t>A. 尽量减少支撑数量</w:t>
        <w:br/>
        <w:br/>
        <w:t>B. 确保结构稳定性</w:t>
        <w:br/>
        <w:br/>
        <w:t>C. 便于施工操作</w:t>
        <w:br/>
        <w:br/>
        <w:t>D. 节约成本</w:t>
        <w:br/>
        <w:br/>
        <w:t>7. 钢结构吊装完成后，应对吊装构件进行哪些检查？</w:t>
        <w:br/>
        <w:br/>
        <w:t>A. 外观检查</w:t>
        <w:br/>
        <w:br/>
        <w:t>B. 尺寸检查</w:t>
        <w:br/>
        <w:br/>
        <w:t>C. 位置检查</w:t>
        <w:br/>
        <w:br/>
        <w:t>D. 以上都是</w:t>
        <w:br/>
        <w:br/>
        <w:t>8. 钢结构吊装中，吊装索具与构件接触处应采取什么措施？</w:t>
        <w:br/>
        <w:br/>
        <w:t>A. 直接接触</w:t>
        <w:br/>
        <w:br/>
        <w:t>B. 加垫保护材料</w:t>
        <w:br/>
        <w:br/>
        <w:t>C. 使用高强度螺栓连接</w:t>
        <w:br/>
        <w:br/>
        <w:t>D. 焊接固定</w:t>
        <w:br/>
        <w:br/>
        <w:t>9. 钢结构吊装作业时，指挥信号应由谁发出？</w:t>
        <w:br/>
        <w:br/>
        <w:t>A. 吊车司机</w:t>
        <w:br/>
        <w:br/>
        <w:t>B. 安全员</w:t>
        <w:br/>
        <w:br/>
        <w:t>C. 指挥人员</w:t>
        <w:br/>
        <w:br/>
        <w:t>D. 项目经理</w:t>
        <w:br/>
        <w:br/>
        <w:t>10. 钢结构吊装过程中，吊装区域应设置的安全警示标志是？</w:t>
        <w:br/>
        <w:br/>
        <w:t>A. 禁止通行</w:t>
        <w:br/>
        <w:br/>
        <w:t>B. 当心吊物</w:t>
        <w:br/>
        <w:br/>
        <w:t>C. 必须戴安全帽</w:t>
        <w:br/>
        <w:br/>
        <w:t>D. 以上都是</w:t>
        <w:br/>
        <w:br/>
        <w:t xml:space="preserve"> 二、填空题（共6题，每题2分，共12分）</w:t>
        <w:br/>
        <w:br/>
        <w:t>1. 钢结构吊装前，应对吊装区域进行清理，确保周围______范围内无障碍物。</w:t>
        <w:br/>
        <w:br/>
        <w:t>2. 钢结构吊装常用的吊具有______、吊钩、卸扣等。</w:t>
        <w:br/>
        <w:br/>
        <w:t>3. 钢结构吊装时，吊装索具与构件的夹角一般不应小于______度。</w:t>
        <w:br/>
        <w:br/>
        <w:t>4. 钢结构吊装作业前，应编制详细的______，并经审批后方可实施。</w:t>
        <w:br/>
        <w:br/>
        <w:t>5. 钢结构吊装过程中，应安排专人负责______，确保吊装安全。</w:t>
        <w:br/>
        <w:br/>
        <w:t>6. 钢结构吊装完成后，应对吊装构件进行______，确保符合设计要求。</w:t>
        <w:br/>
        <w:br/>
        <w:t xml:space="preserve"> 三、判断题（共6题，每题2分，共12分）</w:t>
        <w:br/>
        <w:br/>
        <w:t>1. 钢结构吊装时，可以使用有损伤的钢丝绳进行吊装。（ ）</w:t>
        <w:br/>
        <w:br/>
        <w:t>2. 钢结构吊装过程中，可以边吊装边进行焊接作业。（ ）</w:t>
        <w:br/>
        <w:br/>
        <w:t>3. 钢结构吊装时，吊装索具的安全系数越大越好。（ ）</w:t>
        <w:br/>
        <w:br/>
        <w:t>4. 钢结构吊装作业时，指挥人员与吊车司机之间可以使用手势信号进行沟通。（ ）</w:t>
        <w:br/>
        <w:br/>
        <w:t>5. 钢结构吊装过程中，如遇突发情况，可以立即停止吊装作业。（ ）</w:t>
        <w:br/>
        <w:br/>
        <w:t>6. 钢结构吊装完成后，无需对吊装区域进行清理。（ ）</w:t>
        <w:br/>
        <w:br/>
        <w:t xml:space="preserve"> 四、多项选择题（共2题，每题2分，共4分）</w:t>
        <w:br/>
        <w:br/>
        <w:t>1. 钢结构吊装前应做哪些准备工作？（ ）</w:t>
        <w:br/>
        <w:br/>
        <w:t>A. 编制吊装方案</w:t>
        <w:br/>
        <w:br/>
        <w:t>B. 检查吊装设备</w:t>
        <w:br/>
        <w:br/>
        <w:t>C. 培训吊装人员</w:t>
        <w:br/>
        <w:br/>
        <w:t>D. 准备吊装索具</w:t>
        <w:br/>
        <w:br/>
        <w:t>E. 清理吊装区域</w:t>
        <w:br/>
        <w:br/>
        <w:t>2. 钢结构吊装过程中应注意哪些安全事项？（ ）</w:t>
        <w:br/>
        <w:br/>
        <w:t>A. 控制吊装速度</w:t>
        <w:br/>
        <w:br/>
        <w:t>B. 避免超载吊装</w:t>
        <w:br/>
        <w:br/>
        <w:t>C. 注意天气变化</w:t>
        <w:br/>
        <w:br/>
        <w:t>D. 设置安全警戒区域</w:t>
        <w:br/>
        <w:br/>
        <w:t>E. 确保通讯畅通</w:t>
        <w:br/>
        <w:br/>
        <w:t xml:space="preserve"> 五、简答题（共2题，每题5分，共10分）</w:t>
        <w:br/>
        <w:br/>
        <w:t>1. 简述钢结构吊装的基本流程。</w:t>
        <w:br/>
        <w:br/>
        <w:t>2. 钢结构吊装过程中常见的安全隐患有哪些？如何预防？</w:t>
        <w:br/>
        <w:br/>
        <w:t xml:space="preserve"> 答案及解析</w:t>
        <w:br/>
        <w:br/>
        <w:t xml:space="preserve"> 一、单项选择题（共10题，每题2分，共20分）</w:t>
        <w:br/>
        <w:br/>
        <w:t>1. 答案：A</w:t>
        <w:br/>
        <w:br/>
        <w:t>解析：汽车起重机是钢结构吊装中最常用的起重设备，因为它机动灵活，适应性强，适合大多数钢结构吊装场景。塔式起重机适用于高层建筑，门式起重机适用于大型场地，桥式起重机主要用于车间内部。</w:t>
        <w:br/>
        <w:br/>
        <w:t>2. 答案：A</w:t>
        <w:br/>
        <w:br/>
        <w:t>解析：吊点选择应靠近构件重心，这样可以减少吊装过程中的摆动，提高吊装精度和安全性。靠近构件端部或中间位置都可能导致构件倾斜或变形。</w:t>
        <w:br/>
        <w:br/>
        <w:t>3. 答案：C</w:t>
        <w:br/>
        <w:br/>
        <w:t>解析：吊装设备检查应包括起重机稳定性、钢丝绳磨损情况、吊具完好性等，这些是确保吊装安全的关键因素。操作人员身体状况虽然重要，但属于人员管理范畴，不属于设备检查项目。</w:t>
        <w:br/>
        <w:br/>
        <w:t>4. 答案：C</w:t>
        <w:br/>
        <w:br/>
        <w:t>解析：根据《建筑施工高处作业安全技术规范》，钢结构吊装时，当风速超过12米/秒（约6级风）时应停止吊装作业，以确保安全。</w:t>
        <w:br/>
        <w:br/>
        <w:t>5. 答案：D</w:t>
        <w:br/>
        <w:br/>
        <w:t>解析：根据《起重机械安全规程》，钢结构吊装时，吊装索具的安全系数一般不应小于5，这是为了保证吊装过程中的安全性。</w:t>
        <w:br/>
        <w:br/>
        <w:t>6. 答案：B</w:t>
        <w:br/>
        <w:br/>
        <w:t>解析：临时支撑的设置应首先确保结构稳定性，防止吊装过程中发生变形或倒塌。减少支撑数量、便于施工操作和节约成本都是次要考虑因素。</w:t>
        <w:br/>
        <w:br/>
        <w:t>7. 答案：D</w:t>
        <w:br/>
        <w:br/>
        <w:t>解析：钢结构吊装完成后，应对吊装构件进行全面检查，包括外观检查、尺寸检查和位置检查，确保吊装质量符合要求。</w:t>
        <w:br/>
        <w:br/>
        <w:t>8. 答案：B</w:t>
        <w:br/>
        <w:br/>
        <w:t>解析：吊装索具与构件接触处应加垫保护材料，如橡胶垫、木板等，以防止损伤构件表面和索具。</w:t>
        <w:br/>
        <w:br/>
        <w:t>9. 答案：C</w:t>
        <w:br/>
        <w:br/>
        <w:t>解析：根据《起重吊运信号》，钢结构吊装作业时，指挥信号应由专门的指挥人员发出，吊车司机应严格按照指挥信号操作。</w:t>
        <w:br/>
        <w:br/>
        <w:t>10. 答案：D</w:t>
        <w:br/>
        <w:br/>
        <w:t>解析：钢结构吊装区域应设置多种安全警示标志，包括禁止通行、当心吊物、必须戴安全帽等，以确保吊装区域的安全。</w:t>
        <w:br/>
        <w:br/>
        <w:t xml:space="preserve"> 二、填空题（共6题，每题2分，共12分）</w:t>
        <w:br/>
        <w:br/>
        <w:t>1. 答案：15米</w:t>
        <w:br/>
        <w:br/>
        <w:t>解析：钢结构吊装前，应对吊装区域进行清理，确保周围15米范围内无障碍物，以保证吊装作业的安全空间。</w:t>
        <w:br/>
        <w:br/>
        <w:t>2. 答案：钢丝绳</w:t>
        <w:br/>
        <w:br/>
        <w:t>解析：钢结构吊装常用的吊具有钢丝绳、吊钩、卸扣等，其中钢丝绳是最常用的吊装索具。</w:t>
        <w:br/>
        <w:br/>
        <w:t>3. 答案：45</w:t>
        <w:br/>
        <w:br/>
        <w:t>解析：钢结构吊装时，吊装索具与构件的夹角一般不应小于45度，以减少索具的受力，提高安全性。</w:t>
        <w:br/>
        <w:br/>
        <w:t>4. 答案：吊装方案</w:t>
        <w:br/>
        <w:br/>
        <w:t>解析：钢结构吊装作业前，应编制详细的吊装方案，包括吊装方法、吊装顺序、安全措施等，并经审批后方可实施。</w:t>
        <w:br/>
        <w:br/>
        <w:t>5. 答案：安全监护</w:t>
        <w:br/>
        <w:br/>
        <w:t>解析：钢结构吊装过程中，应安排专人负责安全监护，及时发现和处理安全隐患，确保吊装安全。</w:t>
        <w:br/>
        <w:br/>
        <w:t>6. 答案：质量检查</w:t>
        <w:br/>
        <w:br/>
        <w:t>解析：钢结构吊装完成后，应对吊装构件进行质量检查，包括位置、标高、垂直度等，确保符合设计要求。</w:t>
        <w:br/>
        <w:br/>
        <w:t xml:space="preserve"> 三、判断题（共6题，每题2分，共12分）</w:t>
        <w:br/>
        <w:br/>
        <w:t>1. 答案：×</w:t>
        <w:br/>
        <w:br/>
        <w:t>解析：有损伤的钢丝绳存在安全隐患，不能用于钢结构吊装。使用前应仔细检查钢丝绳的状况，如有断丝、磨损、变形等情况应立即更换。</w:t>
        <w:br/>
        <w:br/>
        <w:t>2. 答案：×</w:t>
        <w:br/>
        <w:br/>
        <w:t>解析：钢结构吊装过程中，不应边吊装边进行焊接作业，这会影响吊装安全，也容易造成焊接质量不合格。吊装完成后，应待构件稳定后再进行焊接。</w:t>
        <w:br/>
        <w:br/>
        <w:t>3. 答案：×</w:t>
        <w:br/>
        <w:br/>
        <w:t>解析：钢结构吊装时，吊装索具的安全系数并非越大越好。安全系数过大会导致材料浪费，增加成本；过小则存在安全隐患。应根据实际情况选择合适的安全系数，一般不应小于5。</w:t>
        <w:br/>
        <w:br/>
        <w:t>4. 答案：√</w:t>
        <w:br/>
        <w:br/>
        <w:t>解析：钢结构吊装作业时，指挥人员与吊车司机之间可以使用手势信号进行沟通，这是《起重吊运信号》中规定的标准沟通方式之一。</w:t>
        <w:br/>
        <w:br/>
        <w:t>5. 答案：√</w:t>
        <w:br/>
        <w:br/>
        <w:t>解析：钢结构吊装过程中，如遇突发情况（如天气突变、设备故障、安全隐患等），应立即停止吊装作业，确保人员安全。</w:t>
        <w:br/>
        <w:br/>
        <w:t>6. 答案：×</w:t>
        <w:br/>
        <w:br/>
        <w:t>解析：钢结构吊装完成后，应对吊装区域进行清理，包括清除杂物、整理工具、恢复场地等，做到工完场清，保持施工现场整洁。</w:t>
        <w:br/>
        <w:br/>
        <w:t xml:space="preserve"> 四、多项选择题（共2题，每题2分，共4分）</w:t>
        <w:br/>
        <w:br/>
        <w:t>1. 答案：ABCDE</w:t>
        <w:br/>
        <w:br/>
        <w:t>解析：钢结构吊装前应做多项准备工作，包括编制吊装方案、检查吊装设备、培训吊装人员、准备吊装索具、清理吊装区域等，这些都是确保吊装安全顺利进行的重要环节。</w:t>
        <w:br/>
        <w:br/>
        <w:t>2. 答案：ABCDE</w:t>
        <w:br/>
        <w:br/>
        <w:t>解析：钢结构吊装过程中应注意多项安全事项，包括控制吊装速度、避免超载吊装、注意天气变化、设置安全警戒区域、确保通讯畅通等，这些都是保证吊装安全的关键措施。</w:t>
        <w:br/>
        <w:br/>
        <w:t xml:space="preserve"> 五、简答题（共2题，每题5分，共10分）</w:t>
        <w:br/>
        <w:br/>
        <w:t>1. 答案：</w:t>
        <w:br/>
        <w:br/>
        <w:t>钢结构吊装的基本流程包括：</w:t>
        <w:br/>
        <w:br/>
        <w:t>（1）准备工作：编制吊装方案、检查吊装设备、准备吊装索具、清理吊装区域等；</w:t>
        <w:br/>
        <w:br/>
        <w:t>（2）构件检查：对吊装构件进行外观、尺寸、质量检查；</w:t>
        <w:br/>
        <w:br/>
        <w:t>（3）吊装就位：按照吊装方案进行吊装，确保构件准确就位；</w:t>
        <w:br/>
        <w:br/>
        <w:t>（4）临时固定：对吊装构件进行临时固定，防止倾倒；</w:t>
        <w:br/>
        <w:br/>
        <w:t>（5）校正调整：对构件的位置、标高、垂直度等进行校正调整；</w:t>
        <w:br/>
        <w:br/>
        <w:t>（6）永久固定：完成校正后，进行永久固定，如焊接、螺栓连接等；</w:t>
        <w:br/>
        <w:br/>
        <w:t>（7）质量检查：对吊装完成的质量进行检查验收。</w:t>
        <w:br/>
        <w:br/>
        <w:t>解析：钢结构吊装是一个系统工程，需要严格按照流程进行，每个环节都关系到吊装质量和安全。准备工作是基础，构件检查是前提，吊装就位是关键，临时固定和校正调整是保证，永久固定是目的，质量检查是验收标准。只有严格按照流程操作，才能确保钢结构吊装的质量和安全。</w:t>
        <w:br/>
        <w:br/>
        <w:t>2. 答案：</w:t>
        <w:br/>
        <w:br/>
        <w:t>钢结构吊装过程中常见的安全隐患及预防措施：</w:t>
        <w:br/>
        <w:br/>
        <w:t>（1）超载吊装：隐患是可能导致起重设备损坏、构件变形甚至坠落；预防措施是严格控制吊装重量，严禁超载。</w:t>
        <w:br/>
        <w:br/>
        <w:t>（2）吊装索具损坏：隐患是可能导致构件坠落；预防措施是定期检查索具，及时更换损坏的索具。</w:t>
        <w:br/>
        <w:br/>
        <w:t>（3）吊装区域混乱：隐患是可能导致人员伤亡；预防措施是设置安全警戒区域，禁止无关人员进入。</w:t>
        <w:br/>
        <w:br/>
        <w:t>（4）恶劣天气影响：隐患是可能导致吊装事故；预防措施是密切关注天气变化，大风、雨雪天气停止吊装。</w:t>
        <w:br/>
        <w:br/>
        <w:t>（5）指挥不当：隐患是可能导致吊装失误；预防措施是配备专业指挥人员，使用标准指挥信号。</w:t>
        <w:br/>
        <w:br/>
        <w:t>（6）临时支撑不足：隐患是可能导致构件失稳；预防措施是设置足够的临时支撑，确保结构稳定。</w:t>
        <w:br/>
        <w:br/>
        <w:t>解析：钢结构吊装过程中存在多种安全隐患，需要针对每种隐患采取相应的预防措施。超载吊装是最常见的安全隐患之一，必须严格控制；吊装索具是直接关系到吊装安全的关键部件，必须定期检查；吊装区域管理混乱容易导致人员伤亡，必须严格管控；恶劣天气对吊装安全影响很大，必须密切关注；指挥不当会导致吊装失误，必须规范指挥；临时支撑不足会导致结构失稳，必须确保支撑牢固。只有全面识别和预防这些安全隐患，才能确保钢结构吊装的安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