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2025年土木材料试题及答案</w:t>
      </w:r>
    </w:p>
    <w:p>
      <w:r>
        <w:br/>
        <w:t xml:space="preserve"> 一、单项选择题（共10题，每题2分，共20分）</w:t>
        <w:br/>
        <w:br/>
        <w:t>1. 下列哪种材料不属于传统土木工程材料？</w:t>
        <w:br/>
        <w:br/>
        <w:t>A. 钢材</w:t>
        <w:br/>
        <w:br/>
        <w:t>B. 混凝土</w:t>
        <w:br/>
        <w:br/>
        <w:t>C. 碳纤维复合材料</w:t>
        <w:br/>
        <w:br/>
        <w:t>D. 木材</w:t>
        <w:br/>
        <w:br/>
        <w:t>2. 混凝土的抗压强度与抗拉强度的比值大约为：</w:t>
        <w:br/>
        <w:br/>
        <w:t>A. 1:1</w:t>
        <w:br/>
        <w:br/>
        <w:t>B. 5:1</w:t>
        <w:br/>
        <w:br/>
        <w:t>C. 10:1</w:t>
        <w:br/>
        <w:br/>
        <w:t>D. 20:1</w:t>
        <w:br/>
        <w:br/>
        <w:t>3. 下列哪种水泥适用于大体积混凝土工程？</w:t>
        <w:br/>
        <w:br/>
        <w:t>A. 硅酸盐水泥</w:t>
        <w:br/>
        <w:br/>
        <w:t>B. 普通硅酸盐水泥</w:t>
        <w:br/>
        <w:br/>
        <w:t>C. 矿渣水泥</w:t>
        <w:br/>
        <w:br/>
        <w:t>D. 高铝水泥</w:t>
        <w:br/>
        <w:br/>
        <w:t>4. 钢筋混凝土结构中，钢筋的主要作用是：</w:t>
        <w:br/>
        <w:br/>
        <w:t>A. 提高抗压强度</w:t>
        <w:br/>
        <w:br/>
        <w:t>B. 提高抗拉强度</w:t>
        <w:br/>
        <w:br/>
        <w:t>C. 提高耐火性能</w:t>
        <w:br/>
        <w:br/>
        <w:t>D. 提高耐久性</w:t>
        <w:br/>
        <w:br/>
        <w:t>5. 下列哪种材料具有自愈合能力？</w:t>
        <w:br/>
        <w:br/>
        <w:t>A. 普通混凝土</w:t>
        <w:br/>
        <w:br/>
        <w:t>B. 自愈合混凝土</w:t>
        <w:br/>
        <w:br/>
        <w:t>C. 高强混凝土</w:t>
        <w:br/>
        <w:br/>
        <w:t>D. 轻质混凝土</w:t>
        <w:br/>
        <w:br/>
        <w:t>6. 沥青混合料的主要性能指标不包括：</w:t>
        <w:br/>
        <w:br/>
        <w:t>A. 稳定度</w:t>
        <w:br/>
        <w:br/>
        <w:t>B. 流值</w:t>
        <w:br/>
        <w:br/>
        <w:t>C. 抗压强度</w:t>
        <w:br/>
        <w:br/>
        <w:t>D. 空隙率</w:t>
        <w:br/>
        <w:br/>
        <w:t>7. 下列哪种材料不属于绿色建材？</w:t>
        <w:br/>
        <w:br/>
        <w:t>A. 再生混凝土</w:t>
        <w:br/>
        <w:br/>
        <w:t>B. 竹材</w:t>
        <w:br/>
        <w:br/>
        <w:t>C. 石棉</w:t>
        <w:br/>
        <w:br/>
        <w:t>D. 生态砖</w:t>
        <w:br/>
        <w:br/>
        <w:t>8. 钢材的屈服强度是指：</w:t>
        <w:br/>
        <w:br/>
        <w:t>A. 钢材开始断裂时的应力</w:t>
        <w:br/>
        <w:br/>
        <w:t>B. 钢材产生明显塑性变形时的应力</w:t>
        <w:br/>
        <w:br/>
        <w:t>C. 钢材承受的最大应力</w:t>
        <w:br/>
        <w:br/>
        <w:t>D. 钢材弹性变形的极限应力</w:t>
        <w:br/>
        <w:br/>
        <w:t>9. 下列哪种外加剂可以提高混凝土的早期强度？</w:t>
        <w:br/>
        <w:br/>
        <w:t>A. 减水剂</w:t>
        <w:br/>
        <w:br/>
        <w:t>B. 缓凝剂</w:t>
        <w:br/>
        <w:br/>
        <w:t>C. 早强剂</w:t>
        <w:br/>
        <w:br/>
        <w:t>D. 引气剂</w:t>
        <w:br/>
        <w:br/>
        <w:t>10. 下列哪种材料最适合用于海洋环境中的混凝土结构？</w:t>
        <w:br/>
        <w:br/>
        <w:t>A. 普通硅酸盐水泥混凝土</w:t>
        <w:br/>
        <w:br/>
        <w:t>B. 高铝水泥混凝土</w:t>
        <w:br/>
        <w:br/>
        <w:t>C. 矿渣水泥混凝土</w:t>
        <w:br/>
        <w:br/>
        <w:t>D. 硫铝酸盐水泥混凝土</w:t>
        <w:br/>
        <w:br/>
        <w:t xml:space="preserve"> 二、判断题（共5题，每题2分，共10分）</w:t>
        <w:br/>
        <w:br/>
        <w:t>1. 混凝土的强度随龄期的增长而无限增大。（ ）</w:t>
        <w:br/>
        <w:br/>
        <w:t>2. 钢材的冷加工可以提高其屈服强度，但会降低塑性。（ ）</w:t>
        <w:br/>
        <w:br/>
        <w:t>3. 所有类型的膨胀水泥都可以用于补偿混凝土收缩。（ ）</w:t>
        <w:br/>
        <w:br/>
        <w:t>4. 沥青的温度敏感性越高，其路用性能越好。（ ）</w:t>
        <w:br/>
        <w:br/>
        <w:t>5. 纤维增强复合材料(FRP)可以用于加固既有混凝土结构。（ ）</w:t>
        <w:br/>
        <w:br/>
        <w:t xml:space="preserve"> 三、多项选择题（共2题，每题2分，共4分）</w:t>
        <w:br/>
        <w:br/>
        <w:t>1. 下列哪些因素会影响混凝土的耐久性？</w:t>
        <w:br/>
        <w:br/>
        <w:t>A. 水灰比</w:t>
        <w:br/>
        <w:br/>
        <w:t>B. 水泥品种</w:t>
        <w:br/>
        <w:br/>
        <w:t>C. 养护条件</w:t>
        <w:br/>
        <w:br/>
        <w:t>D. 骨料类型</w:t>
        <w:br/>
        <w:br/>
        <w:t>E. 环境条件</w:t>
        <w:br/>
        <w:br/>
        <w:t>2. 下列哪些材料属于高性能混凝土的特点？</w:t>
        <w:br/>
        <w:br/>
        <w:t>A. 高强度</w:t>
        <w:br/>
        <w:br/>
        <w:t>B. 高工作性</w:t>
        <w:br/>
        <w:br/>
        <w:t>C. 高耐久性</w:t>
        <w:br/>
        <w:br/>
        <w:t>D. 低收缩</w:t>
        <w:br/>
        <w:br/>
        <w:t>E. 低成本</w:t>
        <w:br/>
        <w:br/>
        <w:t xml:space="preserve"> 四、填空题（共5题，每题2分，共10分）</w:t>
        <w:br/>
        <w:br/>
        <w:t>1. 混凝土的强度等级是以其______天立方体抗压强度标准值来划分的。</w:t>
        <w:br/>
        <w:br/>
        <w:t>2. 钢材中的主要合金元素除铁外，还包括______和______。</w:t>
        <w:br/>
        <w:br/>
        <w:t>3. 沥青的针入度越大，表示沥青的______性越好。</w:t>
        <w:br/>
        <w:br/>
        <w:t>4. 水泥的水化反应是一个______过程，会释放热量。</w:t>
        <w:br/>
        <w:br/>
        <w:t>5. 混凝土的徐变是指混凝土在长期荷载作用下，随时间增长的______变形。</w:t>
        <w:br/>
        <w:br/>
        <w:t xml:space="preserve"> 五、简答题（共2题，每题5分，共10分）</w:t>
        <w:br/>
        <w:br/>
        <w:t>1. 简述混凝土配合比设计的基本原则和步骤。</w:t>
        <w:br/>
        <w:br/>
        <w:t>2. 简述钢材腐蚀的主要类型及防护措施。</w:t>
        <w:br/>
        <w:br/>
        <w:t xml:space="preserve"> 参考答案及解析</w:t>
        <w:br/>
        <w:br/>
        <w:t xml:space="preserve"> 一、单项选择题</w:t>
        <w:br/>
        <w:br/>
        <w:t>1. 答案：C</w:t>
        <w:br/>
        <w:br/>
        <w:t>解析：传统土木工程材料主要包括钢材、混凝土、木材、砖石等。碳纤维复合材料是新型复合材料，属于现代土木工程中应用的新型材料，不属于传统土木工程材料。</w:t>
        <w:br/>
        <w:br/>
        <w:t>2. 答案：C</w:t>
        <w:br/>
        <w:br/>
        <w:t>解析：混凝土的抗压强度远高于其抗拉强度，两者的比值大约为10:1。这也是为什么在混凝土结构中需要配置钢筋来承受拉力，形成钢筋混凝土结构。</w:t>
        <w:br/>
        <w:br/>
        <w:t>3. 答案：C</w:t>
        <w:br/>
        <w:br/>
        <w:t>解析：矿渣水泥水化热较低，适用于大体积混凝土工程，如大坝、大型基础等，可以减少因水化热引起的温度裂缝。硅酸盐水泥和普通硅酸盐水泥水化热较高，不适合大体积混凝土工程。高铝水泥水化热高且集中，也不适合大体积混凝土工程。</w:t>
        <w:br/>
        <w:br/>
        <w:t>4. 答案：B</w:t>
        <w:br/>
        <w:br/>
        <w:t>解析：在钢筋混凝土结构中，混凝土主要承受压力，而钢筋主要承受拉力。钢筋的高抗拉强度弥补了混凝土抗拉强度低的缺点，使结构能够同时承受压力和拉力。</w:t>
        <w:br/>
        <w:br/>
        <w:t>5. 答案：B</w:t>
        <w:br/>
        <w:br/>
        <w:t>解析：自愈合混凝土是一种新型智能材料，能够在混凝土产生微裂缝时，通过内置的修复剂或细菌等机制自动修复裂缝，恢复材料的性能。普通混凝土、高强混凝土和轻质混凝土都不具备自愈合能力。</w:t>
        <w:br/>
        <w:br/>
        <w:t>6. 答案：C</w:t>
        <w:br/>
        <w:br/>
        <w:t>解析：沥青混合料的主要性能指标包括稳定度、流值、空隙率、沥青饱和度等。抗压强度不是沥青混合料的主要性能指标，因为沥青混合料主要承受的是弯曲和剪切应力，而不是直接的压力。</w:t>
        <w:br/>
        <w:br/>
        <w:t>7. 答案：C</w:t>
        <w:br/>
        <w:br/>
        <w:t>解析：绿色建材是指在生产、使用和废弃过程中对环境影响小、资源消耗少、有利于人体健康的建筑材料。再生混凝土、竹材和生态砖都属于绿色建材。石棉已被证明对人体健康有害，不属于绿色建材。</w:t>
        <w:br/>
        <w:br/>
        <w:t>8. 答案：B</w:t>
        <w:br/>
        <w:br/>
        <w:t>解析：钢材的屈服强度是指钢材开始产生明显塑性变形时的应力。当应力超过屈服强度后，钢材会产生不可恢复的塑性变形。选项A描述的是极限强度，选项C描述的是抗拉强度，选项D描述的是弹性极限。</w:t>
        <w:br/>
        <w:br/>
        <w:t>9. 答案：C</w:t>
        <w:br/>
        <w:br/>
        <w:t>解析：早强剂可以加速水泥的水化反应，提高混凝土的早期强度。减水剂主要用于改善混凝土的工作性，缓凝剂用于延缓混凝土的凝结时间，引气剂用于在混凝土中引入微小气泡以提高抗冻性。</w:t>
        <w:br/>
        <w:br/>
        <w:t>10. 答案：C</w:t>
        <w:br/>
        <w:br/>
        <w:t>解析：海洋环境中的混凝土结构面临氯离子侵蚀等问题，矿渣水泥混凝土具有较好的抗氯离子渗透性和抗硫酸盐侵蚀性，适合用于海洋环境。普通硅酸盐水泥混凝土和硫铝酸盐水泥混凝土在海洋环境中的耐久性较差，高铝水泥混凝土在湿热环境中会发生强度倒缩现象，也不适合用于海洋环境。</w:t>
        <w:br/>
        <w:br/>
        <w:t xml:space="preserve"> 二、判断题</w:t>
        <w:br/>
        <w:br/>
        <w:t>1. 答案：×</w:t>
        <w:br/>
        <w:br/>
        <w:t>解析：混凝土的强度随龄期的增长而增大，但不是无限增大。混凝土强度增长主要发生在早期，后期增长缓慢并逐渐趋于稳定。一般情况下，混凝土28天后强度增长明显减缓，一年后基本趋于稳定。</w:t>
        <w:br/>
        <w:br/>
        <w:t>2. 答案：√</w:t>
        <w:br/>
        <w:br/>
        <w:t>解析：钢材的冷加工（如冷拉、冷拔等）可以提高其屈服强度和抗拉强度，但同时会降低钢材的塑性，使其变脆。这是因为冷加工过程中钢材内部产生位错和晶格畸变，阻碍了位错的运动，提高了强度，但降低了塑性变形能力。</w:t>
        <w:br/>
        <w:br/>
        <w:t>3. 答案：×</w:t>
        <w:br/>
        <w:br/>
        <w:t>解析：并非所有类型的膨胀水泥都可以用于补偿混凝土收缩。只有具有适当膨胀性能的膨胀水泥才能用于补偿混凝土收缩。如果膨胀性能过大，可能导致混凝土开裂；如果膨胀性能过小，则无法有效补偿收缩。</w:t>
        <w:br/>
        <w:br/>
        <w:t>4. 答案：×</w:t>
        <w:br/>
        <w:br/>
        <w:t>解析：沥青的温度敏感性是指沥青性能随温度变化的程度。温度敏感性越高，表示沥青的性能随温度变化越大，在高温下易软化，在低温下易脆裂，路用性能反而越差。优质沥青应具有较低的温度敏感性，在不同温度下保持相对稳定的性能。</w:t>
        <w:br/>
        <w:br/>
        <w:t>5. 答案：√</w:t>
        <w:br/>
        <w:br/>
        <w:t>解析：纤维增强复合材料(FRP)具有高强度、轻质、耐腐蚀等优点，可以用于加固既有混凝土结构，如通过粘贴FRP片材或包裹FRP布等方式提高结构的承载能力和耐久性。</w:t>
        <w:br/>
        <w:br/>
        <w:t xml:space="preserve"> 三、多项选择题</w:t>
        <w:br/>
        <w:br/>
        <w:t>1. 答案：ABCDE</w:t>
        <w:br/>
        <w:br/>
        <w:t>解析：混凝土的耐久性受多种因素影响。水灰比影响混凝土的密实度和渗透性；水泥品种影响混凝土的抗化学侵蚀能力；养护条件影响水泥水化程度和混凝土微观结构；骨料类型影响混凝土的强度和稳定性；环境条件如温度、湿度、化学介质等直接影响混凝土的耐久性。因此，所有选项都会影响混凝土的耐久性。</w:t>
        <w:br/>
        <w:br/>
        <w:t>2. 答案：ABC</w:t>
        <w:br/>
        <w:br/>
        <w:t>解析：高性能混凝土是指具有高强度、高工作性和高耐久性的混凝土。高强度是指其抗压强度高；高工作性是指其具有良好的流动性和可泵性；高耐久性是指其具有较长的使用寿命和良好的抗环境侵蚀能力。高性能混凝土通常收缩较大，成本也较高，因此选项D和E不属于高性能混凝土的特点。</w:t>
        <w:br/>
        <w:br/>
        <w:t xml:space="preserve"> 四、填空题</w:t>
        <w:br/>
        <w:br/>
        <w:t>1. 答案：28</w:t>
        <w:br/>
        <w:br/>
        <w:t>解析：混凝土的强度等级是以其28天立方体抗压强度标准值来划分的。这是因为混凝土在28天龄期时，其强度已达到较稳定的水平，能够代表混凝土的基本力学性能。</w:t>
        <w:br/>
        <w:br/>
        <w:t>2. 答案：碳、硅</w:t>
        <w:br/>
        <w:br/>
        <w:t>解析：钢材中的主要合金元素除铁外，还包括碳和硅。碳是影响钢材强度和硬度的最主要元素，硅可以提高钢材的强度和弹性，同时改善其耐腐蚀性能。</w:t>
        <w:br/>
        <w:br/>
        <w:t>3. 答案：软</w:t>
        <w:br/>
        <w:br/>
        <w:t>解析：沥青的针入度是指在规定温度、时间和荷载条件下，标准针垂直刺入沥青试样的深度，以0.1mm为单位。针入度越大，表示沥青越软，稠度越小；针入度越小，表示沥青越硬，稠度越大。</w:t>
        <w:br/>
        <w:br/>
        <w:t>4. 答案：放热</w:t>
        <w:br/>
        <w:br/>
        <w:t>解析：水泥的水化反应是一个放热过程，会释放热量。水化热的释放速率和总量与水泥的矿物组成、细度、水灰比等因素有关。在大体积混凝土工程中，水化热引起的温升是需要重点考虑的问题。</w:t>
        <w:br/>
        <w:br/>
        <w:t>5. 答案：徐变</w:t>
        <w:br/>
        <w:br/>
        <w:t>解析：混凝土的徐变是指混凝土在长期荷载作用下，随时间增长的变形。徐变是混凝土的重要特性之一，会影响结构的长期变形和内力分布。徐变的大小与混凝土的强度、龄期、环境条件等因素有关。</w:t>
        <w:br/>
        <w:br/>
        <w:t xml:space="preserve"> 五、简答题</w:t>
        <w:br/>
        <w:br/>
        <w:t>1. 答案：</w:t>
        <w:br/>
        <w:br/>
        <w:t>混凝土配合比设计的基本原则和步骤如下：</w:t>
        <w:br/>
        <w:br/>
        <w:t>基本原则：</w:t>
        <w:br/>
        <w:br/>
        <w:t>(1) 满足混凝土设计强度要求；</w:t>
        <w:br/>
        <w:br/>
        <w:t>(2) 满足混凝土施工和易性要求；</w:t>
        <w:br/>
        <w:br/>
        <w:t>(3) 满足混凝土耐久性要求；</w:t>
        <w:br/>
        <w:br/>
        <w:t>(4) 经济合理，节约水泥。</w:t>
        <w:br/>
        <w:br/>
        <w:t>设计步骤：</w:t>
        <w:br/>
        <w:br/>
        <w:t>(1) 确定混凝土配制强度：根据设计强度等级和施工水平确定配制强度；</w:t>
        <w:br/>
        <w:br/>
        <w:t>(2) 确定水灰比：根据配制强度、水泥品种和骨料类型确定水灰比；</w:t>
        <w:br/>
        <w:br/>
        <w:t>(3) 确定用水量：根据坍落度要求和骨料最大粒径确定用水量；</w:t>
        <w:br/>
        <w:br/>
        <w:t>(4) 计算水泥用量：根据水灰比和用水量计算水泥用量；</w:t>
        <w:br/>
        <w:br/>
        <w:t>(5) 确定砂率：根据骨料类型和最大粒径确定砂率；</w:t>
        <w:br/>
        <w:br/>
        <w:t>(6) 计算砂石用量：根据绝对体积法或假定容重法计算砂石用量；</w:t>
        <w:br/>
        <w:br/>
        <w:t>(7) 试配调整：通过试配检验混凝土的和易性和强度，必要时进行调整；</w:t>
        <w:br/>
        <w:br/>
        <w:t>(8) 确定施工配合比：根据试配结果确定最终施工配合比。</w:t>
        <w:br/>
        <w:br/>
        <w:t>2. 答案：</w:t>
        <w:br/>
        <w:br/>
        <w:t>钢材腐蚀的主要类型及防护措施如下：</w:t>
        <w:br/>
        <w:br/>
        <w:t>主要类型：</w:t>
        <w:br/>
        <w:br/>
        <w:t>(1) 均匀腐蚀：钢材表面均匀减薄，是最常见的腐蚀形式；</w:t>
        <w:br/>
        <w:br/>
        <w:t>(2) 点腐蚀：在钢材表面形成局部腐蚀坑，可能导致穿孔；</w:t>
        <w:br/>
        <w:br/>
        <w:t>(3) 缝隙腐蚀：在钢材连接缝隙处发生的局部腐蚀；</w:t>
        <w:br/>
        <w:br/>
        <w:t>(4) 应力腐蚀开裂：在腐蚀环境和拉应力共同作用下产生的开裂；</w:t>
        <w:br/>
        <w:br/>
        <w:t>(5) 晶间腐蚀：沿钢材晶界发生的腐蚀，可能导致材料强度降低。</w:t>
        <w:br/>
        <w:br/>
        <w:t>防护措施：</w:t>
        <w:br/>
        <w:br/>
        <w:t>(1) 涂层保护：在钢材表面涂刷油漆、镀锌等涂层，隔绝钢材与腐蚀介质的接触；</w:t>
        <w:br/>
        <w:br/>
        <w:t>(2) 阴极保护：通过外加电流或牺牲阳极的方式，使钢材成为阴极，从而抑制腐蚀；</w:t>
        <w:br/>
        <w:br/>
        <w:t>(3) 合金化：在钢材中添加耐腐蚀元素，如铬、镍等，提高钢材的耐腐蚀性能；</w:t>
        <w:br/>
        <w:br/>
        <w:t>(4) 合理设计：避免积水、减少缝隙、保证通风等，减少腐蚀环境；</w:t>
        <w:br/>
        <w:br/>
        <w:t>(5) 定期维护：定期检查、清洁和修复涂层，及时发现和处理腐蚀问题。</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