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2025年消防监控室试题及答案</w:t>
      </w:r>
    </w:p>
    <w:p>
      <w:r>
        <w:br/>
        <w:t>一、单项选择题（共10题，每题2分，共20分）</w:t>
        <w:br/>
        <w:br/>
        <w:t>1. 消防监控室的主要职责是什么？</w:t>
        <w:br/>
        <w:br/>
        <w:t>A. 处理日常行政事务</w:t>
        <w:br/>
        <w:br/>
        <w:t>B. 监控火灾报警系统，及时响应火警信号</w:t>
        <w:br/>
        <w:br/>
        <w:t>C. 维护建筑物的清洁卫生</w:t>
        <w:br/>
        <w:br/>
        <w:t>D. 接待访客和电话</w:t>
        <w:br/>
        <w:br/>
        <w:t>2. 火灾报警控制器上显示"火警"信号时，监控人员应首先采取什么措施？</w:t>
        <w:br/>
        <w:br/>
        <w:t>A. 立即拨打119报警</w:t>
        <w:br/>
        <w:br/>
        <w:t>B. 确认火警信号的真实性</w:t>
        <w:br/>
        <w:br/>
        <w:t>C. 启动自动灭火系统</w:t>
        <w:br/>
        <w:br/>
        <w:t>D. 通知所有人员撤离</w:t>
        <w:br/>
        <w:br/>
        <w:t>3. 消防监控室值班人员应多长时间进行一次设备检查？</w:t>
        <w:br/>
        <w:br/>
        <w:t>A. 每小时</w:t>
        <w:br/>
        <w:br/>
        <w:t>B. 每2小时</w:t>
        <w:br/>
        <w:br/>
        <w:t>C. 每4小时</w:t>
        <w:br/>
        <w:br/>
        <w:t>D. 每班一次</w:t>
        <w:br/>
        <w:br/>
        <w:t>4. 消防控制室内的应急照明设备应保证持续供电时间不少于多少分钟？</w:t>
        <w:br/>
        <w:br/>
        <w:t>A. 30分钟</w:t>
        <w:br/>
        <w:br/>
        <w:t>B. 60分钟</w:t>
        <w:br/>
        <w:br/>
        <w:t>C. 90分钟</w:t>
        <w:br/>
        <w:br/>
        <w:t>D. 120分钟</w:t>
        <w:br/>
        <w:br/>
        <w:t>5. 当消防控制室收到联动控制信号时，监控人员应如何处理？</w:t>
        <w:br/>
        <w:br/>
        <w:t>A. 忽略信号，继续日常工作</w:t>
        <w:br/>
        <w:br/>
        <w:t>B. 立即确认信号来源并采取相应措施</w:t>
        <w:br/>
        <w:br/>
        <w:t>C. 等待上级指示后再处理</w:t>
        <w:br/>
        <w:br/>
        <w:t>D. 关闭报警系统</w:t>
        <w:br/>
        <w:br/>
        <w:t>6. 消防控制室内的火灾报警控制器应处于什么状态？</w:t>
        <w:br/>
        <w:br/>
        <w:t>A. 关闭状态，避免误报</w:t>
        <w:br/>
        <w:br/>
        <w:t>B. 手动状态，便于控制</w:t>
        <w:br/>
        <w:br/>
        <w:t>C. 自动状态，确保及时响应</w:t>
        <w:br/>
        <w:br/>
        <w:t>D. 维护状态，定期检修</w:t>
        <w:br/>
        <w:br/>
        <w:t>7. 消防监控室值班人员发现设备故障时，应如何处理？</w:t>
        <w:br/>
        <w:br/>
        <w:t>A. 自行修理</w:t>
        <w:br/>
        <w:br/>
        <w:t>B. 记录故障并立即上报</w:t>
        <w:br/>
        <w:br/>
        <w:t>C. 等待故障自行修复</w:t>
        <w:br/>
        <w:br/>
        <w:t>D. 关闭故障设备</w:t>
        <w:br/>
        <w:br/>
        <w:t>8. 消防监控室内的消防电话系统应保持什么状态？</w:t>
        <w:br/>
        <w:br/>
        <w:t>A. 仅在紧急情况下使用</w:t>
        <w:br/>
        <w:br/>
        <w:t>B. 24小时处于正常工作状态</w:t>
        <w:br/>
        <w:br/>
        <w:t>C. 每天测试一次</w:t>
        <w:br/>
        <w:br/>
        <w:t>D. 仅在工作时间使用</w:t>
        <w:br/>
        <w:br/>
        <w:t>9. 消防监控室值班人员接到火警电话后，应首先询问什么？</w:t>
        <w:br/>
        <w:br/>
        <w:t>A. 对方的姓名和联系方式</w:t>
        <w:br/>
        <w:br/>
        <w:t>B. 火灾发生的具体位置</w:t>
        <w:br/>
        <w:br/>
        <w:t>C. 火灾原因</w:t>
        <w:br/>
        <w:br/>
        <w:t>D. 人员伤亡情况</w:t>
        <w:br/>
        <w:br/>
        <w:t>10. 消防监控室值班记录应保存多长时间？</w:t>
        <w:br/>
        <w:br/>
        <w:t>A. 1个月</w:t>
        <w:br/>
        <w:br/>
        <w:t>B. 3个月</w:t>
        <w:br/>
        <w:br/>
        <w:t>C. 6个月</w:t>
        <w:br/>
        <w:br/>
        <w:t>D. 1年</w:t>
        <w:br/>
        <w:br/>
        <w:t>二、填空题（共6题，每题2分，共12分）</w:t>
        <w:br/>
        <w:br/>
        <w:t>1. 消防监控室值班人员必须持有________证书才能上岗。</w:t>
        <w:br/>
        <w:br/>
        <w:t>2. 火灾报警控制器上显示"故障"信号时，应在________小时内处理完毕。</w:t>
        <w:br/>
        <w:br/>
        <w:t>3. 消防监控室内的温度应保持在________℃至________℃之间。</w:t>
        <w:br/>
        <w:br/>
        <w:t>4. 消防控制室内的应急广播系统应保证在火灾发生时能够清晰播放________信息。</w:t>
        <w:br/>
        <w:br/>
        <w:t>5. 消防监控室值班人员每班工作不得超过________小时。</w:t>
        <w:br/>
        <w:br/>
        <w:t>6. 消防控制室内的消防设备应定期进行________测试，确保其处于正常工作状态。</w:t>
        <w:br/>
        <w:br/>
        <w:t>三、判断题（共6题，每题2分，共12分）</w:t>
        <w:br/>
        <w:br/>
        <w:t>1. 消防监控室值班人员可以擅自关闭火灾报警系统。（ ）</w:t>
        <w:br/>
        <w:br/>
        <w:t>2. 消防监控室内的所有设备应24小时处于工作状态。（ ）</w:t>
        <w:br/>
        <w:br/>
        <w:t>3. 消防监控室值班人员发现火警后，应立即通知消防部门，无需确认火情。（ ）</w:t>
        <w:br/>
        <w:br/>
        <w:t>4. 消防监控室内的消防电话可以用于非紧急工作联系。（ ）</w:t>
        <w:br/>
        <w:br/>
        <w:t>5. 消防监控室值班人员可以临时离开岗位，只要确保有人接替即可。（ ）</w:t>
        <w:br/>
        <w:br/>
        <w:t>6. 消防监控室内的设备故障记录应妥善保存，以备查验。（ ）</w:t>
        <w:br/>
        <w:br/>
        <w:t>四、多项选择题（共2题，每题2分，共4分）</w:t>
        <w:br/>
        <w:br/>
        <w:t>1. 消防监控室值班人员在接到火警信号后，应采取哪些措施？（ ）</w:t>
        <w:br/>
        <w:br/>
        <w:t>A. 立即确认火警信号的真实性</w:t>
        <w:br/>
        <w:br/>
        <w:t>B. 通知相关人员前往查看</w:t>
        <w:br/>
        <w:br/>
        <w:t>C. 如确认火灾，立即拨打119报警</w:t>
        <w:br/>
        <w:br/>
        <w:t>D. 启动相应的消防设施</w:t>
        <w:br/>
        <w:br/>
        <w:t>E. 组织人员疏散</w:t>
        <w:br/>
        <w:br/>
        <w:t>2. 消防监控室应配备哪些基本设备？（ ）</w:t>
        <w:br/>
        <w:br/>
        <w:t>A. 火灾报警控制器</w:t>
        <w:br/>
        <w:br/>
        <w:t>B. 消防电话系统</w:t>
        <w:br/>
        <w:br/>
        <w:t>C. 应急广播系统</w:t>
        <w:br/>
        <w:br/>
        <w:t>D. 消防水泵控制装置</w:t>
        <w:br/>
        <w:br/>
        <w:t>E. 闭路电视监控系统</w:t>
        <w:br/>
        <w:br/>
        <w:t>五、简答题（共2题，每题5分，共10分）</w:t>
        <w:br/>
        <w:br/>
        <w:t>1. 简述消防监控室值班人员的主要职责。</w:t>
        <w:br/>
        <w:br/>
        <w:t>2. 消防监控室值班人员在处理火警信号时应遵循哪些程序？</w:t>
        <w:br/>
        <w:br/>
        <w:t>答案与解析</w:t>
        <w:br/>
        <w:br/>
        <w:t>一、单项选择题</w:t>
        <w:br/>
        <w:br/>
        <w:t>1. 答案：B</w:t>
        <w:br/>
        <w:br/>
        <w:t>解析：消防监控室的主要职责是监控火灾报警系统，及时响应火警信号，确保建筑物内的人员和财产安全。选项A、C、D都不是消防监控室的核心职责。</w:t>
        <w:br/>
        <w:br/>
        <w:t>2. 答案：B</w:t>
        <w:br/>
        <w:br/>
        <w:t>解析：当火灾报警控制器上显示"火警"信号时，监控人员首先应确认火警信号的真实性，避免误报造成不必要的恐慌和资源浪费。确认后，如确认为真实火警，再采取拨打119、启动消防设施等措施。</w:t>
        <w:br/>
        <w:br/>
        <w:t>3. 答案：D</w:t>
        <w:br/>
        <w:br/>
        <w:t>解析：根据消防监控室管理规定，值班人员每班应至少进行一次设备检查，确保所有消防设备处于正常工作状态。每小时、每2小时或每4小时的检查频率过高或过低，不符合实际工作需求。</w:t>
        <w:br/>
        <w:br/>
        <w:t>4. 答案：C</w:t>
        <w:br/>
        <w:br/>
        <w:t>解析：根据《建筑设计防火规范》要求，消防控制室内的应急照明设备应保证持续供电时间不少于90分钟，以确保在火灾发生时监控人员能够继续工作，引导人员疏散。</w:t>
        <w:br/>
        <w:br/>
        <w:t>5. 答案：B</w:t>
        <w:br/>
        <w:br/>
        <w:t>解析：当消防控制室收到联动控制信号时，监控人员应立即确认信号来源并采取相应措施，这是消防监控室的基本工作要求，确保消防系统能够及时有效地响应。</w:t>
        <w:br/>
        <w:br/>
        <w:t>6. 答案：C</w:t>
        <w:br/>
        <w:br/>
        <w:t>解析：火灾报警控制器应处于自动状态，以确保在火灾发生时能够及时响应并启动相应的消防设施。手动状态可能导致响应延迟，关闭状态则完全失去了监控功能。</w:t>
        <w:br/>
        <w:br/>
        <w:t>7. 答案：B</w:t>
        <w:br/>
        <w:br/>
        <w:t>解析：消防监控室值班人员发现设备故障时，应记录故障并立即上报，由专业维修人员进行处理，而不是自行修理或等待故障自行修复，以确保故障得到及时有效的处理。</w:t>
        <w:br/>
        <w:br/>
        <w:t>8. 答案：B</w:t>
        <w:br/>
        <w:br/>
        <w:t>解析：消防监控室内的消防电话系统应24小时处于正常工作状态，以确保在紧急情况下能够及时沟通，这是消防安全的基本要求。</w:t>
        <w:br/>
        <w:br/>
        <w:t>9. 答案：B</w:t>
        <w:br/>
        <w:br/>
        <w:t>解析：消防监控室值班人员接到火警电话后，应首先询问火灾发生的具体位置，这是最关键的信息，有助于快速定位火源并采取相应措施。</w:t>
        <w:br/>
        <w:br/>
        <w:t>10. 答案：D</w:t>
        <w:br/>
        <w:br/>
        <w:t>解析：根据消防管理规定，消防监控室值班记录应保存至少1年，以备查验和事故调查。保存时间过短可能导致无法追溯历史记录。</w:t>
        <w:br/>
        <w:br/>
        <w:t>二、填空题</w:t>
        <w:br/>
        <w:br/>
        <w:t>1. 答案：消防设施操作员</w:t>
        <w:br/>
        <w:br/>
        <w:t>解析：根据《消防法》和相关法规规定，消防监控室值班人员必须持有消防设施操作员证书才能上岗，这是确保消防监控工作专业性和规范性的基本要求。</w:t>
        <w:br/>
        <w:br/>
        <w:t>2. 答案：24</w:t>
        <w:br/>
        <w:br/>
        <w:t>解析：消防监控室内的设备故障应在24小时内处理完毕，以确保消防系统始终处于正常工作状态，保障消防安全。</w:t>
        <w:br/>
        <w:br/>
        <w:t>3. 答案：18，28</w:t>
        <w:br/>
        <w:br/>
        <w:t>解析：消防监控室内的温度应保持在18℃至28℃之间，这是设备正常运行的最佳温度范围，过高或过低的温度都可能影响设备的性能和寿命。</w:t>
        <w:br/>
        <w:br/>
        <w:t>4. 答案：疏散引导</w:t>
        <w:br/>
        <w:br/>
        <w:t>解析：消防控制室内的应急广播系统应保证在火灾发生时能够清晰播放疏散引导信息，帮助人员安全有序地撤离。</w:t>
        <w:br/>
        <w:br/>
        <w:t>5. 答案：8</w:t>
        <w:br/>
        <w:br/>
        <w:t>解析：根据劳动法规定，消防监控室值班人员每班工作不得超过8小时，以确保值班人员有足够的精力保持高度警惕，防止因疲劳导致工作失误。</w:t>
        <w:br/>
        <w:br/>
        <w:t>6. 答案：功能</w:t>
        <w:br/>
        <w:br/>
        <w:t>解析：消防控制室内的消防设备应定期进行功能测试，确保其处于正常工作状态，这是预防性维护的重要环节，能够及时发现并排除潜在故障。</w:t>
        <w:br/>
        <w:br/>
        <w:t>三、判断题</w:t>
        <w:br/>
        <w:br/>
        <w:t>1. 答案：×</w:t>
        <w:br/>
        <w:br/>
        <w:t>解析：消防监控室值班人员严禁擅自关闭火灾报警系统，这是严重违反消防安全规定的行为，可能导致火灾发生时无法及时发现和报警，造成严重后果。</w:t>
        <w:br/>
        <w:br/>
        <w:t>2. 答案：√</w:t>
        <w:br/>
        <w:br/>
        <w:t>解析：消防监控室内的所有设备应24小时处于工作状态，这是确保消防安全的基本要求，任何设备的不正常运行都可能影响火灾报警和应急响应的及时性。</w:t>
        <w:br/>
        <w:br/>
        <w:t>3. 答案：×</w:t>
        <w:br/>
        <w:br/>
        <w:t>解析：消防监控室值班人员发现火警后，应首先确认火警信号的真实性，避免误报造成不必要的恐慌和资源浪费，确认后再通知消防部门。</w:t>
        <w:br/>
        <w:br/>
        <w:t>4. 答案：×</w:t>
        <w:br/>
        <w:br/>
        <w:t>解析：消防监控室内的消防电话是专用的紧急通讯设备，不得用于非紧急工作联系，以确保在紧急情况下线路畅通，能够及时传递重要信息。</w:t>
        <w:br/>
        <w:br/>
        <w:t>5. 答案：×</w:t>
        <w:br/>
        <w:br/>
        <w:t>解析：消防监控室值班人员不得擅自离开岗位，即使在有人接替的情况下，也应严格按照交接班程序进行交接，确保监控工作的连续性和有效性。</w:t>
        <w:br/>
        <w:br/>
        <w:t>6. 答案：√</w:t>
        <w:br/>
        <w:br/>
        <w:t>解析：消防监控室内的设备故障记录应妥善保存，以备查验，这是消防管理的基本要求，有助于分析设备故障原因，改进维护工作，提高设备可靠性。</w:t>
        <w:br/>
        <w:br/>
        <w:t>四、多项选择题</w:t>
        <w:br/>
        <w:br/>
        <w:t>1. 答案：ABCDE</w:t>
        <w:br/>
        <w:br/>
        <w:t>解析：消防监控室值班人员在接到火警信号后，应采取一系列措施：首先确认火警信号的真实性(A)，然后通知相关人员前往查看(B)，如确认火灾，立即拨打119报警(C)，启动相应的消防设施(D)，并组织人员疏散(E)。这些措施是处理火警的标准程序，缺一不可。</w:t>
        <w:br/>
        <w:br/>
        <w:t>2. 答案：ABCDE</w:t>
        <w:br/>
        <w:br/>
        <w:t>解析：消防监控室应配备的基本设备包括：火灾报警控制器(A)、消防电话系统(B)、应急广播系统(C)、消防水泵控制装置(D)和闭路电视监控系统(E)。这些设备共同构成了完整的消防监控系统，确保火灾能够被及时发现、报警和有效处置。</w:t>
        <w:br/>
        <w:br/>
        <w:t>五、简答题</w:t>
        <w:br/>
        <w:br/>
        <w:t>1. 答案：</w:t>
        <w:br/>
        <w:br/>
        <w:t>消防监控室值班人员的主要职责包括：</w:t>
        <w:br/>
        <w:br/>
        <w:t>(1)24小时监控火灾报警系统，及时发现并处理火警信号；</w:t>
        <w:br/>
        <w:br/>
        <w:t>(2)定期检查消防设备，确保其处于正常工作状态；</w:t>
        <w:br/>
        <w:br/>
        <w:t>(3)准确记录值班情况和设备运行状态；</w:t>
        <w:br/>
        <w:br/>
        <w:t>(4)接到火警后，按照规定程序进行确认和处置；</w:t>
        <w:br/>
        <w:br/>
        <w:t>(5)保持与消防部门的通讯畅通，及时报告火情；</w:t>
        <w:br/>
        <w:br/>
        <w:t>(6)指导和协助人员疏散，确保人员安全；</w:t>
        <w:br/>
        <w:br/>
        <w:t>(7)维护消防监控室的秩序和安全。</w:t>
        <w:br/>
        <w:br/>
        <w:t>解析：消防监控室值班人员是建筑物消防安全的第一道防线，其职责涵盖了监控、检查、记录、处置、通讯、疏散和维护等多个方面，确保在火灾发生时能够及时发现、有效处置，最大限度地减少人员伤亡和财产损失。</w:t>
        <w:br/>
        <w:br/>
        <w:t>2. 答案：</w:t>
        <w:br/>
        <w:br/>
        <w:t>消防监控室值班人员在处理火警信号时应遵循以下程序：</w:t>
        <w:br/>
        <w:br/>
        <w:t>(1)立即确认火警信号的真实性，避免误报；</w:t>
        <w:br/>
        <w:br/>
        <w:t>(2)如确认为真实火警，立即拨打119报警，报告火灾发生地点和情况；</w:t>
        <w:br/>
        <w:br/>
        <w:t>(3)启动相应的消防设施，如喷淋系统、排烟系统等；</w:t>
        <w:br/>
        <w:br/>
        <w:t>(4)通过应急广播系统通知相关人员疏散，并引导疏散方向；</w:t>
        <w:br/>
        <w:br/>
        <w:t>(5)通知单位负责人和安保人员前往现场处置；</w:t>
        <w:br/>
        <w:br/>
        <w:t>(6)保持与现场人员的通讯联系，及时了解火情变化；</w:t>
        <w:br/>
        <w:br/>
        <w:t>(7)记录火警处理过程，包括时间、措施和结果；</w:t>
        <w:br/>
        <w:br/>
        <w:t>(8)火警解除后，复位系统，分析原因，做好记录。</w:t>
        <w:br/>
        <w:br/>
        <w:t>解析：处理火警信号是消防监控室值班人员最重要的工作之一，必须严格按照规定的程序进行，确保每个环节都不出错。从确认火警到最终处理完毕，整个过程需要值班人员保持冷静、专业和高效，确保火灾得到及时有效的处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