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2025年癫痫护理试题及答案多选</w:t>
      </w:r>
    </w:p>
    <w:p>
      <w:r>
        <w:br/>
        <w:t xml:space="preserve"> 一、单项选择题（共10题，每题2分，共20分）</w:t>
        <w:br/>
        <w:br/>
        <w:t>1. 癫痫发作时，以下哪项措施是错误的？</w:t>
        <w:br/>
        <w:br/>
        <w:t>A. 将患者移至安全区域</w:t>
        <w:br/>
        <w:br/>
        <w:t>B. 在患者口中放置物品防止咬伤舌头</w:t>
        <w:br/>
        <w:br/>
        <w:t>C. 记录发作时间和症状</w:t>
        <w:br/>
        <w:br/>
        <w:t>D. 保护患者头部免受伤害</w:t>
        <w:br/>
        <w:br/>
        <w:t>2. 癫痫患者长期服用抗癫痫药物，以下哪项护理措施不正确？</w:t>
        <w:br/>
        <w:br/>
        <w:t>A. 定期监测药物血药浓度</w:t>
        <w:br/>
        <w:br/>
        <w:t>B. 突然停药以观察疗效</w:t>
        <w:br/>
        <w:br/>
        <w:t>C. 观察药物不良反应</w:t>
        <w:br/>
        <w:br/>
        <w:t>D. 指导患者按时服药</w:t>
        <w:br/>
        <w:br/>
        <w:t>3. 癫痫持续状态是指：</w:t>
        <w:br/>
        <w:br/>
        <w:t>A. 癫痫发作持续超过5分钟</w:t>
        <w:br/>
        <w:br/>
        <w:t>B. 癫痫发作持续超过10分钟</w:t>
        <w:br/>
        <w:br/>
        <w:t>C. 癫痫发作持续超过30分钟</w:t>
        <w:br/>
        <w:br/>
        <w:t>D. 癫痫发作持续超过1小时</w:t>
        <w:br/>
        <w:br/>
        <w:t>4. 以下哪种情况不需要紧急处理癫痫发作？</w:t>
        <w:br/>
        <w:br/>
        <w:t>A. 首次发作</w:t>
        <w:br/>
        <w:br/>
        <w:t>B. 发作持续时间超过5分钟</w:t>
        <w:br/>
        <w:br/>
        <w:t>C. 发作后意识状态不恢复</w:t>
        <w:br/>
        <w:br/>
        <w:t>D. 发作后短时间内再次发作</w:t>
        <w:br/>
        <w:br/>
        <w:t>5. 癫痫患者进行健康宣教时，以下哪项内容不正确？</w:t>
        <w:br/>
        <w:br/>
        <w:t>A. 避免高空作业</w:t>
        <w:br/>
        <w:br/>
        <w:t>B. 可以适量饮酒</w:t>
        <w:br/>
        <w:br/>
        <w:t>C. 保持规律作息</w:t>
        <w:br/>
        <w:br/>
        <w:t>D. 避免过度疲劳</w:t>
        <w:br/>
        <w:br/>
        <w:t>6. 癫痫患者最常见的心理问题是：</w:t>
        <w:br/>
        <w:br/>
        <w:t>A. 焦虑</w:t>
        <w:br/>
        <w:br/>
        <w:t>B. 抑郁</w:t>
        <w:br/>
        <w:br/>
        <w:t>C. 自卑</w:t>
        <w:br/>
        <w:br/>
        <w:t>D. 以上都是</w:t>
        <w:br/>
        <w:br/>
        <w:t>7. 以下哪项不是癫痫的常见诱因？</w:t>
        <w:br/>
        <w:br/>
        <w:t>A. 睡眠不足</w:t>
        <w:br/>
        <w:br/>
        <w:t>B. 饮酒</w:t>
        <w:br/>
        <w:br/>
        <w:t>C. 规律运动</w:t>
        <w:br/>
        <w:br/>
        <w:t>D. 情绪激动</w:t>
        <w:br/>
        <w:br/>
        <w:t>8. 癫痫患者饮食护理中，以下哪项建议不正确？</w:t>
        <w:br/>
        <w:br/>
        <w:t>A. 保持饮食规律</w:t>
        <w:br/>
        <w:br/>
        <w:t>B. 避免暴饮暴食</w:t>
        <w:br/>
        <w:br/>
        <w:t>C. 可以大量饮用含咖啡因饮料</w:t>
        <w:br/>
        <w:br/>
        <w:t>D. 保持营养均衡</w:t>
        <w:br/>
        <w:br/>
        <w:t>9. 癫痫患者发作时，以下哪项护理措施是正确的？</w:t>
        <w:br/>
        <w:br/>
        <w:t>A. 强行约束患者</w:t>
        <w:br/>
        <w:br/>
        <w:t>B. 在患者口中放置筷子</w:t>
        <w:br/>
        <w:br/>
        <w:t>C. 让患者侧卧位</w:t>
        <w:br/>
        <w:br/>
        <w:t>D. 立即给予口服药物</w:t>
        <w:br/>
        <w:br/>
        <w:t>10. 癫痫患者的社会支持系统不包括：</w:t>
        <w:br/>
        <w:br/>
        <w:t>A. 家庭支持</w:t>
        <w:br/>
        <w:br/>
        <w:t>B. 医疗团队支持</w:t>
        <w:br/>
        <w:br/>
        <w:t>C. 社区资源</w:t>
        <w:br/>
        <w:br/>
        <w:t>D. 完全自我管理</w:t>
        <w:br/>
        <w:br/>
        <w:t xml:space="preserve"> 二、填空题（共5题，每题2分，共10分）</w:t>
        <w:br/>
        <w:br/>
        <w:t>1. 癫痫发作时，应将患者置于______位，以防止误吸。</w:t>
        <w:br/>
        <w:br/>
        <w:t>2. 癫痫持续状态是一种医疗急症，需要立即给予______治疗。</w:t>
        <w:br/>
        <w:br/>
        <w:t>3. 癫痫患者应避免______和______等可能诱发发作的因素。</w:t>
        <w:br/>
        <w:br/>
        <w:t>4. 抗癫痫药物治疗的原则是______、______和长期用药。</w:t>
        <w:br/>
        <w:br/>
        <w:t>5. 癫痫患者最常见的发作类型是______发作。</w:t>
        <w:br/>
        <w:br/>
        <w:t xml:space="preserve"> 三、判断题（共5题，每题2分，共10分）</w:t>
        <w:br/>
        <w:br/>
        <w:t>1. 癫痫发作时，应在患者口中放置物品防止咬伤舌头。（ ）</w:t>
        <w:br/>
        <w:br/>
        <w:t>2. 癫痫患者可以突然停药，因为药物已经控制了病情。（ ）</w:t>
        <w:br/>
        <w:br/>
        <w:t>3. 癫痫患者应避免从事驾驶、高空作业等危险工作。（ ）</w:t>
        <w:br/>
        <w:br/>
        <w:t>4. 癫痫是一种精神疾病，需要长期心理治疗。（ ）</w:t>
        <w:br/>
        <w:br/>
        <w:t>5. 癫痫患者发作后，应立即给予口服抗癫痫药物。（ ）</w:t>
        <w:br/>
        <w:br/>
        <w:t xml:space="preserve"> 四、多项选择题（共2题，每题2分，共4分）</w:t>
        <w:br/>
        <w:br/>
        <w:t>1. 癫痫发作时的正确护理措施包括：</w:t>
        <w:br/>
        <w:br/>
        <w:t>A. 保护患者头部免受伤害</w:t>
        <w:br/>
        <w:br/>
        <w:t>B. 在患者口中放置物品防止咬伤舌头</w:t>
        <w:br/>
        <w:br/>
        <w:t>C. 记录发作时间和症状</w:t>
        <w:br/>
        <w:br/>
        <w:t>D. 让患者侧卧位，保持呼吸道通畅</w:t>
        <w:br/>
        <w:br/>
        <w:t>2. 癫痫患者的健康教育内容应包括：</w:t>
        <w:br/>
        <w:br/>
        <w:t>A. 遵医嘱按时服药</w:t>
        <w:br/>
        <w:br/>
        <w:t>B. 避免饮酒和过度疲劳</w:t>
        <w:br/>
        <w:br/>
        <w:t>C. 定期复诊和检查</w:t>
        <w:br/>
        <w:br/>
        <w:t>D. 学习发作时的自我保护方法</w:t>
        <w:br/>
        <w:br/>
        <w:t xml:space="preserve"> 五、简答题（共2题，每题5分，共10分）</w:t>
        <w:br/>
        <w:br/>
        <w:t>1. 简述癫痫持续状态的紧急处理措施。</w:t>
        <w:br/>
        <w:br/>
        <w:t>2. 癫痫患者的长期护理要点有哪些？</w:t>
        <w:br/>
        <w:br/>
        <w:t xml:space="preserve"> 答案及解析</w:t>
        <w:br/>
        <w:br/>
        <w:t xml:space="preserve"> 一、单项选择题</w:t>
        <w:br/>
        <w:br/>
        <w:t>1. 答案：B</w:t>
        <w:br/>
        <w:br/>
        <w:t>解析：癫痫发作时，不应在患者口中放置任何物品，这可能导致牙齿损伤或窒息。正确的做法是保护患者头部，移除周围危险物品，记录发作时间和症状，并让患者侧卧位以保持呼吸道通畅。</w:t>
        <w:br/>
        <w:br/>
        <w:t>2. 答案：B</w:t>
        <w:br/>
        <w:br/>
        <w:t>解析：抗癫痫药物需要长期规律服用，突然停药可能导致癫痫复发或癫痫持续状态。应指导患者遵医嘱服药，定期监测药物血药浓度和不良反应，不可自行调整剂量或停药。</w:t>
        <w:br/>
        <w:br/>
        <w:t>3. 答案：C</w:t>
        <w:br/>
        <w:br/>
        <w:t>解析：癫痫持续状态是指癫痫发作持续30分钟以上或反复发作且发作间期意识未完全恢复的状态。这是一种医疗急症，需要立即干预。</w:t>
        <w:br/>
        <w:br/>
        <w:t>4. 答案：A</w:t>
        <w:br/>
        <w:br/>
        <w:t>解析：首次发作不一定需要紧急处理，但如果是首次发作且症状严重或持续时间长，仍需就医。其他选项中的情况都属于需要紧急处理的癫痫发作情况。</w:t>
        <w:br/>
        <w:br/>
        <w:t>5. 答案：B</w:t>
        <w:br/>
        <w:br/>
        <w:t>解析：癫痫患者应避免饮酒，因为酒精可能降低癫痫发作阈值，诱发发作。其他选项都是正确的健康宣教内容。</w:t>
        <w:br/>
        <w:br/>
        <w:t>6. 答案：D</w:t>
        <w:br/>
        <w:br/>
        <w:t>解析：癫痫患者常见的心理问题包括焦虑、抑郁和自卑等。由于疾病本身和社会歧视等因素，癫痫患者容易出现各种心理问题，需要给予心理支持和干预。</w:t>
        <w:br/>
        <w:br/>
        <w:t>7. 答案：C</w:t>
        <w:br/>
        <w:br/>
        <w:t>解析：睡眠不足、饮酒和情绪激动都是癫痫的常见诱因，而规律运动通常有助于减少癫痫发作，不是诱因。</w:t>
        <w:br/>
        <w:br/>
        <w:t>8. 答案：C</w:t>
        <w:br/>
        <w:br/>
        <w:t>解析：癫痫患者应避免大量饮用含咖啡因的饮料，因为咖啡因可能诱发癫痫发作。其他选项都是正确的饮食护理建议。</w:t>
        <w:br/>
        <w:br/>
        <w:t>9. 答案：C</w:t>
        <w:br/>
        <w:br/>
        <w:t>解析：癫痫发作时，让患者侧卧位可以保持呼吸道通畅，防止误吸。不应强行约束患者或在患者口中放置物品，也不应在发作时立即给予口服药物。</w:t>
        <w:br/>
        <w:br/>
        <w:t>10. 答案：D</w:t>
        <w:br/>
        <w:br/>
        <w:t>解析：癫痫患者的社会支持系统包括家庭支持、医疗团队支持和社区资源等，完全自我管理不利于患者的长期管理和生活质量提高。</w:t>
        <w:br/>
        <w:br/>
        <w:t xml:space="preserve"> 二、填空题</w:t>
        <w:br/>
        <w:br/>
        <w:t>1. 答案：侧卧</w:t>
        <w:br/>
        <w:br/>
        <w:t>解析：癫痫发作时，将患者置于侧卧位可以保持呼吸道通畅，防止唾液或呕吐物误吸，这是癫痫发作时的重要护理措施。</w:t>
        <w:br/>
        <w:br/>
        <w:t>2. 答案：静脉注射抗癫痫药物</w:t>
        <w:br/>
        <w:br/>
        <w:t>解析：癫痫持续状态是一种医疗急症，需要立即给予静脉注射抗癫痫药物（如地西泮、苯妥英钠等）以控制发作，防止脑损伤和其他并发症。</w:t>
        <w:br/>
        <w:br/>
        <w:t>3. 答案：睡眠不足、饮酒</w:t>
        <w:br/>
        <w:br/>
        <w:t>解析：睡眠不足和饮酒是癫痫的常见诱因，患者应避免这些因素以减少发作风险。其他常见诱因还包括情绪激动、闪光刺激、过度疲劳等。</w:t>
        <w:br/>
        <w:br/>
        <w:t>4. 答案：早期治疗、单一用药</w:t>
        <w:br/>
        <w:br/>
        <w:t>解析：抗癫痫药物治疗的原则是早期治疗、单一用药（必要时联合用药）和长期用药。应根据患者具体情况选择合适的药物，并遵循个体化治疗原则。</w:t>
        <w:br/>
        <w:br/>
        <w:t>5. 答案：全面性强直-阵挛</w:t>
        <w:br/>
        <w:br/>
        <w:t>解析：全面性强直-阵挛发作（大发作）是癫痫患者最常见的发作类型，表现为意识丧失、全身强直和阵挛性抽搐。</w:t>
        <w:br/>
        <w:br/>
        <w:t xml:space="preserve"> 三、判断题</w:t>
        <w:br/>
        <w:br/>
        <w:t>1. 答案：×</w:t>
        <w:br/>
        <w:br/>
        <w:t>解析：癫痫发作时，不应在患者口中放置任何物品，这可能导致牙齿损伤或窒息。应让患者自然咬合，保护舌头不被咬伤。</w:t>
        <w:br/>
        <w:br/>
        <w:t>2. 答案：×</w:t>
        <w:br/>
        <w:br/>
        <w:t>解析：癫痫患者不应突然停药，因为突然停药可能导致癫痫复发或癫痫持续状态，甚至危及生命。应遵医嘱逐渐减量或更换药物。</w:t>
        <w:br/>
        <w:br/>
        <w:t>3. 答案：√</w:t>
        <w:br/>
        <w:br/>
        <w:t>解析：癫痫患者应避免从事驾驶、高空作业、操作机器等危险工作，因为这些工作在发作时可能导致严重事故，危及自身和他人安全。</w:t>
        <w:br/>
        <w:br/>
        <w:t>4. 答案：×</w:t>
        <w:br/>
        <w:br/>
        <w:t>解析：癫痫不是精神疾病，而是一种神经系统疾病。虽然癫痫患者可能出现心理问题，但这不是疾病本身，而是疾病带来的社会和心理影响。</w:t>
        <w:br/>
        <w:br/>
        <w:t>5. 答案：×</w:t>
        <w:br/>
        <w:br/>
        <w:t>解析：癫痫发作后，不应立即给予口服抗癫痫药物，因为此时患者可能意识不清，无法安全服药。应在发作结束后，患者意识恢复后，遵医嘱给予药物。</w:t>
        <w:br/>
        <w:br/>
        <w:t xml:space="preserve"> 四、多项选择题</w:t>
        <w:br/>
        <w:br/>
        <w:t>1. 答案：ACD</w:t>
        <w:br/>
        <w:br/>
        <w:t>解析：癫痫发作时的正确护理措施包括：保护患者头部免受伤害（A），记录发作时间和症状（C），让患者侧卧位以保持呼吸道通畅（D）。不应在患者口中放置物品（B），这可能导致牙齿损伤或窒息。</w:t>
        <w:br/>
        <w:br/>
        <w:t>2. 答案：ABCD</w:t>
        <w:br/>
        <w:br/>
        <w:t>解析：癫痫患者的健康教育内容应包括：遵医嘱按时服药（A），避免饮酒和过度疲劳（B），定期复诊和检查（C），学习发作时的自我保护方法（D）。全面的健康教育有助于患者更好地管理疾病，提高生活质量。</w:t>
        <w:br/>
        <w:br/>
        <w:t xml:space="preserve"> 五、简答题</w:t>
        <w:br/>
        <w:br/>
        <w:t>1. 答案：癫痫持续状态的紧急处理措施包括：</w:t>
        <w:br/>
        <w:br/>
        <w:t>- 立即呼叫急救医疗服务</w:t>
        <w:br/>
        <w:br/>
        <w:t>- 保持患者呼吸道通畅，给予吸氧</w:t>
        <w:br/>
        <w:br/>
        <w:t>- 建立静脉通道，给予静脉注射抗癫痫药物（如地西泮、苯妥英钠等）</w:t>
        <w:br/>
        <w:br/>
        <w:t>- 监测生命体征和神经系统功能</w:t>
        <w:br/>
        <w:br/>
        <w:t>- 寻找并处理可能的诱因（如感染、代谢紊乱等）</w:t>
        <w:br/>
        <w:br/>
        <w:t>- 必要时给予气管插管和机械通气</w:t>
        <w:br/>
        <w:br/>
        <w:t>- 积极预防和治疗并发症（如高热、酸中毒、脑水肿等）</w:t>
        <w:br/>
        <w:br/>
        <w:t>解析：癫痫持续状态是一种危及生命的医疗急症，需要立即干预。处理原则包括：终止发作、预防复发、治疗并发症和对症支持治疗。静脉注射抗癫痫药物是首选治疗方法，常用药物包括地西泮、苯妥英钠、丙戊酸钠等。同时应积极寻找并处理可能的诱因，如感染、代谢紊乱、药物突然停用等。在治疗过程中，应密切监测患者的生命体征和神经系统功能，必要时给予气管插管和机械通气，以维持呼吸功能。此外，还应积极预防和治疗高热、酸中毒、脑水肿等并发症。</w:t>
        <w:br/>
        <w:br/>
        <w:t>2. 答案：癫痫患者的长期护理要点包括：</w:t>
        <w:br/>
        <w:br/>
        <w:t>- 药物治疗：遵医嘱按时服药，不随意更改剂量或停药，定期监测药物血药浓度和不良反应</w:t>
        <w:br/>
        <w:br/>
        <w:t>- 生活管理：保持规律作息，避免过度疲劳，保证充足睡眠，避免饮酒和刺激性饮料</w:t>
        <w:br/>
        <w:br/>
        <w:t>- 饮食护理：保持饮食规律，营养均衡，避免暴饮暴食</w:t>
        <w:br/>
        <w:br/>
        <w:t>- 心理支持：关注患者心理状态，给予心理支持和疏导，帮助患者建立积极心态</w:t>
        <w:br/>
        <w:br/>
        <w:t>- 安全防护：避免从事危险工作，如驾驶、高空作业等，发作时采取安全措施</w:t>
        <w:br/>
        <w:br/>
        <w:t>- 定期随访：定期复诊和检查，评估治疗效果和药物不良反应，及时调整治疗方案</w:t>
        <w:br/>
        <w:br/>
        <w:t>- 社会支持：建立良好的社会支持系统，包括家庭、医疗团队和社区资源</w:t>
        <w:br/>
        <w:br/>
        <w:t>- 健康教育：提高患者和家属对疾病的认识，学习发作时的应对措施</w:t>
        <w:br/>
        <w:br/>
        <w:t>解析：癫痫是一种慢性疾病，需要长期管理和护理。长期护理的目的是控制发作、减少并发症、提高患者生活质量。药物治疗是基础，患者应遵医嘱按时服药，不随意更改剂量或停药，同时注意监测药物不良反应。生活管理方面，患者应保持规律作息，避免过度疲劳和饮酒等诱因。饮食护理应保持规律和均衡，避免暴饮暴食。心理支持对癫痫患者尤为重要，因为疾病可能带来焦虑、抑郁等心理问题。安全防护方面，患者应避免从事危险工作，发作时采取安全措施。定期随访有助于评估治疗效果和及时调整治疗方案。建立良好的社会支持系统可以帮助患者更好地应对疾病。健康教育可以提高患者和家属对疾病的认识，增强自我管理能力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