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2025年工勤考试的试题及答案</w:t>
      </w:r>
    </w:p>
    <w:p>
      <w:r>
        <w:br/>
        <w:t xml:space="preserve"> 一、单项选择题（每题2分，共20分）</w:t>
        <w:br/>
        <w:br/>
        <w:t>1. 工勤人员在工作中应当遵循的首要原则是：</w:t>
        <w:br/>
        <w:br/>
        <w:t>A. 效率优先</w:t>
        <w:br/>
        <w:br/>
        <w:t>B. 安全第一</w:t>
        <w:br/>
        <w:br/>
        <w:t>C. 成本最低</w:t>
        <w:br/>
        <w:br/>
        <w:t>D. 任务完成</w:t>
        <w:br/>
        <w:br/>
        <w:t>答案：B</w:t>
        <w:br/>
        <w:br/>
        <w:t>解析：安全第一是工勤人员工作中必须遵循的首要原则。无论效率、成本还是任务完成，都不能以牺牲安全为代价。安全生产是保障工勤人员生命安全和身体健康的基础，也是各项工作顺利开展的前提。</w:t>
        <w:br/>
        <w:br/>
        <w:t>2. 根据《中华人民共和国安全生产法》，工勤人员发现事故隐患应当：</w:t>
        <w:br/>
        <w:br/>
        <w:t>A. 立即自行处理</w:t>
        <w:br/>
        <w:br/>
        <w:t>B. 向直接上级报告</w:t>
        <w:br/>
        <w:br/>
        <w:t>C. 忽略不计</w:t>
        <w:br/>
        <w:br/>
        <w:t>D. 等待统一安排</w:t>
        <w:br/>
        <w:br/>
        <w:t>答案：B</w:t>
        <w:br/>
        <w:br/>
        <w:t>解析：《安全生产法》规定，从业人员发现事故隐患或者其他不安全因素，应当立即向现场安全生产管理人员或者本单位负责人报告。工勤人员应当及时向直接上级报告，而不是自行处理或忽略不计，等待统一安排可能会导致隐患扩大。</w:t>
        <w:br/>
        <w:br/>
        <w:t>3. 办公室火灾发生时，正确的逃生方法是：</w:t>
        <w:br/>
        <w:br/>
        <w:t>A. 乘坐电梯迅速下楼</w:t>
        <w:br/>
        <w:br/>
        <w:t>B. 用湿毛巾捂住口鼻，低姿势撤离</w:t>
        <w:br/>
        <w:br/>
        <w:t>C. 躲在办公桌下等待救援</w:t>
        <w:br/>
        <w:br/>
        <w:t>D. 打开所有窗户通风</w:t>
        <w:br/>
        <w:br/>
        <w:t>答案：B</w:t>
        <w:br/>
        <w:br/>
        <w:t>解析：火灾发生时，电梯可能因断电而停止运行，导致被困，因此不应乘坐电梯。用湿毛巾捂住口鼻，低姿势撤离可以减少吸入有毒烟气，提高逃生成功率。躲在办公桌下等待救援不是最佳选择，应尽快撤离现场。打开窗户通风会使火势扩大，加速火势蔓延。</w:t>
        <w:br/>
        <w:br/>
        <w:t>4. 工勤人员使用电器设备时，下列哪项做法是错误的：</w:t>
        <w:br/>
        <w:br/>
        <w:t>A. 定期检查电源线路</w:t>
        <w:br/>
        <w:br/>
        <w:t>B. 超负荷使用插座</w:t>
        <w:br/>
        <w:br/>
        <w:t>C. 设备出现异常立即停止使用</w:t>
        <w:br/>
        <w:br/>
        <w:t>D. 雷雨天气拔掉不必要的电源插头</w:t>
        <w:br/>
        <w:br/>
        <w:t>答案：B</w:t>
        <w:br/>
        <w:br/>
        <w:t>解析：超负荷使用插座会导致电线过热，引发火灾，是错误的做法。定期检查电源线路、设备出现异常立即停止使用、雷雨天气拔掉不必要的电源插头都是正确的安全用电做法。</w:t>
        <w:br/>
        <w:br/>
        <w:t>5. 工勤人员职业道德的核心要求是：</w:t>
        <w:br/>
        <w:br/>
        <w:t>A. 忠于职守，爱岗敬业</w:t>
        <w:br/>
        <w:br/>
        <w:t>B. 追求个人利益最大化</w:t>
        <w:br/>
        <w:br/>
        <w:t>C. 尽量减少工作强度</w:t>
        <w:br/>
        <w:br/>
        <w:t>D. 优先考虑个人舒适</w:t>
        <w:br/>
        <w:br/>
        <w:t>答案：A</w:t>
        <w:br/>
        <w:br/>
        <w:t>解析：忠于职守，爱岗敬业是工勤人员职业道德的核心要求。追求个人利益最大化、尽量减少工作强度、优先考虑个人舒适都是不符合职业道德的表现。</w:t>
        <w:br/>
        <w:br/>
        <w:t>6. 工勤人员在进行设备维护保养时，应当：</w:t>
        <w:br/>
        <w:br/>
        <w:t>A. 只在设备出现故障时进行维护</w:t>
        <w:br/>
        <w:br/>
        <w:t>B. 按照规定周期进行预防性维护</w:t>
        <w:br/>
        <w:br/>
        <w:t>C. 根据个人经验随意调整维护周期</w:t>
        <w:br/>
        <w:br/>
        <w:t>D. 尽量减少维护次数以节约成本</w:t>
        <w:br/>
        <w:br/>
        <w:t>答案：B</w:t>
        <w:br/>
        <w:br/>
        <w:t>解析：按照规定周期进行预防性维护是设备维护保养的正确做法。只在设备出现故障时进行维护会导致设备使用寿命缩短，增加维修成本。根据个人经验随意调整维护周期和尽量减少维护次数都会影响设备正常运行和使用寿命。</w:t>
        <w:br/>
        <w:br/>
        <w:t>7. 工勤人员应当遵守的保密原则不包括：</w:t>
        <w:br/>
        <w:br/>
        <w:t>A. 不随意谈论工作内容</w:t>
        <w:br/>
        <w:br/>
        <w:t>B. 妥善保管涉密文件</w:t>
        <w:br/>
        <w:br/>
        <w:t>C. 将涉密信息带回家中研究</w:t>
        <w:br/>
        <w:br/>
        <w:t>D. 严格遵守信息传递规定</w:t>
        <w:br/>
        <w:br/>
        <w:t>答案：C</w:t>
        <w:br/>
        <w:br/>
        <w:t>解析：将涉密信息带回家中研究违反了保密原则，可能导致信息泄露。不随意谈论工作内容、妥善保管涉密文件、严格遵守信息传递规定都是工勤人员应当遵守的保密原则。</w:t>
        <w:br/>
        <w:br/>
        <w:t>8. 工勤人员处理工作纠纷时，应当：</w:t>
        <w:br/>
        <w:br/>
        <w:t>A. 激化矛盾以显示自己的立场</w:t>
        <w:br/>
        <w:br/>
        <w:t>B. 保持冷静，寻求合理解决方案</w:t>
        <w:br/>
        <w:br/>
        <w:t>C. 回避问题不予处理</w:t>
        <w:br/>
        <w:br/>
        <w:t>D. 将责任推给他人</w:t>
        <w:br/>
        <w:br/>
        <w:t>答案：B</w:t>
        <w:br/>
        <w:br/>
        <w:t>解析：保持冷静，寻求合理解决方案是处理工作纠纷的正确态度。激化矛盾、回避问题、推卸责任都不利于问题的解决，反而可能加剧矛盾。</w:t>
        <w:br/>
        <w:br/>
        <w:t>9. 工勤人员节约用电的正确做法是：</w:t>
        <w:br/>
        <w:br/>
        <w:t>A. 下班后关闭所有电器电源</w:t>
        <w:br/>
        <w:br/>
        <w:t>B. 为了方便，让电脑长时间处于待机状态</w:t>
        <w:br/>
        <w:br/>
        <w:t>C. 使用高耗能电器以提高工作效率</w:t>
        <w:br/>
        <w:br/>
        <w:t>D. 认为节约用电是管理部门的责任</w:t>
        <w:br/>
        <w:br/>
        <w:t>答案：A</w:t>
        <w:br/>
        <w:br/>
        <w:t>解析：下班后关闭所有电器电源是节约用电的正确做法。让电脑长时间处于待机状态会消耗电能，使用高耗能电器不符合节约用电原则，认为节约用电是管理部门的责任是一种错误观念，节约用电是每个人的责任。</w:t>
        <w:br/>
        <w:br/>
        <w:t>10. 工勤人员应当具备的基本素质是：</w:t>
        <w:br/>
        <w:br/>
        <w:t>A. 专业技术能力</w:t>
        <w:br/>
        <w:br/>
        <w:t>B. 良好的沟通协调能力</w:t>
        <w:br/>
        <w:br/>
        <w:t>C. 应急处理能力</w:t>
        <w:br/>
        <w:br/>
        <w:t>D. 以上都是</w:t>
        <w:br/>
        <w:br/>
        <w:t>答案：D</w:t>
        <w:br/>
        <w:br/>
        <w:t>解析：专业技术能力、良好的沟通协调能力、应急处理能力都是工勤人员应当具备的基本素质。工勤工作需要多方面的能力支持，只有全面发展，才能更好地完成工作任务。</w:t>
        <w:br/>
        <w:br/>
        <w:t xml:space="preserve"> 二、填空题（每题2分，共10分）</w:t>
        <w:br/>
        <w:br/>
        <w:t>1. 工勤人员在操作特种设备前，必须经过专门培训并取得相应的________。</w:t>
        <w:br/>
        <w:br/>
        <w:t>答案：操作资格证书</w:t>
        <w:br/>
        <w:br/>
        <w:t>解析：特种设备操作属于特殊工种，操作人员必须经过专门培训，掌握相关知识和技能，并通过考核取得相应的操作资格证书，方可上岗操作。这是保障安全生产的重要措施。</w:t>
        <w:br/>
        <w:br/>
        <w:t>2. 根据《劳动法》，工勤人员每日工作时间不超过________小时。</w:t>
        <w:br/>
        <w:br/>
        <w:t>答案：8</w:t>
        <w:br/>
        <w:br/>
        <w:t>解析：《中华人民共和国劳动法》规定，国家实行劳动者每日工作时间不超过8小时、平均每周工作时间不超过44小时的工时制度。这是保障劳动者休息权利的基本规定。</w:t>
        <w:br/>
        <w:br/>
        <w:t>3. 工勤人员在工作中发现安全隐患，应当立即采取措施，并及时向________报告。</w:t>
        <w:br/>
        <w:br/>
        <w:t>答案：直接上级或安全管理部门</w:t>
        <w:br/>
        <w:br/>
        <w:t>解析：工勤人员发现安全隐患后，应当首先采取力所能及的防范措施，防止事故发生，同时及时向直接上级或安全管理部门报告，以便组织力量进行整改，消除安全隐患。</w:t>
        <w:br/>
        <w:br/>
        <w:t>4. 工勤人员应当定期参加________，不断提高自身业务能力和综合素质。</w:t>
        <w:br/>
        <w:br/>
        <w:t>答案：培训和考核</w:t>
        <w:br/>
        <w:br/>
        <w:t>解析：工勤人员应当定期参加单位组织的各类培训和考核，不断学习新知识、新技能，提高业务能力和综合素质，适应工作发展的需要。</w:t>
        <w:br/>
        <w:br/>
        <w:t>5. 工勤人员应当遵守单位的________，维护单位形象和利益。</w:t>
        <w:br/>
        <w:br/>
        <w:t>答案：规章制度</w:t>
        <w:br/>
        <w:br/>
        <w:t>解析：单位的规章制度是保障单位正常运转的基础，工勤人员应当自觉遵守各项规章制度，规范自己的行为，维护单位形象和利益。</w:t>
        <w:br/>
        <w:br/>
        <w:t xml:space="preserve"> 三、判断题（每题2分，共10分）</w:t>
        <w:br/>
        <w:br/>
        <w:t>1. 工勤人员可以因工作繁忙而忽视安全操作规程。（ ）</w:t>
        <w:br/>
        <w:br/>
        <w:t>答案：×</w:t>
        <w:br/>
        <w:br/>
        <w:t>解析：安全操作规程是保障工勤人员人身安全和设备安全的重要规范，无论工作多么繁忙，都不能忽视安全操作规程。安全第一是必须坚持的原则，任何时候都不能以牺牲安全为代价。</w:t>
        <w:br/>
        <w:br/>
        <w:t>2. 工勤人员在工作中应当主动学习新知识、新技能，适应工作发展需要。（ ）</w:t>
        <w:br/>
        <w:br/>
        <w:t>答案：√</w:t>
        <w:br/>
        <w:br/>
        <w:t>解析：随着科技的发展和社会的进步，工勤工作也在不断变化和发展。工勤人员应当主动学习新知识、新技能，不断提高自身素质，适应工作发展的需要，才能更好地完成工作任务。</w:t>
        <w:br/>
        <w:br/>
        <w:t>3. 工勤人员可以私自将单位的设备、材料带回家中使用。（ ）</w:t>
        <w:br/>
        <w:br/>
        <w:t>答案：×</w:t>
        <w:br/>
        <w:br/>
        <w:t>解析：单位的设备、材料是单位的财产，工勤人员没有私自带回家中使用的权利。这种行为不仅违反单位的规章制度，还可能涉嫌侵占单位财产，是违法行为。</w:t>
        <w:br/>
        <w:br/>
        <w:t>4. 工勤人员在处理突发事件时，应当首先考虑个人安全，其次才是单位财产。（ ）</w:t>
        <w:br/>
        <w:br/>
        <w:t>答案：×</w:t>
        <w:br/>
        <w:br/>
        <w:t>解析：在处理突发事件时，应当首先确保人员安全，包括自己和他人，然后才是单位财产。但"首先考虑个人安全"的说法不够准确，应当是"首先确保人员安全"，包括自己和他人的安全。</w:t>
        <w:br/>
        <w:br/>
        <w:t>5. 工勤人员应当尊重他人，文明礼貌，与同事和谐相处。（ ）</w:t>
        <w:br/>
        <w:br/>
        <w:t>答案：√</w:t>
        <w:br/>
        <w:br/>
        <w:t>解析：尊重他人，文明礼貌，与同事和谐相处是工勤人员应当具备的基本职业素养。良好的人际关系有助于工作的顺利开展，也有利于个人的职业发展。</w:t>
        <w:br/>
        <w:br/>
        <w:t xml:space="preserve"> 四、多项选择题（每题2分，共4分）</w:t>
        <w:br/>
        <w:br/>
        <w:t>1. 工勤人员应当具备的职业素养包括：</w:t>
        <w:br/>
        <w:br/>
        <w:t>A. 责任心强</w:t>
        <w:br/>
        <w:br/>
        <w:t>B. 团队合作精神</w:t>
        <w:br/>
        <w:br/>
        <w:t>C. 创新意识</w:t>
        <w:br/>
        <w:br/>
        <w:t>D. 服务意识</w:t>
        <w:br/>
        <w:br/>
        <w:t>答案：ABCD</w:t>
        <w:br/>
        <w:br/>
        <w:t>解析：工勤人员应当具备多方面的职业素养，包括责任心强、团队合作精神、创新意识和服务意识。责任心强是对工作的基本要求；团队合作精神是完成集体工作的保障；创新意识有助于提高工作效率和质量；服务意识是工勤工作的本质要求。</w:t>
        <w:br/>
        <w:br/>
        <w:t>2. 工勤人员日常工作中应当注意的安全事项包括：</w:t>
        <w:br/>
        <w:br/>
        <w:t>A. 正确使用劳动防护用品</w:t>
        <w:br/>
        <w:br/>
        <w:t>B. 遵守安全操作规程</w:t>
        <w:br/>
        <w:br/>
        <w:t>C. 定期检查设备安全状况</w:t>
        <w:br/>
        <w:br/>
        <w:t>D. 发现隐患及时处理</w:t>
        <w:br/>
        <w:br/>
        <w:t>答案：ABCD</w:t>
        <w:br/>
        <w:br/>
        <w:t>解析：工勤人员日常工作中应当注意的安全事项包括正确使用劳动防护用品、遵守安全操作规程、定期检查设备安全状况、发现隐患及时处理。这些都是保障工作安全的重要措施，缺一不可。</w:t>
        <w:br/>
        <w:br/>
        <w:t xml:space="preserve"> 五、简答题（每题5分，共10分）</w:t>
        <w:br/>
        <w:br/>
        <w:t>1. 简述工勤人员职业道德的基本要求。</w:t>
        <w:br/>
        <w:br/>
        <w:t>答案：工勤人员职业道德的基本要求包括：</w:t>
        <w:br/>
        <w:br/>
        <w:t>（1）爱岗敬业，忠于职守。热爱本职工作，认真履行岗位职责，尽心尽力完成各项工作任务。</w:t>
        <w:br/>
        <w:br/>
        <w:t>（2）诚实守信，廉洁奉公。实事求是，言行一致，不弄虚作假，不徇私舞弊，保持清正廉洁的工作作风。</w:t>
        <w:br/>
        <w:br/>
        <w:t>（3）团结协作，乐于奉献。尊重他人，团结同事，互相支持，不计个人得失，甘于奉献。</w:t>
        <w:br/>
        <w:br/>
        <w:t>（4）精益求精，追求卓越。不断学习，提高业务能力，追求工作质量，力求精益求精。</w:t>
        <w:br/>
        <w:br/>
        <w:t>（5）服务群众，奉献社会。树立服务意识，为群众提供优质服务，为社会做出积极贡献。</w:t>
        <w:br/>
        <w:br/>
        <w:t>解析：工勤人员职业道德是工勤人员在职业活动中应当遵循的行为准则和道德规范。爱岗敬业是职业道德的基础；诚实守信是职业道德的核心；团结协作是职业道德的体现；精益求精是职业道德的追求；服务群众是职业道德的目标。这些基本要求相互联系、相互促进，共同构成了工勤人员职业道德的完整体系。</w:t>
        <w:br/>
        <w:br/>
        <w:t>2. 工勤人员在工作中遇到突发事件时，应当如何处理？</w:t>
        <w:br/>
        <w:br/>
        <w:t>答案：工勤人员在工作中遇到突发事件时，应当按照以下步骤处理：</w:t>
        <w:br/>
        <w:br/>
        <w:t>（1）保持冷静，迅速判断事件性质和严重程度。</w:t>
        <w:br/>
        <w:br/>
        <w:t>（2）立即采取力所能及的应急措施，防止事态扩大。</w:t>
        <w:br/>
        <w:br/>
        <w:t>（3）及时向直接上级和相关部门报告，请求指示和支持。</w:t>
        <w:br/>
        <w:br/>
        <w:t>（4）服从统一指挥和调度，配合专业人员进行处置。</w:t>
        <w:br/>
        <w:br/>
        <w:t>（5）做好事件记录和后续处理工作，总结经验教训。</w:t>
        <w:br/>
        <w:br/>
        <w:t>（6）在确保安全的前提下，尽可能减少损失和影响。</w:t>
        <w:br/>
        <w:br/>
        <w:t>解析：突发事件具有突发性、紧急性和危害性等特点，工勤人员在处理突发事件时，首先需要保持冷静，避免慌乱。然后迅速判断情况，采取初步措施控制事态发展。及时报告是关键，只有及时向上级和相关部门报告，才能获得专业指导和资源支持。在处置过程中，要服从统一指挥，协同配合，形成合力。事件处理完毕后，要做好记录和总结，不断提高应对突发事件的能力。整个过程要以人为本，确保人员安全为首要目标。</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