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2025年护理综合基础试题及答案</w:t>
      </w:r>
    </w:p>
    <w:p>
      <w:r>
        <w:br/>
        <w:t xml:space="preserve"> 一、单项选择题（每题2分，共20分）</w:t>
        <w:br/>
        <w:br/>
        <w:t>1. 下列哪项不属于护理程序的基本步骤？</w:t>
        <w:br/>
        <w:br/>
        <w:t>A. 评估</w:t>
        <w:br/>
        <w:br/>
        <w:t>B. 诊断</w:t>
        <w:br/>
        <w:br/>
        <w:t>C. 计划</w:t>
        <w:br/>
        <w:br/>
        <w:t>D. 执行</w:t>
        <w:br/>
        <w:br/>
        <w:t>E. 评价</w:t>
        <w:br/>
        <w:br/>
        <w:t>2. 关于无菌技术的操作原则，下列说法错误的是：</w:t>
        <w:br/>
        <w:br/>
        <w:t>A. 无菌物品与非无菌物品应分开放置</w:t>
        <w:br/>
        <w:br/>
        <w:t>B. 无菌包的有效期为7天</w:t>
        <w:br/>
        <w:br/>
        <w:t>C. 无菌操作时，手臂应保持在腰部以上</w:t>
        <w:br/>
        <w:br/>
        <w:t>D. 无菌盘的有效期为4小时</w:t>
        <w:br/>
        <w:br/>
        <w:t>E. 取用无菌物品时，必须使用无菌持物钳</w:t>
        <w:br/>
        <w:br/>
        <w:t>3. 护理伦理学的基本原则不包括：</w:t>
        <w:br/>
        <w:br/>
        <w:t>A. 尊重自主原则</w:t>
        <w:br/>
        <w:br/>
        <w:t>B. 不伤害原则</w:t>
        <w:br/>
        <w:br/>
        <w:t>C. 有利原则</w:t>
        <w:br/>
        <w:br/>
        <w:t>D. 公正原则</w:t>
        <w:br/>
        <w:br/>
        <w:t>E. 保密原则</w:t>
        <w:br/>
        <w:br/>
        <w:t>4. 下列哪种药物属于β受体阻滞剂？</w:t>
        <w:br/>
        <w:br/>
        <w:t>A. 硝苯地平</w:t>
        <w:br/>
        <w:br/>
        <w:t>B. 卡托普利</w:t>
        <w:br/>
        <w:br/>
        <w:t>C. 美托洛尔</w:t>
        <w:br/>
        <w:br/>
        <w:t>D. 呋塞米</w:t>
        <w:br/>
        <w:br/>
        <w:t>E. 阿司匹林</w:t>
        <w:br/>
        <w:br/>
        <w:t>5. 关于高血压患者的护理措施，下列哪项不正确？</w:t>
        <w:br/>
        <w:br/>
        <w:t>A. 限制钠盐摄入</w:t>
        <w:br/>
        <w:br/>
        <w:t>B. 保持情绪稳定</w:t>
        <w:br/>
        <w:br/>
        <w:t>C. 鼓励适当运动</w:t>
        <w:br/>
        <w:br/>
        <w:t>D. 突然停药不会引起反跳现象</w:t>
        <w:br/>
        <w:br/>
        <w:t>E. 定期监测血压</w:t>
        <w:br/>
        <w:br/>
        <w:t>6. 下列哪项不是糖尿病的典型临床表现？</w:t>
        <w:br/>
        <w:br/>
        <w:t>A. 多饮</w:t>
        <w:br/>
        <w:br/>
        <w:t>B. 多食</w:t>
        <w:br/>
        <w:br/>
        <w:t>C. 多尿</w:t>
        <w:br/>
        <w:br/>
        <w:t>D. 体重增加</w:t>
        <w:br/>
        <w:br/>
        <w:t>E. 体重减轻</w:t>
        <w:br/>
        <w:br/>
        <w:t>7. 关于青霉素过敏反应的急救措施，下列哪项不正确？</w:t>
        <w:br/>
        <w:br/>
        <w:t>A. 立即停止使用青霉素</w:t>
        <w:br/>
        <w:br/>
        <w:t>B. 皮下注射肾上腺素</w:t>
        <w:br/>
        <w:br/>
        <w:t>C. 给予氧气吸入</w:t>
        <w:br/>
        <w:br/>
        <w:t>D. 静脉注射地塞米松</w:t>
        <w:br/>
        <w:br/>
        <w:t>E. 继续使用青霉素观察反应</w:t>
        <w:br/>
        <w:br/>
        <w:t>8. 下列哪项不是护理诊断的组成部分？</w:t>
        <w:br/>
        <w:br/>
        <w:t>A. 名称</w:t>
        <w:br/>
        <w:br/>
        <w:t>B. 定义</w:t>
        <w:br/>
        <w:br/>
        <w:t>C. 诊断依据</w:t>
        <w:br/>
        <w:br/>
        <w:t>D. 相关因素</w:t>
        <w:br/>
        <w:br/>
        <w:t>E. 治疗方案</w:t>
        <w:br/>
        <w:br/>
        <w:t>9. 关于临终关怀的护理目标，下列哪项不正确？</w:t>
        <w:br/>
        <w:br/>
        <w:t>A. 减轻患者痛苦</w:t>
        <w:br/>
        <w:br/>
        <w:t>B. 延长患者生命</w:t>
        <w:br/>
        <w:br/>
        <w:t>C. 提高患者生活质量</w:t>
        <w:br/>
        <w:br/>
        <w:t>D. 尊重患者意愿</w:t>
        <w:br/>
        <w:br/>
        <w:t>E. 为家属提供心理支持</w:t>
        <w:br/>
        <w:br/>
        <w:t>10. 下列哪项不是医院感染的主要传播途径？</w:t>
        <w:br/>
        <w:br/>
        <w:t>A. 接触传播</w:t>
        <w:br/>
        <w:br/>
        <w:t>B. 飞沫传播</w:t>
        <w:br/>
        <w:br/>
        <w:t>C. 血液传播</w:t>
        <w:br/>
        <w:br/>
        <w:t>D. 媒介传播</w:t>
        <w:br/>
        <w:br/>
        <w:t>E. 消化道传播</w:t>
        <w:br/>
        <w:br/>
        <w:t xml:space="preserve"> 二、填空题（每题2分，共10分）</w:t>
        <w:br/>
        <w:br/>
        <w:t>1. 护理程序包括评估、诊断、计划、________和评价五个步骤。</w:t>
        <w:br/>
        <w:br/>
        <w:t>2. 无菌技术的基本原则是保持无菌物品不被污染，防止________进入无菌区域。</w:t>
        <w:br/>
        <w:br/>
        <w:t>3. 静脉输液时，常用的静脉穿刺部位包括手背静脉、________和贵要静脉。</w:t>
        <w:br/>
        <w:br/>
        <w:t>4. 护理记录的书写原则包括及时性、准确性、________和完整性。</w:t>
        <w:br/>
        <w:br/>
        <w:t>5. 医疗废物的分类包括感染性废物、病理性废物、损伤性废物、药物性废物和________。</w:t>
        <w:br/>
        <w:br/>
        <w:t xml:space="preserve"> 三、判断题（每题2分，共10分）</w:t>
        <w:br/>
        <w:br/>
        <w:t>1. 护理诊断是医生对患者的健康问题做出的判断。（ ）</w:t>
        <w:br/>
        <w:br/>
        <w:t>2. 静脉输液时，输液速度应根据患者年龄、病情和药物性质进行调整。（ ）</w:t>
        <w:br/>
        <w:br/>
        <w:t>3. 护理伦理中的"不伤害原则"意味着护士不能给患者带来任何痛苦。（ ）</w:t>
        <w:br/>
        <w:br/>
        <w:t>4. 高压蒸汽灭菌法的灭菌温度为121℃，压力为103kPa，时间为15-20分钟。（ ）</w:t>
        <w:br/>
        <w:br/>
        <w:t>5. 护理健康教育的主要目的是提高患者的健康知识水平，改变不良行为。（ ）</w:t>
        <w:br/>
        <w:br/>
        <w:t xml:space="preserve"> 四、多项选择题（每题2分，共4分）</w:t>
        <w:br/>
        <w:br/>
        <w:t>1. 下列哪些属于护理诊断的类型？（ ）</w:t>
        <w:br/>
        <w:br/>
        <w:t>A. 现存的护理诊断</w:t>
        <w:br/>
        <w:br/>
        <w:t>B. 危险的护理诊断</w:t>
        <w:br/>
        <w:br/>
        <w:t>C. 健康的护理诊断</w:t>
        <w:br/>
        <w:br/>
        <w:t>D. 综合的护理诊断</w:t>
        <w:br/>
        <w:br/>
        <w:t>E. 可能的护理诊断</w:t>
        <w:br/>
        <w:br/>
        <w:t>2. 下列哪些是护理工作中常见的沟通技巧？（ ）</w:t>
        <w:br/>
        <w:br/>
        <w:t>A. 倾听</w:t>
        <w:br/>
        <w:br/>
        <w:t>B. 提问</w:t>
        <w:br/>
        <w:br/>
        <w:t>C. 沉默</w:t>
        <w:br/>
        <w:br/>
        <w:t>D. 反馈</w:t>
        <w:br/>
        <w:br/>
        <w:t>E. 指导</w:t>
        <w:br/>
        <w:br/>
        <w:t xml:space="preserve"> 五、简答题（每题5分，共10分）</w:t>
        <w:br/>
        <w:br/>
        <w:t>1. 简述护理程序中评估阶段的主要内容和方法。</w:t>
        <w:br/>
        <w:br/>
        <w:t>2. 试述高血压患者的健康教育要点。</w:t>
        <w:br/>
        <w:br/>
        <w:t xml:space="preserve"> 参考答案及解析</w:t>
        <w:br/>
        <w:br/>
        <w:t xml:space="preserve"> 一、单项选择题</w:t>
        <w:br/>
        <w:br/>
        <w:t>1. 答案：E</w:t>
        <w:br/>
        <w:br/>
        <w:t>解析：护理程序的基本步骤包括评估、诊断、计划、执行和评价五个步骤。选项E"评价"是护理程序的第五个步骤，不是基本步骤之一，而是执行后的步骤。因此，正确答案是E。</w:t>
        <w:br/>
        <w:br/>
        <w:t>2. 答案：B</w:t>
        <w:br/>
        <w:br/>
        <w:t>解析：无菌技术的操作原则包括：无菌物品与非无菌物品应分开放置；无菌操作时，手臂应保持在腰部以上；无菌盘的有效期为4小时；取用无菌物品时，必须使用无菌持物钳。无菌包的有效期根据包装材料和储存条件不同，一般为7-14天，不是固定为7天。因此，选项B的说法是错误的。</w:t>
        <w:br/>
        <w:br/>
        <w:t>3. 答案：E</w:t>
        <w:br/>
        <w:br/>
        <w:t>解析：护理伦理学的基本原则包括尊重自主原则、不伤害原则、有利原则和公正原则。保密原则虽然也是护理伦理中的重要内容，但不属于护理伦理的基本原则。因此，正确答案是E。</w:t>
        <w:br/>
        <w:br/>
        <w:t>4. 答案：C</w:t>
        <w:br/>
        <w:br/>
        <w:t>解析：β受体阻滞剂是一类用于治疗心血管疾病的药物，美托洛尔属于β受体阻滞剂。硝苯地平是钙通道阻滞剂，卡托普利是ACEI类降压药，呋塞米是利尿剂，阿司匹林是抗血小板药物。因此，正确答案是C。</w:t>
        <w:br/>
        <w:br/>
        <w:t>5. 答案：D</w:t>
        <w:br/>
        <w:br/>
        <w:t>解析：高血压患者的护理措施包括限制钠盐摄入、保持情绪稳定、鼓励适当运动、定期监测血压等。突然停用某些降压药物（如β受体阻滞剂、可乐定等）可能会引起反跳现象，导致血压急剧升高，甚至发生心脑血管意外。因此，选项D的说法是错误的。</w:t>
        <w:br/>
        <w:br/>
        <w:t>6. 答案：D</w:t>
        <w:br/>
        <w:br/>
        <w:t>解析：糖尿病的典型临床表现包括多饮、多食、多尿和体重减轻（"三多一少"）。体重增加不是糖尿病的典型临床表现，反而可能是胰岛素抵抗的表现之一。因此，正确答案是D。</w:t>
        <w:br/>
        <w:br/>
        <w:t>7. 答案：E</w:t>
        <w:br/>
        <w:br/>
        <w:t>解析：青霉素过敏反应的急救措施包括立即停止使用青霉素、皮下注射肾上腺素、给予氧气吸入、静脉注射地塞米松等。继续使用青霉素观察反应是错误的，会加重过敏反应，危及患者生命。因此，正确答案是E。</w:t>
        <w:br/>
        <w:br/>
        <w:t>8. 答案：E</w:t>
        <w:br/>
        <w:br/>
        <w:t>解析：护理诊断的组成部分包括名称、定义、诊断依据和相关因素。治疗方案不属于护理诊断的组成部分，而是护理计划的内容。因此，正确答案是E。</w:t>
        <w:br/>
        <w:br/>
        <w:t>9. 答案：B</w:t>
        <w:br/>
        <w:br/>
        <w:t>解析：临终关怀的护理目标包括减轻患者痛苦、提高患者生活质量、尊重患者意愿、为家属提供心理支持等。临终关怀不以延长患者生命为主要目标，而是注重提高患者剩余生命质量。因此，选项B的说法是错误的。</w:t>
        <w:br/>
        <w:br/>
        <w:t>10. 答案：E</w:t>
        <w:br/>
        <w:br/>
        <w:t>解析：医院感染的主要传播途径包括接触传播、飞沫传播、血液传播和媒介传播。消化道传播不是医院感染的主要传播途径。因此，正确答案是E。</w:t>
        <w:br/>
        <w:br/>
        <w:t xml:space="preserve"> 二、填空题</w:t>
        <w:br/>
        <w:br/>
        <w:t>1. 答案：执行</w:t>
        <w:br/>
        <w:br/>
        <w:t>解析：护理程序是护士为患者提供系统化、个体化护理的工作方法，包括评估、诊断、计划、执行和评价五个步骤。执行阶段是护理计划的实施阶段，护士根据计划采取相应的护理措施。</w:t>
        <w:br/>
        <w:br/>
        <w:t>2. 答案：微生物</w:t>
        <w:br/>
        <w:br/>
        <w:t>解析：无菌技术的基本原则是保持无菌物品不被污染，防止微生物进入无菌区域。无菌技术是防止微生物进入人体组织或无菌区域的操作技术，是预防医院感染的重要措施。</w:t>
        <w:br/>
        <w:br/>
        <w:t>3. 答案：肘正中静脉</w:t>
        <w:br/>
        <w:br/>
        <w:t>解析：静脉输液时，常用的静脉穿刺部位包括手背静脉、肘正中静脉和贵要静脉。肘正中静脉位于肘窝处，较粗直，易于穿刺，是常用的静脉穿刺部位。</w:t>
        <w:br/>
        <w:br/>
        <w:t>4. 答案：客观性</w:t>
        <w:br/>
        <w:br/>
        <w:t>解析：护理记录的书写原则包括及时性、准确性、客观性和完整性。客观性是指记录应基于客观事实，避免主观臆断，使用专业术语，描述准确。</w:t>
        <w:br/>
        <w:br/>
        <w:t>5. 答案：化学性废物</w:t>
        <w:br/>
        <w:br/>
        <w:t>解析：医疗废物的分类包括感染性废物、病理性废物、损伤性废物、药物性废物和化学性废物。化学性废物是指具有毒性、腐蚀性、易燃易爆性的废弃化学物品。</w:t>
        <w:br/>
        <w:br/>
        <w:t xml:space="preserve"> 三、判断题</w:t>
        <w:br/>
        <w:br/>
        <w:t>1. 答案：×</w:t>
        <w:br/>
        <w:br/>
        <w:t>解析：护理诊断是护士对患者的健康问题做出的判断，而不是医生。护理诊断是护理程序的重要组成部分，是护士通过评估患者后，对患者现存的或潜在的健康问题做出的专业判断。</w:t>
        <w:br/>
        <w:br/>
        <w:t>2. 答案：√</w:t>
        <w:br/>
        <w:br/>
        <w:t>解析：静脉输液时，输液速度应根据患者年龄、病情和药物性质进行调整。例如，儿童、老年人、心功能不全患者输液速度应减慢；某些药物（如氯化钾、血管活性药物等）需要严格控制输液速度。</w:t>
        <w:br/>
        <w:br/>
        <w:t>3. 答案：×</w:t>
        <w:br/>
        <w:br/>
        <w:t>解析：护理伦理中的"不伤害原则"是指护士应尽量避免给患者带来不必要的痛苦和伤害，但并不意味着护士不能给患者带来任何痛苦。例如，治疗过程中可能带来一定的痛苦，但这种痛苦是治疗所必需的，且在可接受范围内。</w:t>
        <w:br/>
        <w:br/>
        <w:t>4. 答案：√</w:t>
        <w:br/>
        <w:br/>
        <w:t>解析：高压蒸汽灭菌法是常用的物理灭菌方法，其标准操作条件为灭菌温度121℃，压力103kPa（1.05kg/cm²），时间为15-20分钟。这种方法能有效杀灭包括细菌芽孢在内的所有微生物。</w:t>
        <w:br/>
        <w:br/>
        <w:t>5. 答案：√</w:t>
        <w:br/>
        <w:br/>
        <w:t>解析：护理健康教育的主要目的是提高患者的健康知识水平，改变不良行为，促进健康。通过健康教育，患者可以更好地了解自己的疾病，掌握自我护理技能，提高生活质量。</w:t>
        <w:br/>
        <w:br/>
        <w:t xml:space="preserve"> 四、多项选择题</w:t>
        <w:br/>
        <w:br/>
        <w:t>1. 答案：ABC</w:t>
        <w:br/>
        <w:br/>
        <w:t>解析：护理诊断的类型包括现存的护理诊断、危险的护理诊断和健康的护理诊断。现存的护理诊断是指患者已经存在的健康问题；危险的护理诊断是指患者有发生健康问题的危险因素；健康的护理诊断是指患者有能力达到更高健康水平的潜能。综合的护理诊断和可能的护理诊断不是护理诊断的标准分类。</w:t>
        <w:br/>
        <w:br/>
        <w:t>2. 答案：ABCDE</w:t>
        <w:br/>
        <w:br/>
        <w:t>解析：护理工作中常见的沟通技巧包括倾听、提问、沉默、反馈和指导。倾听是有效沟通的基础；提问可以帮助了解患者需求和问题；沉默可以给患者思考和表达的空间；反馈可以确认理解是否正确；指导可以提供专业知识和建议。这些都是护理工作中常用的沟通技巧。</w:t>
        <w:br/>
        <w:br/>
        <w:t xml:space="preserve"> 五、简答题</w:t>
        <w:br/>
        <w:br/>
        <w:t>1. 答案：</w:t>
        <w:br/>
        <w:br/>
        <w:t>护理程序中评估阶段的主要内容和方法如下：</w:t>
        <w:br/>
        <w:br/>
        <w:t>内容：</w:t>
        <w:br/>
        <w:br/>
        <w:t>- 收集患者的健康资料，包括生理、心理、社会、精神等方面的信息</w:t>
        <w:br/>
        <w:br/>
        <w:t>- 分析患者的健康状况和需求</w:t>
        <w:br/>
        <w:br/>
        <w:t>- 识别患者的健康问题和潜在风险</w:t>
        <w:br/>
        <w:br/>
        <w:t>- 确定患者的优势和资源</w:t>
        <w:br/>
        <w:br/>
        <w:t>方法：</w:t>
        <w:br/>
        <w:br/>
        <w:t>- 视察：观察患者的面色、表情、姿势、行为等</w:t>
        <w:br/>
        <w:br/>
        <w:t>- 交谈：与患者及其家属进行有目的的交流</w:t>
        <w:br/>
        <w:br/>
        <w:t>- 体格检查：进行系统的身体检查</w:t>
        <w:br/>
        <w:br/>
        <w:t>- 查阅病历：了解患者的既往史、治疗史等</w:t>
        <w:br/>
        <w:br/>
        <w:t>- 使用评估工具：如疼痛评估量表、焦虑抑郁量表等</w:t>
        <w:br/>
        <w:br/>
        <w:t>- 会诊：与其他医疗专业人员共同评估患者情况</w:t>
        <w:br/>
        <w:br/>
        <w:t>2. 答案：</w:t>
        <w:br/>
        <w:br/>
        <w:t>高血压患者的健康教育要点如下：</w:t>
        <w:br/>
        <w:br/>
        <w:t>- 饮食指导：</w:t>
        <w:br/>
        <w:br/>
        <w:t>* 限制钠盐摄入，每日食盐摄入量&lt;5g</w:t>
        <w:br/>
        <w:br/>
        <w:t>* 减少高脂、高糖食物摄入</w:t>
        <w:br/>
        <w:br/>
        <w:t>* 增加新鲜蔬菜水果摄入</w:t>
        <w:br/>
        <w:br/>
        <w:t>* 控制体重，保持理想体重</w:t>
        <w:br/>
        <w:br/>
        <w:t>- 用药指导：</w:t>
        <w:br/>
        <w:br/>
        <w:t>* 按时按量服药，不可自行停药或减量</w:t>
        <w:br/>
        <w:br/>
        <w:t>* 了解药物名称、剂量、用法及不良反应</w:t>
        <w:br/>
        <w:br/>
        <w:t>* 学会自我监测血压，记录血压变化</w:t>
        <w:br/>
        <w:br/>
        <w:t>- 生活方式指导：</w:t>
        <w:br/>
        <w:br/>
        <w:t>* 戒烟限酒</w:t>
        <w:br/>
        <w:br/>
        <w:t>* 适当运动，如散步、太极拳等，避免剧烈运动</w:t>
        <w:br/>
        <w:br/>
        <w:t>* 保持情绪稳定，避免过度紧张和激动</w:t>
        <w:br/>
        <w:br/>
        <w:t>* 保证充足睡眠，避免熬夜</w:t>
        <w:br/>
        <w:br/>
        <w:t>- 病情监测：</w:t>
        <w:br/>
        <w:br/>
        <w:t>* 定期测量血压，了解血压控制情况</w:t>
        <w:br/>
        <w:br/>
        <w:t>* 注意观察有无头痛、头晕、心悸等症状</w:t>
        <w:br/>
        <w:br/>
        <w:t>* 定期复查，评估心、脑、肾等靶器官功能</w:t>
        <w:br/>
        <w:br/>
        <w:t>- 并发症预防：</w:t>
        <w:br/>
        <w:br/>
        <w:t>* 了解高血压常见并发症及其预防措施</w:t>
        <w:br/>
        <w:br/>
        <w:t>* 学会识别并发症的早期症状</w:t>
        <w:br/>
        <w:br/>
        <w:t>* 出现不适及时就医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